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type="auto" w:w="0"/>
        <w:tblLook w:firstColumn="1" w:firstRow="1" w:lastColumn="0" w:lastRow="0" w:noHBand="0" w:noVBand="1" w:val="04A0"/>
        <w:jc w:val="center"/>
        <w:tblBorders>
          <w:top w:val="single" w:sz="8" w:space="0" w:color="C8A96A"/>
          <w:left w:val="single" w:sz="8" w:space="0" w:color="C8A96A"/>
          <w:bottom w:val="single" w:sz="8" w:space="0" w:color="C8A96A"/>
          <w:right w:val="single" w:sz="8" w:space="0" w:color="C8A96A"/>
          <w:insideH w:val="single" w:sz="8" w:space="0" w:color="C8A96A"/>
          <w:insideV w:val="single" w:sz="8" w:space="0" w:color="C8A96A"/>
        </w:tblBorders>
      </w:tblPr>
      <w:tblGrid>
        <w:gridCol w:w="10370"/>
      </w:tblGrid>
      <w:tr>
        <w:tc>
          <w:tcPr>
            <w:tcW w:type="dxa" w:w="10370"/>
            <w:shd w:fill="FAF9F6"/>
            <w:tcMar>
              <w:top w:w="360" w:type="dxa"/>
              <w:start w:w="380" w:type="dxa"/>
              <w:bottom w:w="360" w:type="dxa"/>
              <w:end w:w="380" w:type="dxa"/>
            </w:tcMar>
          </w:tcPr>
          <w:p>
            <w:pPr>
              <w:jc w:val="center"/>
            </w:pPr>
            <w:r>
              <w:drawing>
                <wp:inline xmlns:a="http://schemas.openxmlformats.org/drawingml/2006/main" xmlns:pic="http://schemas.openxmlformats.org/drawingml/2006/picture">
                  <wp:extent cx="1908000" cy="1750991"/>
                  <wp:docPr id="4" name="Picture 4"/>
                  <wp:cNvGraphicFramePr>
                    <a:graphicFrameLocks noChangeAspect="1"/>
                  </wp:cNvGraphicFramePr>
                  <a:graphic>
                    <a:graphicData uri="http://schemas.openxmlformats.org/drawingml/2006/picture">
                      <pic:pic>
                        <pic:nvPicPr>
                          <pic:cNvPr id="0" name="arcova_logo_full_cropped.png"/>
                          <pic:cNvPicPr/>
                        </pic:nvPicPr>
                        <pic:blipFill>
                          <a:blip r:embed="rId14"/>
                          <a:stretch>
                            <a:fillRect/>
                          </a:stretch>
                        </pic:blipFill>
                        <pic:spPr>
                          <a:xfrm>
                            <a:off x="0" y="0"/>
                            <a:ext cx="1908000" cy="1750991"/>
                          </a:xfrm>
                          <a:prstGeom prst="rect"/>
                        </pic:spPr>
                      </pic:pic>
                    </a:graphicData>
                  </a:graphic>
                </wp:inline>
              </w:drawing>
            </w:r>
          </w:p>
          <w:p>
            <w:pPr>
              <w:spacing w:before="200" w:after="80"/>
              <w:jc w:val="center"/>
            </w:pPr>
            <w:r>
              <w:rPr>
                <w:rFonts w:ascii="Arial" w:hAnsi="Arial" w:eastAsia="Arial"/>
                <w:b/>
                <w:i w:val="0"/>
                <w:color w:val="2F3338"/>
                <w:sz w:val="48"/>
              </w:rPr>
              <w:t>HỒ SƠ NĂNG LỰC</w:t>
            </w:r>
          </w:p>
          <w:p>
            <w:pPr>
              <w:spacing w:after="160"/>
              <w:jc w:val="center"/>
            </w:pPr>
            <w:r>
              <w:rPr>
                <w:rFonts w:ascii="Arial" w:hAnsi="Arial" w:eastAsia="Arial"/>
                <w:b/>
                <w:i w:val="0"/>
                <w:color w:val="A77C31"/>
                <w:sz w:val="21"/>
              </w:rPr>
              <w:t>CAPABILITY PROFILE</w:t>
            </w:r>
          </w:p>
          <w:p>
            <w:pPr>
              <w:spacing w:after="240"/>
              <w:jc w:val="center"/>
            </w:pPr>
            <w:r>
              <w:rPr>
                <w:rFonts w:ascii="Arial" w:hAnsi="Arial" w:eastAsia="Arial"/>
                <w:b w:val="0"/>
                <w:i w:val="0"/>
                <w:color w:val="2F3338"/>
                <w:sz w:val="20"/>
              </w:rPr>
              <w:t>Owner’s Representative &amp; Project Organizer</w:t>
            </w:r>
          </w:p>
          <w:p>
            <w:pPr>
              <w:spacing w:before="160" w:after="160"/>
              <w:jc w:val="center"/>
            </w:pPr>
            <w:r>
              <w:rPr>
                <w:rFonts w:ascii="Arial" w:hAnsi="Arial" w:eastAsia="Arial"/>
                <w:b w:val="0"/>
                <w:i/>
                <w:color w:val="A77C31"/>
                <w:sz w:val="24"/>
              </w:rPr>
              <w:t>Từ ý tưởng đến căn nhà hoàn thiện — có người trong ngành đứng cùng chủ nhà.</w:t>
            </w:r>
          </w:p>
          <w:p>
            <w:pPr>
              <w:jc w:val="center"/>
            </w:pPr>
            <w:r>
              <w:rPr>
                <w:rFonts w:ascii="Arial" w:hAnsi="Arial" w:eastAsia="Arial"/>
                <w:b w:val="0"/>
                <w:i w:val="0"/>
                <w:color w:val="2F3338"/>
                <w:sz w:val="18"/>
              </w:rPr>
              <w:t>Tư vấn • Tổ chức dự án • Kết nối đối tác • Kiểm soát chi phí • Nghiệm thu</w:t>
            </w:r>
          </w:p>
          <w:p>
            <w:pPr>
              <w:spacing w:before="200"/>
              <w:jc w:val="center"/>
            </w:pPr>
            <w:r>
              <w:rPr>
                <w:rFonts w:ascii="Arial" w:hAnsi="Arial" w:eastAsia="Arial"/>
                <w:b w:val="0"/>
                <w:i w:val="0"/>
                <w:color w:val="A77C31"/>
                <w:sz w:val="16"/>
              </w:rPr>
              <w:t>─  Champagne Gold  •  Warm White  •  Graphite Gray  ─</w:t>
            </w:r>
          </w:p>
        </w:tc>
      </w:tr>
    </w:tbl>
    <w:p>
      <w:pPr>
        <w:spacing w:before="0" w:after="280" w:line="259" w:lineRule="auto"/>
      </w:pPr>
    </w:p>
    <w:tbl>
      <w:tblPr>
        <w:tblW w:type="auto" w:w="0"/>
        <w:jc w:val="center"/>
        <w:tblLook w:firstColumn="1" w:firstRow="1" w:lastColumn="0" w:lastRow="0" w:noHBand="0" w:noVBand="1" w:val="04A0"/>
        <w:tblBorders>
          <w:top w:val="single" w:sz="5" w:space="0" w:color="E7D2A5"/>
          <w:left w:val="single" w:sz="5" w:space="0" w:color="E7D2A5"/>
          <w:bottom w:val="single" w:sz="5" w:space="0" w:color="E7D2A5"/>
          <w:right w:val="single" w:sz="5" w:space="0" w:color="E7D2A5"/>
          <w:insideH w:val="single" w:sz="5" w:space="0" w:color="E7D2A5"/>
          <w:insideV w:val="single" w:sz="5" w:space="0" w:color="E7D2A5"/>
        </w:tblBorders>
      </w:tblPr>
      <w:tblGrid>
        <w:gridCol w:w="10370"/>
      </w:tblGrid>
      <w:tr>
        <w:tc>
          <w:tcPr>
            <w:tcW w:type="dxa" w:w="10370"/>
            <w:shd w:fill="FAF9F6"/>
            <w:tcMar>
              <w:top w:w="130" w:type="dxa"/>
              <w:start w:w="160" w:type="dxa"/>
              <w:bottom w:w="130" w:type="dxa"/>
              <w:end w:w="160" w:type="dxa"/>
            </w:tcMar>
          </w:tcPr>
          <w:p>
            <w:pPr>
              <w:spacing w:after="60"/>
            </w:pPr>
            <w:r>
              <w:rPr>
                <w:rFonts w:ascii="Arial" w:hAnsi="Arial" w:eastAsia="Arial"/>
                <w:b/>
                <w:i w:val="0"/>
                <w:color w:val="2F3338"/>
                <w:sz w:val="20"/>
              </w:rPr>
              <w:t>Thông điệp mở đầu</w:t>
            </w:r>
          </w:p>
          <w:p>
            <w:pPr>
              <w:spacing w:after="0" w:line="259" w:lineRule="auto"/>
            </w:pPr>
            <w:r>
              <w:rPr>
                <w:rFonts w:ascii="Arial" w:hAnsi="Arial" w:eastAsia="Arial"/>
                <w:b w:val="0"/>
                <w:i w:val="0"/>
                <w:color w:val="222222"/>
                <w:sz w:val="18"/>
              </w:rPr>
              <w:t>ARCOVA không chỉ giới thiệu một dịch vụ thiết kế hay thi công. ARCOVA giới thiệu một cách làm nhà minh bạch hơn: chia nhỏ hành trình, chọn đúng người đúng việc, kiểm soát từng quyết định và để chủ nhà luôn biết mình đang trả tiền cho điều gì.</w:t>
            </w:r>
          </w:p>
        </w:tc>
      </w:tr>
    </w:tbl>
    <w:p>
      <w:pPr>
        <w:spacing w:before="0" w:after="100" w:line="259" w:lineRule="auto"/>
      </w:pPr>
    </w:p>
    <w:p>
      <w:pPr>
        <w:spacing w:before="80" w:after="80"/>
        <w:jc w:val="center"/>
      </w:pPr>
      <w:r>
        <w:rPr>
          <w:rFonts w:ascii="Aptos" w:hAnsi="Aptos" w:eastAsia="Aptos"/>
          <w:b/>
          <w:color w:val="A88249"/>
          <w:sz w:val="20"/>
        </w:rPr>
        <w:t>CÔNG TY TNHH GIẢI PHÁP KHÔNG GIAN ARCOVA</w:t>
      </w:r>
    </w:p>
    <w:p>
      <w:pPr>
        <w:jc w:val="center"/>
      </w:pPr>
      <w:r>
        <w:rPr>
          <w:rFonts w:ascii="Arial" w:hAnsi="Arial" w:eastAsia="Arial"/>
          <w:b w:val="0"/>
          <w:i w:val="0"/>
          <w:color w:val="666666"/>
          <w:sz w:val="17"/>
        </w:rPr>
        <w:t>Website: arcova.uk  |  Email: Arcova.vn@gmail.com  |  Điện thoại: 0983 118 509</w:t>
      </w:r>
    </w:p>
    <w:p>
      <w:pPr>
        <w:jc w:val="center"/>
      </w:pPr>
      <w:r>
        <w:rPr>
          <w:rFonts w:ascii="Arial" w:hAnsi="Arial" w:eastAsia="Arial"/>
          <w:b w:val="0"/>
          <w:i w:val="0"/>
          <w:color w:val="666666"/>
          <w:sz w:val="16"/>
        </w:rPr>
        <w:t>Địa chỉ giao dịch chính: Số 11, ngách 80/3 Hoàng Đạo Thành, phường Khương Đình, thành phố Hà Nội | Liên hệ: A Cường - 0982 136 210</w:t>
      </w:r>
    </w:p>
    <w:p>
      <w:pPr>
        <w:jc w:val="center"/>
      </w:pPr>
      <w:r>
        <w:rPr>
          <w:rFonts w:ascii="Arial" w:hAnsi="Arial" w:eastAsia="Arial"/>
          <w:b w:val="0"/>
          <w:i w:val="0"/>
          <w:color w:val="666666"/>
          <w:sz w:val="16"/>
        </w:rPr>
        <w:t>Bản hồ sơ giới thiệu định hướng | 29/04/2026</w:t>
      </w:r>
    </w:p>
    <w:p>
      <w:r>
        <w:rPr>
          <w:rFonts w:ascii="Arial" w:hAnsi="Arial" w:eastAsia="Arial"/>
        </w:rPr>
        <w:br w:type="page"/>
      </w:r>
    </w:p>
    <w:p>
      <w:pPr>
        <w:pStyle w:val="Heading1"/>
        <w:spacing w:before="240" w:after="120"/>
        <w:pBdr>
          <w:bottom w:val="single" w:sz="12" w:space="4" w:color="C8A96A"/>
        </w:pBdr>
      </w:pPr>
      <w:r>
        <w:rPr>
          <w:rFonts w:ascii="Arial" w:hAnsi="Arial" w:eastAsia="Arial"/>
          <w:b/>
          <w:i w:val="0"/>
          <w:color w:val="2F3338"/>
          <w:sz w:val="32"/>
        </w:rPr>
        <w:t>THÔNG TIN NHANH VỀ ARCOVA</w:t>
      </w:r>
    </w:p>
    <w:tbl>
      <w:tblPr>
        <w:tblStyle w:val="TableGrid"/>
        <w:tblW w:type="auto" w:w="0"/>
        <w:tblLook w:firstColumn="1" w:firstRow="1" w:lastColumn="0" w:lastRow="0" w:noHBand="0" w:noVBand="1" w:val="04A0"/>
        <w:jc w:val="center"/>
        <w:tblBorders>
          <w:top w:val="single" w:sz="5" w:space="0" w:color="E7D2A5"/>
          <w:left w:val="single" w:sz="5" w:space="0" w:color="E7D2A5"/>
          <w:bottom w:val="single" w:sz="5" w:space="0" w:color="E7D2A5"/>
          <w:right w:val="single" w:sz="5" w:space="0" w:color="E7D2A5"/>
          <w:insideH w:val="single" w:sz="5" w:space="0" w:color="E7D2A5"/>
          <w:insideV w:val="single" w:sz="5" w:space="0" w:color="E7D2A5"/>
        </w:tblBorders>
      </w:tblPr>
      <w:tblGrid>
        <w:gridCol w:w="5185"/>
        <w:gridCol w:w="5185"/>
      </w:tblGrid>
      <w:tr>
        <w:tc>
          <w:tcPr>
            <w:tcW w:type="dxa" w:w="2438"/>
            <w:tcMar>
              <w:top w:w="85" w:type="dxa"/>
              <w:start w:w="80" w:type="dxa"/>
              <w:bottom w:w="85" w:type="dxa"/>
              <w:end w:w="80" w:type="dxa"/>
            </w:tcMar>
            <w:vAlign w:val="center"/>
            <w:shd w:fill="F2EEE7"/>
          </w:tcPr>
          <w:p>
            <w:pPr>
              <w:spacing w:after="0"/>
            </w:pPr>
            <w:r>
              <w:rPr>
                <w:rFonts w:ascii="Arial" w:hAnsi="Arial" w:eastAsia="Arial"/>
              </w:rPr>
            </w:r>
            <w:r>
              <w:rPr>
                <w:rFonts w:ascii="Arial" w:hAnsi="Arial" w:eastAsia="Arial"/>
                <w:b/>
                <w:color w:val="2F3338"/>
                <w:sz w:val="17"/>
              </w:rPr>
              <w:t>Tên thương hiệu</w:t>
            </w:r>
          </w:p>
        </w:tc>
        <w:tc>
          <w:tcPr>
            <w:tcW w:type="dxa" w:w="6293"/>
            <w:tcMar>
              <w:top w:w="85" w:type="dxa"/>
              <w:start w:w="80" w:type="dxa"/>
              <w:bottom w:w="85" w:type="dxa"/>
              <w:end w:w="80" w:type="dxa"/>
            </w:tcMar>
            <w:vAlign w:val="center"/>
          </w:tcPr>
          <w:p>
            <w:pPr>
              <w:spacing w:after="0"/>
            </w:pPr>
            <w:r>
              <w:rPr>
                <w:rFonts w:ascii="Arial" w:hAnsi="Arial" w:eastAsia="Arial"/>
              </w:rPr>
            </w:r>
            <w:r>
              <w:rPr>
                <w:rFonts w:ascii="Arial" w:hAnsi="Arial" w:eastAsia="Arial"/>
                <w:b w:val="0"/>
                <w:sz w:val="17"/>
              </w:rPr>
              <w:t>ARCOVA</w:t>
            </w:r>
          </w:p>
        </w:tc>
      </w:tr>
      <w:tr>
        <w:tc>
          <w:tcPr>
            <w:tcW w:type="dxa" w:w="2438"/>
            <w:tcMar>
              <w:top w:w="85" w:type="dxa"/>
              <w:start w:w="80" w:type="dxa"/>
              <w:bottom w:w="85" w:type="dxa"/>
              <w:end w:w="80" w:type="dxa"/>
            </w:tcMar>
            <w:vAlign w:val="center"/>
            <w:shd w:fill="F2EEE7"/>
          </w:tcPr>
          <w:p>
            <w:pPr>
              <w:spacing w:after="0"/>
            </w:pPr>
            <w:r>
              <w:rPr>
                <w:rFonts w:ascii="Arial" w:hAnsi="Arial" w:eastAsia="Arial"/>
              </w:rPr>
            </w:r>
            <w:r>
              <w:rPr>
                <w:rFonts w:ascii="Arial" w:hAnsi="Arial" w:eastAsia="Arial"/>
                <w:b/>
                <w:color w:val="2F3338"/>
                <w:sz w:val="17"/>
              </w:rPr>
              <w:t>Định vị cốt lõi</w:t>
            </w:r>
          </w:p>
        </w:tc>
        <w:tc>
          <w:tcPr>
            <w:tcW w:type="dxa" w:w="6293"/>
            <w:tcMar>
              <w:top w:w="85" w:type="dxa"/>
              <w:start w:w="80" w:type="dxa"/>
              <w:bottom w:w="85" w:type="dxa"/>
              <w:end w:w="80" w:type="dxa"/>
            </w:tcMar>
            <w:vAlign w:val="center"/>
          </w:tcPr>
          <w:p>
            <w:pPr>
              <w:spacing w:after="0"/>
            </w:pPr>
            <w:r>
              <w:rPr>
                <w:rFonts w:ascii="Arial" w:hAnsi="Arial" w:eastAsia="Arial"/>
              </w:rPr>
            </w:r>
            <w:r>
              <w:rPr>
                <w:rFonts w:ascii="Arial" w:hAnsi="Arial" w:eastAsia="Arial"/>
                <w:b w:val="0"/>
                <w:sz w:val="17"/>
              </w:rPr>
              <w:t>Đơn vị tư vấn và tổ chức dự án làm nhà theo mô hình Owner’s Representative &amp; Project Organizer.</w:t>
            </w:r>
          </w:p>
        </w:tc>
      </w:tr>
      <w:tr>
        <w:tc>
          <w:tcPr>
            <w:tcW w:type="dxa" w:w="2438"/>
            <w:tcMar>
              <w:top w:w="85" w:type="dxa"/>
              <w:start w:w="80" w:type="dxa"/>
              <w:bottom w:w="85" w:type="dxa"/>
              <w:end w:w="80" w:type="dxa"/>
            </w:tcMar>
            <w:vAlign w:val="center"/>
            <w:shd w:fill="F2EEE7"/>
          </w:tcPr>
          <w:p>
            <w:pPr>
              <w:spacing w:after="0"/>
            </w:pPr>
            <w:r>
              <w:rPr>
                <w:rFonts w:ascii="Arial" w:hAnsi="Arial" w:eastAsia="Arial"/>
              </w:rPr>
            </w:r>
            <w:r>
              <w:rPr>
                <w:rFonts w:ascii="Arial" w:hAnsi="Arial" w:eastAsia="Arial"/>
                <w:b/>
                <w:color w:val="2F3338"/>
                <w:sz w:val="17"/>
              </w:rPr>
              <w:t>Vai trò với khách hàng</w:t>
            </w:r>
          </w:p>
        </w:tc>
        <w:tc>
          <w:tcPr>
            <w:tcW w:type="dxa" w:w="6293"/>
            <w:tcMar>
              <w:top w:w="85" w:type="dxa"/>
              <w:start w:w="80" w:type="dxa"/>
              <w:bottom w:w="85" w:type="dxa"/>
              <w:end w:w="80" w:type="dxa"/>
            </w:tcMar>
            <w:vAlign w:val="center"/>
          </w:tcPr>
          <w:p>
            <w:pPr>
              <w:spacing w:after="0"/>
            </w:pPr>
            <w:r>
              <w:rPr>
                <w:rFonts w:ascii="Arial" w:hAnsi="Arial" w:eastAsia="Arial"/>
              </w:rPr>
            </w:r>
            <w:r>
              <w:rPr>
                <w:rFonts w:ascii="Arial" w:hAnsi="Arial" w:eastAsia="Arial"/>
                <w:b w:val="0"/>
                <w:sz w:val="17"/>
              </w:rPr>
              <w:t>Đứng về phía chủ nhà để làm rõ nhu cầu, chia việc, chọn đối tác, rà báo giá, kiểm soát tiến độ – chất lượng – nghiệm thu.</w:t>
            </w:r>
          </w:p>
        </w:tc>
      </w:tr>
      <w:tr>
        <w:tc>
          <w:tcPr>
            <w:tcW w:type="dxa" w:w="2438"/>
            <w:tcMar>
              <w:top w:w="85" w:type="dxa"/>
              <w:start w:w="80" w:type="dxa"/>
              <w:bottom w:w="85" w:type="dxa"/>
              <w:end w:w="80" w:type="dxa"/>
            </w:tcMar>
            <w:vAlign w:val="center"/>
            <w:shd w:fill="F2EEE7"/>
          </w:tcPr>
          <w:p>
            <w:pPr>
              <w:spacing w:after="0"/>
            </w:pPr>
            <w:r>
              <w:rPr>
                <w:rFonts w:ascii="Arial" w:hAnsi="Arial" w:eastAsia="Arial"/>
              </w:rPr>
            </w:r>
            <w:r>
              <w:rPr>
                <w:rFonts w:ascii="Arial" w:hAnsi="Arial" w:eastAsia="Arial"/>
                <w:b/>
                <w:color w:val="2F3338"/>
                <w:sz w:val="17"/>
              </w:rPr>
              <w:t>Tệp dịch vụ</w:t>
            </w:r>
          </w:p>
        </w:tc>
        <w:tc>
          <w:tcPr>
            <w:tcW w:type="dxa" w:w="6293"/>
            <w:tcMar>
              <w:top w:w="85" w:type="dxa"/>
              <w:start w:w="80" w:type="dxa"/>
              <w:bottom w:w="85" w:type="dxa"/>
              <w:end w:w="80" w:type="dxa"/>
            </w:tcMar>
            <w:vAlign w:val="center"/>
          </w:tcPr>
          <w:p>
            <w:pPr>
              <w:spacing w:after="0"/>
            </w:pPr>
            <w:r>
              <w:rPr>
                <w:rFonts w:ascii="Arial" w:hAnsi="Arial" w:eastAsia="Arial"/>
              </w:rPr>
            </w:r>
            <w:r>
              <w:rPr>
                <w:rFonts w:ascii="Arial" w:hAnsi="Arial" w:eastAsia="Arial"/>
                <w:b w:val="0"/>
                <w:sz w:val="17"/>
              </w:rPr>
              <w:t>Nhà ở, căn hộ, nhà phố, biệt thự, văn phòng/showroom/mặt bằng kinh doanh nhỏ và vừa.</w:t>
            </w:r>
          </w:p>
        </w:tc>
      </w:tr>
      <w:tr>
        <w:tc>
          <w:tcPr>
            <w:tcW w:type="dxa" w:w="2438"/>
            <w:tcMar>
              <w:top w:w="85" w:type="dxa"/>
              <w:start w:w="80" w:type="dxa"/>
              <w:bottom w:w="85" w:type="dxa"/>
              <w:end w:w="80" w:type="dxa"/>
            </w:tcMar>
            <w:vAlign w:val="center"/>
            <w:shd w:fill="F2EEE7"/>
          </w:tcPr>
          <w:p>
            <w:pPr>
              <w:spacing w:after="0"/>
            </w:pPr>
            <w:r>
              <w:rPr>
                <w:rFonts w:ascii="Arial" w:hAnsi="Arial" w:eastAsia="Arial"/>
              </w:rPr>
            </w:r>
            <w:r>
              <w:rPr>
                <w:rFonts w:ascii="Arial" w:hAnsi="Arial" w:eastAsia="Arial"/>
                <w:b/>
                <w:color w:val="2F3338"/>
                <w:sz w:val="17"/>
              </w:rPr>
              <w:t>Điểm mạnh</w:t>
            </w:r>
          </w:p>
        </w:tc>
        <w:tc>
          <w:tcPr>
            <w:tcW w:type="dxa" w:w="6293"/>
            <w:tcMar>
              <w:top w:w="85" w:type="dxa"/>
              <w:start w:w="80" w:type="dxa"/>
              <w:bottom w:w="85" w:type="dxa"/>
              <w:end w:w="80" w:type="dxa"/>
            </w:tcMar>
            <w:vAlign w:val="center"/>
          </w:tcPr>
          <w:p>
            <w:pPr>
              <w:spacing w:after="0"/>
            </w:pPr>
            <w:r>
              <w:rPr>
                <w:rFonts w:ascii="Arial" w:hAnsi="Arial" w:eastAsia="Arial"/>
              </w:rPr>
            </w:r>
            <w:r>
              <w:rPr>
                <w:rFonts w:ascii="Arial" w:hAnsi="Arial" w:eastAsia="Arial"/>
                <w:b w:val="0"/>
                <w:sz w:val="17"/>
              </w:rPr>
              <w:t>Nền tảng ngành xây dựng nhiều năm, tư duy kiến trúc – kỹ thuật – đấu thầu – kiểm soát chi phí, kết hợp vận hành AI-first.</w:t>
            </w:r>
          </w:p>
        </w:tc>
      </w:tr>
      <w:tr>
        <w:tc>
          <w:tcPr>
            <w:tcW w:type="dxa" w:w="2438"/>
            <w:tcMar>
              <w:top w:w="85" w:type="dxa"/>
              <w:start w:w="80" w:type="dxa"/>
              <w:bottom w:w="85" w:type="dxa"/>
              <w:end w:w="80" w:type="dxa"/>
            </w:tcMar>
            <w:vAlign w:val="center"/>
            <w:shd w:fill="F2EEE7"/>
          </w:tcPr>
          <w:p>
            <w:pPr>
              <w:spacing w:after="0"/>
            </w:pPr>
            <w:r>
              <w:rPr>
                <w:rFonts w:ascii="Arial" w:hAnsi="Arial" w:eastAsia="Arial"/>
              </w:rPr>
            </w:r>
            <w:r>
              <w:rPr>
                <w:rFonts w:ascii="Arial" w:hAnsi="Arial" w:eastAsia="Arial"/>
                <w:b/>
                <w:color w:val="2F3338"/>
                <w:sz w:val="17"/>
              </w:rPr>
              <w:t>Cách thu phí</w:t>
            </w:r>
          </w:p>
        </w:tc>
        <w:tc>
          <w:tcPr>
            <w:tcW w:type="dxa" w:w="6293"/>
            <w:tcMar>
              <w:top w:w="85" w:type="dxa"/>
              <w:start w:w="80" w:type="dxa"/>
              <w:bottom w:w="85" w:type="dxa"/>
              <w:end w:w="80" w:type="dxa"/>
            </w:tcMar>
            <w:vAlign w:val="center"/>
          </w:tcPr>
          <w:p>
            <w:pPr>
              <w:spacing w:after="0"/>
            </w:pPr>
            <w:r>
              <w:rPr>
                <w:rFonts w:ascii="Arial" w:hAnsi="Arial" w:eastAsia="Arial"/>
              </w:rPr>
            </w:r>
            <w:r>
              <w:rPr>
                <w:rFonts w:ascii="Arial" w:hAnsi="Arial" w:eastAsia="Arial"/>
                <w:b w:val="0"/>
                <w:sz w:val="17"/>
              </w:rPr>
              <w:t>Tách thành các gói nhỏ có đầu ra rõ ràng: tư vấn, khảo sát, lập brief, rà thiết kế, rà báo giá, chọn thầu, sourcing, nghiệm thu, đại diện khách hàng.</w:t>
            </w:r>
          </w:p>
        </w:tc>
      </w:tr>
      <w:tr>
        <w:tc>
          <w:tcPr>
            <w:tcW w:type="dxa" w:w="2438"/>
            <w:tcMar>
              <w:top w:w="85" w:type="dxa"/>
              <w:start w:w="80" w:type="dxa"/>
              <w:bottom w:w="85" w:type="dxa"/>
              <w:end w:w="80" w:type="dxa"/>
            </w:tcMar>
            <w:vAlign w:val="center"/>
            <w:shd w:fill="F4EFE5"/>
          </w:tcPr>
          <w:p>
            <w:pPr>
              <w:spacing w:after="0" w:before="0"/>
              <w:jc w:val="left"/>
            </w:pPr>
            <w:r>
              <w:rPr>
                <w:rFonts w:ascii="Aptos" w:hAnsi="Aptos" w:eastAsia="Aptos"/>
                <w:sz w:val="18"/>
              </w:rPr>
            </w:r>
            <w:r>
              <w:rPr>
                <w:rFonts w:ascii="Aptos" w:hAnsi="Aptos" w:eastAsia="Aptos"/>
                <w:b/>
                <w:color w:val="A88249"/>
                <w:sz w:val="18"/>
              </w:rPr>
              <w:t>Tên công ty đầy đủ</w:t>
            </w:r>
          </w:p>
        </w:tc>
        <w:tc>
          <w:tcPr>
            <w:tcW w:type="dxa" w:w="6293"/>
            <w:tcMar>
              <w:top w:w="85" w:type="dxa"/>
              <w:start w:w="80" w:type="dxa"/>
              <w:bottom w:w="85" w:type="dxa"/>
              <w:end w:w="80" w:type="dxa"/>
            </w:tcMar>
            <w:vAlign w:val="center"/>
            <w:shd w:fill="FFFFFF"/>
          </w:tcPr>
          <w:p>
            <w:pPr>
              <w:spacing w:after="0" w:before="0"/>
              <w:jc w:val="left"/>
            </w:pPr>
            <w:r>
              <w:rPr>
                <w:rFonts w:ascii="Aptos" w:hAnsi="Aptos" w:eastAsia="Aptos"/>
                <w:sz w:val="18"/>
              </w:rPr>
            </w:r>
            <w:r>
              <w:rPr>
                <w:rFonts w:ascii="Aptos" w:hAnsi="Aptos" w:eastAsia="Aptos"/>
                <w:b/>
                <w:color w:val="2F3338"/>
                <w:sz w:val="18"/>
              </w:rPr>
              <w:t>CÔNG TY TNHH GIẢI PHÁP KHÔNG GIAN ARCOVA</w:t>
            </w:r>
          </w:p>
        </w:tc>
      </w:tr>
      <w:tr>
        <w:tc>
          <w:tcPr>
            <w:tcW w:type="dxa" w:w="5185"/>
            <w:vAlign w:val="center"/>
            <w:shd w:fill="F4EFE5"/>
          </w:tcPr>
          <w:p>
            <w:pPr>
              <w:spacing w:after="0" w:before="0"/>
              <w:jc w:val="left"/>
            </w:pPr>
            <w:r>
              <w:rPr>
                <w:rFonts w:ascii="Aptos" w:hAnsi="Aptos" w:eastAsia="Aptos"/>
                <w:sz w:val="18"/>
              </w:rPr>
            </w:r>
            <w:r>
              <w:rPr>
                <w:rFonts w:ascii="Aptos" w:hAnsi="Aptos" w:eastAsia="Aptos"/>
                <w:b/>
                <w:color w:val="A88249"/>
                <w:sz w:val="18"/>
              </w:rPr>
              <w:t>Tên tiếng Anh</w:t>
            </w:r>
          </w:p>
        </w:tc>
        <w:tc>
          <w:tcPr>
            <w:tcW w:type="dxa" w:w="5185"/>
            <w:vAlign w:val="center"/>
            <w:shd w:fill="FFFFFF"/>
          </w:tcPr>
          <w:p>
            <w:pPr>
              <w:spacing w:after="0" w:before="0"/>
              <w:jc w:val="left"/>
            </w:pPr>
            <w:r>
              <w:rPr>
                <w:rFonts w:ascii="Aptos" w:hAnsi="Aptos" w:eastAsia="Aptos"/>
                <w:sz w:val="18"/>
              </w:rPr>
            </w:r>
            <w:r>
              <w:rPr>
                <w:rFonts w:ascii="Aptos" w:hAnsi="Aptos" w:eastAsia="Aptos"/>
                <w:b w:val="0"/>
                <w:color w:val="2F3338"/>
                <w:sz w:val="18"/>
              </w:rPr>
              <w:t>ARCOVA SPACE SOLUTIONS COMPANY LIMITED</w:t>
            </w:r>
          </w:p>
        </w:tc>
      </w:tr>
      <w:tr>
        <w:tc>
          <w:tcPr>
            <w:tcW w:type="dxa" w:w="5185"/>
            <w:vAlign w:val="center"/>
            <w:shd w:fill="F4EFE5"/>
          </w:tcPr>
          <w:p>
            <w:pPr>
              <w:spacing w:after="0" w:before="0"/>
              <w:jc w:val="left"/>
            </w:pPr>
            <w:r>
              <w:rPr>
                <w:rFonts w:ascii="Aptos" w:hAnsi="Aptos" w:eastAsia="Aptos"/>
                <w:sz w:val="18"/>
              </w:rPr>
            </w:r>
            <w:r>
              <w:rPr>
                <w:rFonts w:ascii="Aptos" w:hAnsi="Aptos" w:eastAsia="Aptos"/>
                <w:b/>
                <w:color w:val="A88249"/>
                <w:sz w:val="18"/>
              </w:rPr>
              <w:t>Tên viết tắt</w:t>
            </w:r>
          </w:p>
        </w:tc>
        <w:tc>
          <w:tcPr>
            <w:tcW w:type="dxa" w:w="5185"/>
            <w:vAlign w:val="center"/>
            <w:shd w:fill="FFFFFF"/>
          </w:tcPr>
          <w:p>
            <w:pPr>
              <w:spacing w:after="0" w:before="0"/>
              <w:jc w:val="left"/>
            </w:pPr>
            <w:r>
              <w:rPr>
                <w:rFonts w:ascii="Aptos" w:hAnsi="Aptos" w:eastAsia="Aptos"/>
                <w:sz w:val="18"/>
              </w:rPr>
            </w:r>
            <w:r>
              <w:rPr>
                <w:rFonts w:ascii="Aptos" w:hAnsi="Aptos" w:eastAsia="Aptos"/>
                <w:b w:val="0"/>
                <w:color w:val="2F3338"/>
                <w:sz w:val="18"/>
              </w:rPr>
              <w:t>ARCOVA CO., LTD</w:t>
            </w:r>
          </w:p>
        </w:tc>
      </w:tr>
      <w:tr>
        <w:tc>
          <w:tcPr>
            <w:tcW w:type="dxa" w:w="5185"/>
            <w:vAlign w:val="center"/>
            <w:shd w:fill="F4EFE5"/>
          </w:tcPr>
          <w:p>
            <w:pPr>
              <w:spacing w:after="0" w:before="0"/>
              <w:jc w:val="left"/>
            </w:pPr>
            <w:r>
              <w:rPr>
                <w:rFonts w:ascii="Aptos" w:hAnsi="Aptos" w:eastAsia="Aptos"/>
                <w:sz w:val="18"/>
              </w:rPr>
            </w:r>
            <w:r>
              <w:rPr>
                <w:rFonts w:ascii="Aptos" w:hAnsi="Aptos" w:eastAsia="Aptos"/>
                <w:b/>
                <w:color w:val="A88249"/>
                <w:sz w:val="18"/>
              </w:rPr>
              <w:t>Loại hình pháp lý</w:t>
            </w:r>
          </w:p>
        </w:tc>
        <w:tc>
          <w:tcPr>
            <w:tcW w:type="dxa" w:w="5185"/>
            <w:vAlign w:val="center"/>
            <w:shd w:fill="FFFFFF"/>
          </w:tcPr>
          <w:p>
            <w:pPr>
              <w:spacing w:after="0" w:before="0"/>
              <w:jc w:val="left"/>
            </w:pPr>
            <w:r>
              <w:rPr>
                <w:rFonts w:ascii="Aptos" w:hAnsi="Aptos" w:eastAsia="Aptos"/>
                <w:sz w:val="18"/>
              </w:rPr>
            </w:r>
            <w:r>
              <w:rPr>
                <w:rFonts w:ascii="Aptos" w:hAnsi="Aptos" w:eastAsia="Aptos"/>
                <w:b w:val="0"/>
                <w:color w:val="2F3338"/>
                <w:sz w:val="18"/>
              </w:rPr>
              <w:t>Công ty TNHH một thành viên</w:t>
            </w:r>
          </w:p>
        </w:tc>
      </w:tr>
      <w:tr>
        <w:tc>
          <w:tcPr>
            <w:tcW w:type="dxa" w:w="5185"/>
            <w:vAlign w:val="center"/>
            <w:shd w:fill="F4EFE5"/>
          </w:tcPr>
          <w:p>
            <w:pPr>
              <w:spacing w:after="0" w:before="0"/>
              <w:jc w:val="left"/>
            </w:pPr>
            <w:r>
              <w:rPr>
                <w:rFonts w:ascii="Aptos" w:hAnsi="Aptos" w:eastAsia="Aptos"/>
                <w:sz w:val="18"/>
              </w:rPr>
            </w:r>
            <w:r>
              <w:rPr>
                <w:rFonts w:ascii="Aptos" w:hAnsi="Aptos" w:eastAsia="Aptos"/>
                <w:b/>
                <w:color w:val="A88249"/>
                <w:sz w:val="18"/>
              </w:rPr>
              <w:t>Vốn điều lệ đề xuất</w:t>
            </w:r>
          </w:p>
        </w:tc>
        <w:tc>
          <w:tcPr>
            <w:tcW w:type="dxa" w:w="5185"/>
            <w:vAlign w:val="center"/>
            <w:shd w:fill="FFFFFF"/>
          </w:tcPr>
          <w:p>
            <w:pPr>
              <w:spacing w:after="0" w:before="0"/>
              <w:jc w:val="left"/>
            </w:pPr>
            <w:r>
              <w:rPr>
                <w:rFonts w:ascii="Aptos" w:hAnsi="Aptos" w:eastAsia="Aptos"/>
                <w:sz w:val="18"/>
              </w:rPr>
            </w:r>
            <w:r>
              <w:rPr>
                <w:rFonts w:ascii="Aptos" w:hAnsi="Aptos" w:eastAsia="Aptos"/>
                <w:b w:val="0"/>
                <w:color w:val="2F3338"/>
                <w:sz w:val="18"/>
              </w:rPr>
              <w:t>300.000.000 đồng</w:t>
            </w:r>
          </w:p>
        </w:tc>
      </w:tr>
      <w:tr>
        <w:tc>
          <w:tcPr>
            <w:tcW w:type="dxa" w:w="5185"/>
            <w:vAlign w:val="center"/>
            <w:shd w:fill="F4EFE5"/>
          </w:tcPr>
          <w:p>
            <w:pPr>
              <w:spacing w:after="0" w:before="0"/>
              <w:jc w:val="left"/>
            </w:pPr>
            <w:r>
              <w:rPr>
                <w:rFonts w:ascii="Aptos" w:hAnsi="Aptos" w:eastAsia="Aptos"/>
                <w:sz w:val="18"/>
              </w:rPr>
            </w:r>
            <w:r>
              <w:rPr>
                <w:rFonts w:ascii="Aptos" w:hAnsi="Aptos" w:eastAsia="Aptos"/>
                <w:b/>
                <w:color w:val="A88249"/>
                <w:sz w:val="18"/>
              </w:rPr>
              <w:t>Giám đốc</w:t>
            </w:r>
          </w:p>
        </w:tc>
        <w:tc>
          <w:tcPr>
            <w:tcW w:type="dxa" w:w="5185"/>
            <w:vAlign w:val="center"/>
            <w:shd w:fill="FFFFFF"/>
          </w:tcPr>
          <w:p>
            <w:pPr>
              <w:spacing w:after="0" w:before="0"/>
              <w:jc w:val="left"/>
            </w:pPr>
            <w:r>
              <w:rPr>
                <w:rFonts w:ascii="Aptos" w:hAnsi="Aptos" w:eastAsia="Aptos"/>
                <w:sz w:val="18"/>
              </w:rPr>
            </w:r>
            <w:r>
              <w:rPr>
                <w:rFonts w:ascii="Aptos" w:hAnsi="Aptos" w:eastAsia="Aptos"/>
                <w:b w:val="0"/>
                <w:color w:val="2F3338"/>
                <w:sz w:val="18"/>
              </w:rPr>
              <w:t>Hồ Nhật Tân – Giám đốc</w:t>
            </w:r>
          </w:p>
        </w:tc>
      </w:tr>
    </w:tbl>
    <w:tbl>
      <w:tblPr>
        <w:tblW w:type="auto" w:w="0"/>
        <w:jc w:val="center"/>
        <w:tblLook w:firstColumn="1" w:firstRow="1" w:lastColumn="0" w:lastRow="0" w:noHBand="0" w:noVBand="1" w:val="04A0"/>
        <w:tblBorders>
          <w:top w:val="single" w:sz="5" w:space="0" w:color="E7D2A5"/>
          <w:left w:val="single" w:sz="5" w:space="0" w:color="E7D2A5"/>
          <w:bottom w:val="single" w:sz="5" w:space="0" w:color="E7D2A5"/>
          <w:right w:val="single" w:sz="5" w:space="0" w:color="E7D2A5"/>
          <w:insideH w:val="single" w:sz="5" w:space="0" w:color="E7D2A5"/>
          <w:insideV w:val="single" w:sz="5" w:space="0" w:color="E7D2A5"/>
        </w:tblBorders>
      </w:tblPr>
      <w:tblGrid>
        <w:gridCol w:w="10370"/>
      </w:tblGrid>
      <w:tr>
        <w:tc>
          <w:tcPr>
            <w:tcW w:type="dxa" w:w="10370"/>
            <w:shd w:fill="F2EEE7"/>
            <w:tcMar>
              <w:top w:w="130" w:type="dxa"/>
              <w:start w:w="160" w:type="dxa"/>
              <w:bottom w:w="130" w:type="dxa"/>
              <w:end w:w="160" w:type="dxa"/>
            </w:tcMar>
          </w:tcPr>
          <w:p>
            <w:pPr>
              <w:spacing w:after="60"/>
            </w:pPr>
            <w:r>
              <w:rPr>
                <w:rFonts w:ascii="Arial" w:hAnsi="Arial" w:eastAsia="Arial"/>
                <w:b/>
                <w:i w:val="0"/>
                <w:color w:val="2F3338"/>
                <w:sz w:val="20"/>
              </w:rPr>
              <w:t>Một câu để khách nhớ</w:t>
            </w:r>
          </w:p>
          <w:p>
            <w:pPr>
              <w:spacing w:after="0" w:line="259" w:lineRule="auto"/>
            </w:pPr>
            <w:r>
              <w:rPr>
                <w:rFonts w:ascii="Arial" w:hAnsi="Arial" w:eastAsia="Arial"/>
                <w:b w:val="0"/>
                <w:i w:val="0"/>
                <w:color w:val="222222"/>
                <w:sz w:val="18"/>
              </w:rPr>
              <w:t>“Anh/chị không cần tự một mình nói chuyện với quá nhiều bên. ARCOVA đứng cùng anh/chị để tổ chức hành trình làm nhà rõ ràng, đỡ rủi ro và dễ kiểm soát tiền hơn.”</w:t>
            </w:r>
          </w:p>
        </w:tc>
      </w:tr>
    </w:tbl>
    <w:p>
      <w:pPr>
        <w:pStyle w:val="Heading1"/>
        <w:spacing w:before="240" w:after="120"/>
        <w:pBdr>
          <w:bottom w:val="single" w:sz="12" w:space="4" w:color="C8A96A"/>
        </w:pBdr>
      </w:pPr>
      <w:r>
        <w:rPr>
          <w:rFonts w:ascii="Arial" w:hAnsi="Arial" w:eastAsia="Arial"/>
          <w:b/>
          <w:i w:val="0"/>
          <w:color w:val="2F3338"/>
          <w:sz w:val="32"/>
        </w:rPr>
        <w:t>MỤC LỤC HỒ SƠ</w:t>
      </w:r>
    </w:p>
    <w:tbl>
      <w:tblPr>
        <w:tblStyle w:val="TableGrid"/>
        <w:tblW w:type="auto" w:w="0"/>
        <w:jc w:val="center"/>
        <w:tblLook w:firstColumn="1" w:firstRow="1" w:lastColumn="0" w:lastRow="0" w:noHBand="0" w:noVBand="1" w:val="04A0"/>
        <w:tblBorders>
          <w:top w:val="single" w:sz="5" w:space="0" w:color="E7D2A5"/>
          <w:left w:val="single" w:sz="5" w:space="0" w:color="E7D2A5"/>
          <w:bottom w:val="single" w:sz="5" w:space="0" w:color="E7D2A5"/>
          <w:right w:val="single" w:sz="5" w:space="0" w:color="E7D2A5"/>
          <w:insideH w:val="single" w:sz="5" w:space="0" w:color="E7D2A5"/>
          <w:insideV w:val="single" w:sz="5" w:space="0" w:color="E7D2A5"/>
        </w:tblBorders>
      </w:tblPr>
      <w:tblGrid>
        <w:gridCol w:w="5185"/>
        <w:gridCol w:w="5185"/>
      </w:tblGrid>
      <w:tr>
        <w:trPr>
          <w:tblHeader w:val="true"/>
        </w:trPr>
        <w:tc>
          <w:tcPr>
            <w:tcW w:type="dxa" w:w="964"/>
            <w:shd w:fill="C8A96A"/>
            <w:tcMar>
              <w:top w:w="80" w:type="dxa"/>
              <w:start w:w="70" w:type="dxa"/>
              <w:bottom w:w="80" w:type="dxa"/>
              <w:end w:w="70" w:type="dxa"/>
            </w:tcMar>
          </w:tcPr>
          <w:p>
            <w:pPr>
              <w:spacing w:after="0"/>
              <w:jc w:val="center"/>
            </w:pPr>
            <w:r>
              <w:rPr>
                <w:rFonts w:ascii="Arial" w:hAnsi="Arial" w:eastAsia="Arial"/>
              </w:rPr>
            </w:r>
            <w:r>
              <w:rPr>
                <w:rFonts w:ascii="Arial" w:hAnsi="Arial" w:eastAsia="Arial"/>
                <w:b/>
                <w:color w:val="FFFFFF"/>
                <w:sz w:val="16"/>
              </w:rPr>
              <w:t>Mục</w:t>
            </w:r>
          </w:p>
        </w:tc>
        <w:tc>
          <w:tcPr>
            <w:tcW w:type="dxa" w:w="7824"/>
            <w:shd w:fill="C8A96A"/>
            <w:tcMar>
              <w:top w:w="80" w:type="dxa"/>
              <w:start w:w="70" w:type="dxa"/>
              <w:bottom w:w="80" w:type="dxa"/>
              <w:end w:w="70" w:type="dxa"/>
            </w:tcMar>
          </w:tcPr>
          <w:p>
            <w:pPr>
              <w:spacing w:after="0"/>
              <w:jc w:val="center"/>
            </w:pPr>
            <w:r>
              <w:rPr>
                <w:rFonts w:ascii="Arial" w:hAnsi="Arial" w:eastAsia="Arial"/>
              </w:rPr>
            </w:r>
            <w:r>
              <w:rPr>
                <w:rFonts w:ascii="Arial" w:hAnsi="Arial" w:eastAsia="Arial"/>
                <w:b/>
                <w:color w:val="FFFFFF"/>
                <w:sz w:val="16"/>
              </w:rPr>
              <w:t>Nội dung</w:t>
            </w:r>
          </w:p>
        </w:tc>
      </w:tr>
      <w:tr>
        <w:tc>
          <w:tcPr>
            <w:tcW w:type="dxa" w:w="964"/>
            <w:tcMar>
              <w:top w:w="70" w:type="dxa"/>
              <w:start w:w="65" w:type="dxa"/>
              <w:bottom w:w="70" w:type="dxa"/>
              <w:end w:w="65" w:type="dxa"/>
            </w:tcMar>
            <w:vAlign w:val="top"/>
          </w:tcPr>
          <w:p>
            <w:pPr>
              <w:spacing w:after="0"/>
            </w:pPr>
            <w:r>
              <w:rPr>
                <w:rFonts w:ascii="Arial" w:hAnsi="Arial" w:eastAsia="Arial"/>
              </w:rPr>
            </w:r>
            <w:r>
              <w:rPr>
                <w:rFonts w:ascii="Arial" w:hAnsi="Arial" w:eastAsia="Arial"/>
                <w:b w:val="0"/>
                <w:sz w:val="16"/>
              </w:rPr>
              <w:t>01</w:t>
            </w:r>
          </w:p>
        </w:tc>
        <w:tc>
          <w:tcPr>
            <w:tcW w:type="dxa" w:w="7824"/>
            <w:tcMar>
              <w:top w:w="70" w:type="dxa"/>
              <w:start w:w="65" w:type="dxa"/>
              <w:bottom w:w="70" w:type="dxa"/>
              <w:end w:w="65" w:type="dxa"/>
            </w:tcMar>
            <w:vAlign w:val="top"/>
          </w:tcPr>
          <w:p>
            <w:pPr>
              <w:spacing w:after="0"/>
            </w:pPr>
            <w:r>
              <w:rPr>
                <w:rFonts w:ascii="Arial" w:hAnsi="Arial" w:eastAsia="Arial"/>
              </w:rPr>
            </w:r>
            <w:r>
              <w:rPr>
                <w:rFonts w:ascii="Arial" w:hAnsi="Arial" w:eastAsia="Arial"/>
                <w:b w:val="0"/>
                <w:sz w:val="16"/>
              </w:rPr>
              <w:t>Thư ngỏ gửi khách hàng</w:t>
            </w:r>
          </w:p>
        </w:tc>
      </w:tr>
      <w:tr>
        <w:tc>
          <w:tcPr>
            <w:tcW w:type="dxa" w:w="964"/>
            <w:tcMar>
              <w:top w:w="70" w:type="dxa"/>
              <w:start w:w="65" w:type="dxa"/>
              <w:bottom w:w="70" w:type="dxa"/>
              <w:end w:w="65" w:type="dxa"/>
            </w:tcMar>
            <w:vAlign w:val="top"/>
            <w:shd w:fill="FAF9F6"/>
          </w:tcPr>
          <w:p>
            <w:pPr>
              <w:spacing w:after="0"/>
            </w:pPr>
            <w:r>
              <w:rPr>
                <w:rFonts w:ascii="Arial" w:hAnsi="Arial" w:eastAsia="Arial"/>
              </w:rPr>
            </w:r>
            <w:r>
              <w:rPr>
                <w:rFonts w:ascii="Arial" w:hAnsi="Arial" w:eastAsia="Arial"/>
                <w:b w:val="0"/>
                <w:sz w:val="16"/>
              </w:rPr>
              <w:t>02</w:t>
            </w:r>
          </w:p>
        </w:tc>
        <w:tc>
          <w:tcPr>
            <w:tcW w:type="dxa" w:w="7824"/>
            <w:tcMar>
              <w:top w:w="70" w:type="dxa"/>
              <w:start w:w="65" w:type="dxa"/>
              <w:bottom w:w="70" w:type="dxa"/>
              <w:end w:w="65" w:type="dxa"/>
            </w:tcMar>
            <w:vAlign w:val="top"/>
            <w:shd w:fill="FAF9F6"/>
          </w:tcPr>
          <w:p>
            <w:pPr>
              <w:spacing w:after="0"/>
            </w:pPr>
            <w:r>
              <w:rPr>
                <w:rFonts w:ascii="Arial" w:hAnsi="Arial" w:eastAsia="Arial"/>
              </w:rPr>
            </w:r>
            <w:r>
              <w:rPr>
                <w:rFonts w:ascii="Arial" w:hAnsi="Arial" w:eastAsia="Arial"/>
                <w:b w:val="0"/>
                <w:sz w:val="16"/>
              </w:rPr>
              <w:t>ARCOVA giải quyết vấn đề gì?</w:t>
            </w:r>
          </w:p>
        </w:tc>
      </w:tr>
      <w:tr>
        <w:tc>
          <w:tcPr>
            <w:tcW w:type="dxa" w:w="964"/>
            <w:tcMar>
              <w:top w:w="70" w:type="dxa"/>
              <w:start w:w="65" w:type="dxa"/>
              <w:bottom w:w="70" w:type="dxa"/>
              <w:end w:w="65" w:type="dxa"/>
            </w:tcMar>
            <w:vAlign w:val="top"/>
          </w:tcPr>
          <w:p>
            <w:pPr>
              <w:spacing w:after="0"/>
            </w:pPr>
            <w:r>
              <w:rPr>
                <w:rFonts w:ascii="Arial" w:hAnsi="Arial" w:eastAsia="Arial"/>
              </w:rPr>
            </w:r>
            <w:r>
              <w:rPr>
                <w:rFonts w:ascii="Arial" w:hAnsi="Arial" w:eastAsia="Arial"/>
                <w:b w:val="0"/>
                <w:sz w:val="16"/>
              </w:rPr>
              <w:t>03</w:t>
            </w:r>
          </w:p>
        </w:tc>
        <w:tc>
          <w:tcPr>
            <w:tcW w:type="dxa" w:w="7824"/>
            <w:tcMar>
              <w:top w:w="70" w:type="dxa"/>
              <w:start w:w="65" w:type="dxa"/>
              <w:bottom w:w="70" w:type="dxa"/>
              <w:end w:w="65" w:type="dxa"/>
            </w:tcMar>
            <w:vAlign w:val="top"/>
          </w:tcPr>
          <w:p>
            <w:pPr>
              <w:spacing w:after="0"/>
            </w:pPr>
            <w:r>
              <w:rPr>
                <w:rFonts w:ascii="Arial" w:hAnsi="Arial" w:eastAsia="Arial"/>
              </w:rPr>
            </w:r>
            <w:r>
              <w:rPr>
                <w:rFonts w:ascii="Arial" w:hAnsi="Arial" w:eastAsia="Arial"/>
                <w:b w:val="0"/>
                <w:sz w:val="16"/>
              </w:rPr>
              <w:t>Định vị mới: đại diện khách hàng và tổ chức dự án</w:t>
            </w:r>
          </w:p>
        </w:tc>
      </w:tr>
      <w:tr>
        <w:tc>
          <w:tcPr>
            <w:tcW w:type="dxa" w:w="964"/>
            <w:tcMar>
              <w:top w:w="70" w:type="dxa"/>
              <w:start w:w="65" w:type="dxa"/>
              <w:bottom w:w="70" w:type="dxa"/>
              <w:end w:w="65" w:type="dxa"/>
            </w:tcMar>
            <w:vAlign w:val="top"/>
            <w:shd w:fill="FAF9F6"/>
          </w:tcPr>
          <w:p>
            <w:pPr>
              <w:spacing w:after="0"/>
            </w:pPr>
            <w:r>
              <w:rPr>
                <w:rFonts w:ascii="Arial" w:hAnsi="Arial" w:eastAsia="Arial"/>
              </w:rPr>
            </w:r>
            <w:r>
              <w:rPr>
                <w:rFonts w:ascii="Arial" w:hAnsi="Arial" w:eastAsia="Arial"/>
                <w:b w:val="0"/>
                <w:sz w:val="16"/>
              </w:rPr>
              <w:t>04</w:t>
            </w:r>
          </w:p>
        </w:tc>
        <w:tc>
          <w:tcPr>
            <w:tcW w:type="dxa" w:w="7824"/>
            <w:tcMar>
              <w:top w:w="70" w:type="dxa"/>
              <w:start w:w="65" w:type="dxa"/>
              <w:bottom w:w="70" w:type="dxa"/>
              <w:end w:w="65" w:type="dxa"/>
            </w:tcMar>
            <w:vAlign w:val="top"/>
            <w:shd w:fill="FAF9F6"/>
          </w:tcPr>
          <w:p>
            <w:pPr>
              <w:spacing w:after="0"/>
            </w:pPr>
            <w:r>
              <w:rPr>
                <w:rFonts w:ascii="Arial" w:hAnsi="Arial" w:eastAsia="Arial"/>
              </w:rPr>
            </w:r>
            <w:r>
              <w:rPr>
                <w:rFonts w:ascii="Arial" w:hAnsi="Arial" w:eastAsia="Arial"/>
                <w:b w:val="0"/>
                <w:sz w:val="16"/>
              </w:rPr>
              <w:t>Khách hàng sẽ được gì khi liên hệ ARCOVA?</w:t>
            </w:r>
          </w:p>
        </w:tc>
      </w:tr>
      <w:tr>
        <w:tc>
          <w:tcPr>
            <w:tcW w:type="dxa" w:w="964"/>
            <w:tcMar>
              <w:top w:w="70" w:type="dxa"/>
              <w:start w:w="65" w:type="dxa"/>
              <w:bottom w:w="70" w:type="dxa"/>
              <w:end w:w="65" w:type="dxa"/>
            </w:tcMar>
            <w:vAlign w:val="top"/>
          </w:tcPr>
          <w:p>
            <w:pPr>
              <w:spacing w:after="0"/>
            </w:pPr>
            <w:r>
              <w:rPr>
                <w:rFonts w:ascii="Arial" w:hAnsi="Arial" w:eastAsia="Arial"/>
              </w:rPr>
            </w:r>
            <w:r>
              <w:rPr>
                <w:rFonts w:ascii="Arial" w:hAnsi="Arial" w:eastAsia="Arial"/>
                <w:b w:val="0"/>
                <w:sz w:val="16"/>
              </w:rPr>
              <w:t>05</w:t>
            </w:r>
          </w:p>
        </w:tc>
        <w:tc>
          <w:tcPr>
            <w:tcW w:type="dxa" w:w="7824"/>
            <w:tcMar>
              <w:top w:w="70" w:type="dxa"/>
              <w:start w:w="65" w:type="dxa"/>
              <w:bottom w:w="70" w:type="dxa"/>
              <w:end w:w="65" w:type="dxa"/>
            </w:tcMar>
            <w:vAlign w:val="top"/>
          </w:tcPr>
          <w:p>
            <w:pPr>
              <w:spacing w:after="0"/>
            </w:pPr>
            <w:r>
              <w:rPr>
                <w:rFonts w:ascii="Arial" w:hAnsi="Arial" w:eastAsia="Arial"/>
              </w:rPr>
            </w:r>
            <w:r>
              <w:rPr>
                <w:rFonts w:ascii="Arial" w:hAnsi="Arial" w:eastAsia="Arial"/>
                <w:b w:val="0"/>
                <w:sz w:val="16"/>
              </w:rPr>
              <w:t>Hành trình làm nhà từ ý tưởng đến bàn giao</w:t>
            </w:r>
          </w:p>
        </w:tc>
      </w:tr>
      <w:tr>
        <w:tc>
          <w:tcPr>
            <w:tcW w:type="dxa" w:w="964"/>
            <w:tcMar>
              <w:top w:w="70" w:type="dxa"/>
              <w:start w:w="65" w:type="dxa"/>
              <w:bottom w:w="70" w:type="dxa"/>
              <w:end w:w="65" w:type="dxa"/>
            </w:tcMar>
            <w:vAlign w:val="top"/>
            <w:shd w:fill="FAF9F6"/>
          </w:tcPr>
          <w:p>
            <w:pPr>
              <w:spacing w:after="0"/>
            </w:pPr>
            <w:r>
              <w:rPr>
                <w:rFonts w:ascii="Arial" w:hAnsi="Arial" w:eastAsia="Arial"/>
              </w:rPr>
            </w:r>
            <w:r>
              <w:rPr>
                <w:rFonts w:ascii="Arial" w:hAnsi="Arial" w:eastAsia="Arial"/>
                <w:b w:val="0"/>
                <w:sz w:val="16"/>
              </w:rPr>
              <w:t>06</w:t>
            </w:r>
          </w:p>
        </w:tc>
        <w:tc>
          <w:tcPr>
            <w:tcW w:type="dxa" w:w="7824"/>
            <w:tcMar>
              <w:top w:w="70" w:type="dxa"/>
              <w:start w:w="65" w:type="dxa"/>
              <w:bottom w:w="70" w:type="dxa"/>
              <w:end w:w="65" w:type="dxa"/>
            </w:tcMar>
            <w:vAlign w:val="top"/>
            <w:shd w:fill="FAF9F6"/>
          </w:tcPr>
          <w:p>
            <w:pPr>
              <w:spacing w:after="0"/>
            </w:pPr>
            <w:r>
              <w:rPr>
                <w:rFonts w:ascii="Arial" w:hAnsi="Arial" w:eastAsia="Arial"/>
              </w:rPr>
            </w:r>
            <w:r>
              <w:rPr>
                <w:rFonts w:ascii="Arial" w:hAnsi="Arial" w:eastAsia="Arial"/>
                <w:b w:val="0"/>
                <w:sz w:val="16"/>
              </w:rPr>
              <w:t>Hệ gói dịch vụ linh hoạt</w:t>
            </w:r>
          </w:p>
        </w:tc>
      </w:tr>
      <w:tr>
        <w:tc>
          <w:tcPr>
            <w:tcW w:type="dxa" w:w="964"/>
            <w:tcMar>
              <w:top w:w="70" w:type="dxa"/>
              <w:start w:w="65" w:type="dxa"/>
              <w:bottom w:w="70" w:type="dxa"/>
              <w:end w:w="65" w:type="dxa"/>
            </w:tcMar>
            <w:vAlign w:val="top"/>
          </w:tcPr>
          <w:p>
            <w:pPr>
              <w:spacing w:after="0"/>
            </w:pPr>
            <w:r>
              <w:rPr>
                <w:rFonts w:ascii="Arial" w:hAnsi="Arial" w:eastAsia="Arial"/>
              </w:rPr>
            </w:r>
            <w:r>
              <w:rPr>
                <w:rFonts w:ascii="Arial" w:hAnsi="Arial" w:eastAsia="Arial"/>
                <w:b w:val="0"/>
                <w:sz w:val="16"/>
              </w:rPr>
              <w:t>07</w:t>
            </w:r>
          </w:p>
        </w:tc>
        <w:tc>
          <w:tcPr>
            <w:tcW w:type="dxa" w:w="7824"/>
            <w:tcMar>
              <w:top w:w="70" w:type="dxa"/>
              <w:start w:w="65" w:type="dxa"/>
              <w:bottom w:w="70" w:type="dxa"/>
              <w:end w:w="65" w:type="dxa"/>
            </w:tcMar>
            <w:vAlign w:val="top"/>
          </w:tcPr>
          <w:p>
            <w:pPr>
              <w:spacing w:after="0"/>
            </w:pPr>
            <w:r>
              <w:rPr>
                <w:rFonts w:ascii="Arial" w:hAnsi="Arial" w:eastAsia="Arial"/>
              </w:rPr>
            </w:r>
            <w:r>
              <w:rPr>
                <w:rFonts w:ascii="Arial" w:hAnsi="Arial" w:eastAsia="Arial"/>
                <w:b w:val="0"/>
                <w:sz w:val="16"/>
              </w:rPr>
              <w:t>Bảng gói dịch vụ chi tiết</w:t>
            </w:r>
          </w:p>
        </w:tc>
      </w:tr>
      <w:tr>
        <w:tc>
          <w:tcPr>
            <w:tcW w:type="dxa" w:w="964"/>
            <w:tcMar>
              <w:top w:w="70" w:type="dxa"/>
              <w:start w:w="65" w:type="dxa"/>
              <w:bottom w:w="70" w:type="dxa"/>
              <w:end w:w="65" w:type="dxa"/>
            </w:tcMar>
            <w:vAlign w:val="top"/>
            <w:shd w:fill="FAF9F6"/>
          </w:tcPr>
          <w:p>
            <w:pPr>
              <w:spacing w:after="0"/>
            </w:pPr>
            <w:r>
              <w:rPr>
                <w:rFonts w:ascii="Arial" w:hAnsi="Arial" w:eastAsia="Arial"/>
              </w:rPr>
            </w:r>
            <w:r>
              <w:rPr>
                <w:rFonts w:ascii="Arial" w:hAnsi="Arial" w:eastAsia="Arial"/>
                <w:b w:val="0"/>
                <w:sz w:val="16"/>
              </w:rPr>
              <w:t>08</w:t>
            </w:r>
          </w:p>
        </w:tc>
        <w:tc>
          <w:tcPr>
            <w:tcW w:type="dxa" w:w="7824"/>
            <w:tcMar>
              <w:top w:w="70" w:type="dxa"/>
              <w:start w:w="65" w:type="dxa"/>
              <w:bottom w:w="70" w:type="dxa"/>
              <w:end w:w="65" w:type="dxa"/>
            </w:tcMar>
            <w:vAlign w:val="top"/>
            <w:shd w:fill="FAF9F6"/>
          </w:tcPr>
          <w:p>
            <w:pPr>
              <w:spacing w:after="0"/>
            </w:pPr>
            <w:r>
              <w:rPr>
                <w:rFonts w:ascii="Arial" w:hAnsi="Arial" w:eastAsia="Arial"/>
              </w:rPr>
            </w:r>
            <w:r>
              <w:rPr>
                <w:rFonts w:ascii="Arial" w:hAnsi="Arial" w:eastAsia="Arial"/>
                <w:b w:val="0"/>
                <w:sz w:val="16"/>
              </w:rPr>
              <w:t>Quy trình làm việc chuẩn</w:t>
            </w:r>
          </w:p>
        </w:tc>
      </w:tr>
      <w:tr>
        <w:tc>
          <w:tcPr>
            <w:tcW w:type="dxa" w:w="964"/>
            <w:tcMar>
              <w:top w:w="70" w:type="dxa"/>
              <w:start w:w="65" w:type="dxa"/>
              <w:bottom w:w="70" w:type="dxa"/>
              <w:end w:w="65" w:type="dxa"/>
            </w:tcMar>
            <w:vAlign w:val="top"/>
          </w:tcPr>
          <w:p>
            <w:pPr>
              <w:spacing w:after="0"/>
            </w:pPr>
            <w:r>
              <w:rPr>
                <w:rFonts w:ascii="Arial" w:hAnsi="Arial" w:eastAsia="Arial"/>
              </w:rPr>
            </w:r>
            <w:r>
              <w:rPr>
                <w:rFonts w:ascii="Arial" w:hAnsi="Arial" w:eastAsia="Arial"/>
                <w:b w:val="0"/>
                <w:sz w:val="16"/>
              </w:rPr>
              <w:t>09</w:t>
            </w:r>
          </w:p>
        </w:tc>
        <w:tc>
          <w:tcPr>
            <w:tcW w:type="dxa" w:w="7824"/>
            <w:tcMar>
              <w:top w:w="70" w:type="dxa"/>
              <w:start w:w="65" w:type="dxa"/>
              <w:bottom w:w="70" w:type="dxa"/>
              <w:end w:w="65" w:type="dxa"/>
            </w:tcMar>
            <w:vAlign w:val="top"/>
          </w:tcPr>
          <w:p>
            <w:pPr>
              <w:spacing w:after="0"/>
            </w:pPr>
            <w:r>
              <w:rPr>
                <w:rFonts w:ascii="Arial" w:hAnsi="Arial" w:eastAsia="Arial"/>
              </w:rPr>
            </w:r>
            <w:r>
              <w:rPr>
                <w:rFonts w:ascii="Arial" w:hAnsi="Arial" w:eastAsia="Arial"/>
                <w:b w:val="0"/>
                <w:sz w:val="16"/>
              </w:rPr>
              <w:t>Năng lực nền tảng và kinh nghiệm ngành</w:t>
            </w:r>
          </w:p>
        </w:tc>
      </w:tr>
      <w:tr>
        <w:tc>
          <w:tcPr>
            <w:tcW w:type="dxa" w:w="964"/>
            <w:tcMar>
              <w:top w:w="70" w:type="dxa"/>
              <w:start w:w="65" w:type="dxa"/>
              <w:bottom w:w="70" w:type="dxa"/>
              <w:end w:w="65" w:type="dxa"/>
            </w:tcMar>
            <w:vAlign w:val="top"/>
            <w:shd w:fill="FAF9F6"/>
          </w:tcPr>
          <w:p>
            <w:pPr>
              <w:spacing w:after="0"/>
            </w:pPr>
            <w:r>
              <w:rPr>
                <w:rFonts w:ascii="Arial" w:hAnsi="Arial" w:eastAsia="Arial"/>
              </w:rPr>
            </w:r>
            <w:r>
              <w:rPr>
                <w:rFonts w:ascii="Arial" w:hAnsi="Arial" w:eastAsia="Arial"/>
                <w:b w:val="0"/>
                <w:sz w:val="16"/>
              </w:rPr>
              <w:t>10</w:t>
            </w:r>
          </w:p>
        </w:tc>
        <w:tc>
          <w:tcPr>
            <w:tcW w:type="dxa" w:w="7824"/>
            <w:tcMar>
              <w:top w:w="70" w:type="dxa"/>
              <w:start w:w="65" w:type="dxa"/>
              <w:bottom w:w="70" w:type="dxa"/>
              <w:end w:w="65" w:type="dxa"/>
            </w:tcMar>
            <w:vAlign w:val="top"/>
            <w:shd w:fill="FAF9F6"/>
          </w:tcPr>
          <w:p>
            <w:pPr>
              <w:spacing w:after="0"/>
            </w:pPr>
            <w:r>
              <w:rPr>
                <w:rFonts w:ascii="Arial" w:hAnsi="Arial" w:eastAsia="Arial"/>
              </w:rPr>
            </w:r>
            <w:r>
              <w:rPr>
                <w:rFonts w:ascii="Arial" w:hAnsi="Arial" w:eastAsia="Arial"/>
                <w:b w:val="0"/>
                <w:sz w:val="16"/>
              </w:rPr>
              <w:t>Năng lực kiểm soát thiết kế – thẩm mỹ – công năng</w:t>
            </w:r>
          </w:p>
        </w:tc>
      </w:tr>
      <w:tr>
        <w:tc>
          <w:tcPr>
            <w:tcW w:type="dxa" w:w="964"/>
            <w:tcMar>
              <w:top w:w="70" w:type="dxa"/>
              <w:start w:w="65" w:type="dxa"/>
              <w:bottom w:w="70" w:type="dxa"/>
              <w:end w:w="65" w:type="dxa"/>
            </w:tcMar>
            <w:vAlign w:val="top"/>
          </w:tcPr>
          <w:p>
            <w:pPr>
              <w:spacing w:after="0"/>
            </w:pPr>
            <w:r>
              <w:rPr>
                <w:rFonts w:ascii="Arial" w:hAnsi="Arial" w:eastAsia="Arial"/>
              </w:rPr>
            </w:r>
            <w:r>
              <w:rPr>
                <w:rFonts w:ascii="Arial" w:hAnsi="Arial" w:eastAsia="Arial"/>
                <w:b w:val="0"/>
                <w:sz w:val="16"/>
              </w:rPr>
              <w:t>11</w:t>
            </w:r>
          </w:p>
        </w:tc>
        <w:tc>
          <w:tcPr>
            <w:tcW w:type="dxa" w:w="7824"/>
            <w:tcMar>
              <w:top w:w="70" w:type="dxa"/>
              <w:start w:w="65" w:type="dxa"/>
              <w:bottom w:w="70" w:type="dxa"/>
              <w:end w:w="65" w:type="dxa"/>
            </w:tcMar>
            <w:vAlign w:val="top"/>
          </w:tcPr>
          <w:p>
            <w:pPr>
              <w:spacing w:after="0"/>
            </w:pPr>
            <w:r>
              <w:rPr>
                <w:rFonts w:ascii="Arial" w:hAnsi="Arial" w:eastAsia="Arial"/>
              </w:rPr>
            </w:r>
            <w:r>
              <w:rPr>
                <w:rFonts w:ascii="Arial" w:hAnsi="Arial" w:eastAsia="Arial"/>
                <w:b w:val="0"/>
                <w:sz w:val="16"/>
              </w:rPr>
              <w:t>Năng lực kiểm soát chi phí – báo giá – hợp đồng</w:t>
            </w:r>
          </w:p>
        </w:tc>
      </w:tr>
      <w:tr>
        <w:tc>
          <w:tcPr>
            <w:tcW w:type="dxa" w:w="964"/>
            <w:tcMar>
              <w:top w:w="70" w:type="dxa"/>
              <w:start w:w="65" w:type="dxa"/>
              <w:bottom w:w="70" w:type="dxa"/>
              <w:end w:w="65" w:type="dxa"/>
            </w:tcMar>
            <w:vAlign w:val="top"/>
            <w:shd w:fill="FAF9F6"/>
          </w:tcPr>
          <w:p>
            <w:pPr>
              <w:spacing w:after="0"/>
            </w:pPr>
            <w:r>
              <w:rPr>
                <w:rFonts w:ascii="Arial" w:hAnsi="Arial" w:eastAsia="Arial"/>
              </w:rPr>
            </w:r>
            <w:r>
              <w:rPr>
                <w:rFonts w:ascii="Arial" w:hAnsi="Arial" w:eastAsia="Arial"/>
                <w:b w:val="0"/>
                <w:sz w:val="16"/>
              </w:rPr>
              <w:t>12</w:t>
            </w:r>
          </w:p>
        </w:tc>
        <w:tc>
          <w:tcPr>
            <w:tcW w:type="dxa" w:w="7824"/>
            <w:tcMar>
              <w:top w:w="70" w:type="dxa"/>
              <w:start w:w="65" w:type="dxa"/>
              <w:bottom w:w="70" w:type="dxa"/>
              <w:end w:w="65" w:type="dxa"/>
            </w:tcMar>
            <w:vAlign w:val="top"/>
            <w:shd w:fill="FAF9F6"/>
          </w:tcPr>
          <w:p>
            <w:pPr>
              <w:spacing w:after="0"/>
            </w:pPr>
            <w:r>
              <w:rPr>
                <w:rFonts w:ascii="Arial" w:hAnsi="Arial" w:eastAsia="Arial"/>
              </w:rPr>
            </w:r>
            <w:r>
              <w:rPr>
                <w:rFonts w:ascii="Arial" w:hAnsi="Arial" w:eastAsia="Arial"/>
                <w:b w:val="0"/>
                <w:sz w:val="16"/>
              </w:rPr>
              <w:t>Năng lực kết nối đối tác</w:t>
            </w:r>
          </w:p>
        </w:tc>
      </w:tr>
      <w:tr>
        <w:tc>
          <w:tcPr>
            <w:tcW w:type="dxa" w:w="964"/>
            <w:tcMar>
              <w:top w:w="70" w:type="dxa"/>
              <w:start w:w="65" w:type="dxa"/>
              <w:bottom w:w="70" w:type="dxa"/>
              <w:end w:w="65" w:type="dxa"/>
            </w:tcMar>
            <w:vAlign w:val="top"/>
          </w:tcPr>
          <w:p>
            <w:pPr>
              <w:spacing w:after="0"/>
            </w:pPr>
            <w:r>
              <w:rPr>
                <w:rFonts w:ascii="Arial" w:hAnsi="Arial" w:eastAsia="Arial"/>
              </w:rPr>
            </w:r>
            <w:r>
              <w:rPr>
                <w:rFonts w:ascii="Arial" w:hAnsi="Arial" w:eastAsia="Arial"/>
                <w:b w:val="0"/>
                <w:sz w:val="16"/>
              </w:rPr>
              <w:t>13</w:t>
            </w:r>
          </w:p>
        </w:tc>
        <w:tc>
          <w:tcPr>
            <w:tcW w:type="dxa" w:w="7824"/>
            <w:tcMar>
              <w:top w:w="70" w:type="dxa"/>
              <w:start w:w="65" w:type="dxa"/>
              <w:bottom w:w="70" w:type="dxa"/>
              <w:end w:w="65" w:type="dxa"/>
            </w:tcMar>
            <w:vAlign w:val="top"/>
          </w:tcPr>
          <w:p>
            <w:pPr>
              <w:spacing w:after="0"/>
            </w:pPr>
            <w:r>
              <w:rPr>
                <w:rFonts w:ascii="Arial" w:hAnsi="Arial" w:eastAsia="Arial"/>
              </w:rPr>
            </w:r>
            <w:r>
              <w:rPr>
                <w:rFonts w:ascii="Arial" w:hAnsi="Arial" w:eastAsia="Arial"/>
                <w:b w:val="0"/>
                <w:sz w:val="16"/>
              </w:rPr>
              <w:t>Năng lực kiểm soát thi công và nghiệm thu</w:t>
            </w:r>
          </w:p>
        </w:tc>
      </w:tr>
      <w:tr>
        <w:tc>
          <w:tcPr>
            <w:tcW w:type="dxa" w:w="964"/>
            <w:tcMar>
              <w:top w:w="70" w:type="dxa"/>
              <w:start w:w="65" w:type="dxa"/>
              <w:bottom w:w="70" w:type="dxa"/>
              <w:end w:w="65" w:type="dxa"/>
            </w:tcMar>
            <w:vAlign w:val="top"/>
            <w:shd w:fill="FAF9F6"/>
          </w:tcPr>
          <w:p>
            <w:pPr>
              <w:spacing w:after="0"/>
            </w:pPr>
            <w:r>
              <w:rPr>
                <w:rFonts w:ascii="Arial" w:hAnsi="Arial" w:eastAsia="Arial"/>
              </w:rPr>
            </w:r>
            <w:r>
              <w:rPr>
                <w:rFonts w:ascii="Arial" w:hAnsi="Arial" w:eastAsia="Arial"/>
                <w:b w:val="0"/>
                <w:sz w:val="16"/>
              </w:rPr>
              <w:t>14</w:t>
            </w:r>
          </w:p>
        </w:tc>
        <w:tc>
          <w:tcPr>
            <w:tcW w:type="dxa" w:w="7824"/>
            <w:tcMar>
              <w:top w:w="70" w:type="dxa"/>
              <w:start w:w="65" w:type="dxa"/>
              <w:bottom w:w="70" w:type="dxa"/>
              <w:end w:w="65" w:type="dxa"/>
            </w:tcMar>
            <w:vAlign w:val="top"/>
            <w:shd w:fill="FAF9F6"/>
          </w:tcPr>
          <w:p>
            <w:pPr>
              <w:spacing w:after="0"/>
            </w:pPr>
            <w:r>
              <w:rPr>
                <w:rFonts w:ascii="Arial" w:hAnsi="Arial" w:eastAsia="Arial"/>
              </w:rPr>
            </w:r>
            <w:r>
              <w:rPr>
                <w:rFonts w:ascii="Arial" w:hAnsi="Arial" w:eastAsia="Arial"/>
                <w:b w:val="0"/>
                <w:sz w:val="16"/>
              </w:rPr>
              <w:t>Mô hình tính phí và thanh toán</w:t>
            </w:r>
          </w:p>
        </w:tc>
      </w:tr>
      <w:tr>
        <w:tc>
          <w:tcPr>
            <w:tcW w:type="dxa" w:w="964"/>
            <w:tcMar>
              <w:top w:w="70" w:type="dxa"/>
              <w:start w:w="65" w:type="dxa"/>
              <w:bottom w:w="70" w:type="dxa"/>
              <w:end w:w="65" w:type="dxa"/>
            </w:tcMar>
            <w:vAlign w:val="top"/>
          </w:tcPr>
          <w:p>
            <w:pPr>
              <w:spacing w:after="0"/>
            </w:pPr>
            <w:r>
              <w:rPr>
                <w:rFonts w:ascii="Arial" w:hAnsi="Arial" w:eastAsia="Arial"/>
              </w:rPr>
            </w:r>
            <w:r>
              <w:rPr>
                <w:rFonts w:ascii="Arial" w:hAnsi="Arial" w:eastAsia="Arial"/>
                <w:b w:val="0"/>
                <w:sz w:val="16"/>
              </w:rPr>
              <w:t>15</w:t>
            </w:r>
          </w:p>
        </w:tc>
        <w:tc>
          <w:tcPr>
            <w:tcW w:type="dxa" w:w="7824"/>
            <w:tcMar>
              <w:top w:w="70" w:type="dxa"/>
              <w:start w:w="65" w:type="dxa"/>
              <w:bottom w:w="70" w:type="dxa"/>
              <w:end w:w="65" w:type="dxa"/>
            </w:tcMar>
            <w:vAlign w:val="top"/>
          </w:tcPr>
          <w:p>
            <w:pPr>
              <w:spacing w:after="0"/>
            </w:pPr>
            <w:r>
              <w:rPr>
                <w:rFonts w:ascii="Arial" w:hAnsi="Arial" w:eastAsia="Arial"/>
              </w:rPr>
            </w:r>
            <w:r>
              <w:rPr>
                <w:rFonts w:ascii="Arial" w:hAnsi="Arial" w:eastAsia="Arial"/>
                <w:b w:val="0"/>
                <w:sz w:val="16"/>
              </w:rPr>
              <w:t>Tệp khách hàng mục tiêu</w:t>
            </w:r>
          </w:p>
        </w:tc>
      </w:tr>
      <w:tr>
        <w:tc>
          <w:tcPr>
            <w:tcW w:type="dxa" w:w="964"/>
            <w:tcMar>
              <w:top w:w="70" w:type="dxa"/>
              <w:start w:w="65" w:type="dxa"/>
              <w:bottom w:w="70" w:type="dxa"/>
              <w:end w:w="65" w:type="dxa"/>
            </w:tcMar>
            <w:vAlign w:val="top"/>
            <w:shd w:fill="FAF9F6"/>
          </w:tcPr>
          <w:p>
            <w:pPr>
              <w:spacing w:after="0"/>
            </w:pPr>
            <w:r>
              <w:rPr>
                <w:rFonts w:ascii="Arial" w:hAnsi="Arial" w:eastAsia="Arial"/>
              </w:rPr>
            </w:r>
            <w:r>
              <w:rPr>
                <w:rFonts w:ascii="Arial" w:hAnsi="Arial" w:eastAsia="Arial"/>
                <w:b w:val="0"/>
                <w:sz w:val="16"/>
              </w:rPr>
              <w:t>16</w:t>
            </w:r>
          </w:p>
        </w:tc>
        <w:tc>
          <w:tcPr>
            <w:tcW w:type="dxa" w:w="7824"/>
            <w:tcMar>
              <w:top w:w="70" w:type="dxa"/>
              <w:start w:w="65" w:type="dxa"/>
              <w:bottom w:w="70" w:type="dxa"/>
              <w:end w:w="65" w:type="dxa"/>
            </w:tcMar>
            <w:vAlign w:val="top"/>
            <w:shd w:fill="FAF9F6"/>
          </w:tcPr>
          <w:p>
            <w:pPr>
              <w:spacing w:after="0"/>
            </w:pPr>
            <w:r>
              <w:rPr>
                <w:rFonts w:ascii="Arial" w:hAnsi="Arial" w:eastAsia="Arial"/>
              </w:rPr>
            </w:r>
            <w:r>
              <w:rPr>
                <w:rFonts w:ascii="Arial" w:hAnsi="Arial" w:eastAsia="Arial"/>
                <w:b w:val="0"/>
                <w:sz w:val="16"/>
              </w:rPr>
              <w:t>Mô hình AI-first</w:t>
            </w:r>
          </w:p>
        </w:tc>
      </w:tr>
      <w:tr>
        <w:tc>
          <w:tcPr>
            <w:tcW w:type="dxa" w:w="964"/>
            <w:tcMar>
              <w:top w:w="70" w:type="dxa"/>
              <w:start w:w="65" w:type="dxa"/>
              <w:bottom w:w="70" w:type="dxa"/>
              <w:end w:w="65" w:type="dxa"/>
            </w:tcMar>
            <w:vAlign w:val="top"/>
          </w:tcPr>
          <w:p>
            <w:pPr>
              <w:spacing w:after="0"/>
            </w:pPr>
            <w:r>
              <w:rPr>
                <w:rFonts w:ascii="Arial" w:hAnsi="Arial" w:eastAsia="Arial"/>
              </w:rPr>
            </w:r>
            <w:r>
              <w:rPr>
                <w:rFonts w:ascii="Arial" w:hAnsi="Arial" w:eastAsia="Arial"/>
                <w:b w:val="0"/>
                <w:sz w:val="16"/>
              </w:rPr>
              <w:t>17</w:t>
            </w:r>
          </w:p>
        </w:tc>
        <w:tc>
          <w:tcPr>
            <w:tcW w:type="dxa" w:w="7824"/>
            <w:tcMar>
              <w:top w:w="70" w:type="dxa"/>
              <w:start w:w="65" w:type="dxa"/>
              <w:bottom w:w="70" w:type="dxa"/>
              <w:end w:w="65" w:type="dxa"/>
            </w:tcMar>
            <w:vAlign w:val="top"/>
          </w:tcPr>
          <w:p>
            <w:pPr>
              <w:spacing w:after="0"/>
            </w:pPr>
            <w:r>
              <w:rPr>
                <w:rFonts w:ascii="Arial" w:hAnsi="Arial" w:eastAsia="Arial"/>
              </w:rPr>
            </w:r>
            <w:r>
              <w:rPr>
                <w:rFonts w:ascii="Arial" w:hAnsi="Arial" w:eastAsia="Arial"/>
                <w:b w:val="0"/>
                <w:sz w:val="16"/>
              </w:rPr>
              <w:t>Cam kết, giới hạn và nguyên tắc minh bạch</w:t>
            </w:r>
          </w:p>
        </w:tc>
      </w:tr>
      <w:tr>
        <w:tc>
          <w:tcPr>
            <w:tcW w:type="dxa" w:w="964"/>
            <w:tcMar>
              <w:top w:w="70" w:type="dxa"/>
              <w:start w:w="65" w:type="dxa"/>
              <w:bottom w:w="70" w:type="dxa"/>
              <w:end w:w="65" w:type="dxa"/>
            </w:tcMar>
            <w:vAlign w:val="top"/>
            <w:shd w:fill="FAF9F6"/>
          </w:tcPr>
          <w:p>
            <w:pPr>
              <w:spacing w:after="0"/>
            </w:pPr>
            <w:r>
              <w:rPr>
                <w:rFonts w:ascii="Arial" w:hAnsi="Arial" w:eastAsia="Arial"/>
              </w:rPr>
            </w:r>
            <w:r>
              <w:rPr>
                <w:rFonts w:ascii="Arial" w:hAnsi="Arial" w:eastAsia="Arial"/>
                <w:b w:val="0"/>
                <w:sz w:val="16"/>
              </w:rPr>
              <w:t>18</w:t>
            </w:r>
          </w:p>
        </w:tc>
        <w:tc>
          <w:tcPr>
            <w:tcW w:type="dxa" w:w="7824"/>
            <w:tcMar>
              <w:top w:w="70" w:type="dxa"/>
              <w:start w:w="65" w:type="dxa"/>
              <w:bottom w:w="70" w:type="dxa"/>
              <w:end w:w="65" w:type="dxa"/>
            </w:tcMar>
            <w:vAlign w:val="top"/>
            <w:shd w:fill="FAF9F6"/>
          </w:tcPr>
          <w:p>
            <w:pPr>
              <w:spacing w:after="0"/>
            </w:pPr>
            <w:r>
              <w:rPr>
                <w:rFonts w:ascii="Arial" w:hAnsi="Arial" w:eastAsia="Arial"/>
              </w:rPr>
            </w:r>
            <w:r>
              <w:rPr>
                <w:rFonts w:ascii="Arial" w:hAnsi="Arial" w:eastAsia="Arial"/>
                <w:b w:val="0"/>
                <w:sz w:val="16"/>
              </w:rPr>
              <w:t>Case study minh họa tình huống khách hàng</w:t>
            </w:r>
          </w:p>
        </w:tc>
      </w:tr>
      <w:tr>
        <w:tc>
          <w:tcPr>
            <w:tcW w:type="dxa" w:w="964"/>
            <w:tcMar>
              <w:top w:w="70" w:type="dxa"/>
              <w:start w:w="65" w:type="dxa"/>
              <w:bottom w:w="70" w:type="dxa"/>
              <w:end w:w="65" w:type="dxa"/>
            </w:tcMar>
            <w:vAlign w:val="top"/>
          </w:tcPr>
          <w:p>
            <w:pPr>
              <w:spacing w:after="0"/>
            </w:pPr>
            <w:r>
              <w:rPr>
                <w:rFonts w:ascii="Arial" w:hAnsi="Arial" w:eastAsia="Arial"/>
              </w:rPr>
            </w:r>
            <w:r>
              <w:rPr>
                <w:rFonts w:ascii="Arial" w:hAnsi="Arial" w:eastAsia="Arial"/>
                <w:b w:val="0"/>
                <w:sz w:val="16"/>
              </w:rPr>
              <w:t>19</w:t>
            </w:r>
          </w:p>
        </w:tc>
        <w:tc>
          <w:tcPr>
            <w:tcW w:type="dxa" w:w="7824"/>
            <w:tcMar>
              <w:top w:w="70" w:type="dxa"/>
              <w:start w:w="65" w:type="dxa"/>
              <w:bottom w:w="70" w:type="dxa"/>
              <w:end w:w="65" w:type="dxa"/>
            </w:tcMar>
            <w:vAlign w:val="top"/>
          </w:tcPr>
          <w:p>
            <w:pPr>
              <w:spacing w:after="0"/>
            </w:pPr>
            <w:r>
              <w:rPr>
                <w:rFonts w:ascii="Arial" w:hAnsi="Arial" w:eastAsia="Arial"/>
              </w:rPr>
            </w:r>
            <w:r>
              <w:rPr>
                <w:rFonts w:ascii="Arial" w:hAnsi="Arial" w:eastAsia="Arial"/>
                <w:b w:val="0"/>
                <w:sz w:val="16"/>
              </w:rPr>
              <w:t>Checklist trước khi đặt lịch tư vấn</w:t>
            </w:r>
          </w:p>
        </w:tc>
      </w:tr>
      <w:tr>
        <w:tc>
          <w:tcPr>
            <w:tcW w:type="dxa" w:w="964"/>
            <w:tcMar>
              <w:top w:w="70" w:type="dxa"/>
              <w:start w:w="65" w:type="dxa"/>
              <w:bottom w:w="70" w:type="dxa"/>
              <w:end w:w="65" w:type="dxa"/>
            </w:tcMar>
            <w:vAlign w:val="top"/>
            <w:shd w:fill="FAF9F6"/>
          </w:tcPr>
          <w:p>
            <w:pPr>
              <w:spacing w:after="0"/>
            </w:pPr>
            <w:r>
              <w:rPr>
                <w:rFonts w:ascii="Arial" w:hAnsi="Arial" w:eastAsia="Arial"/>
              </w:rPr>
            </w:r>
            <w:r>
              <w:rPr>
                <w:rFonts w:ascii="Arial" w:hAnsi="Arial" w:eastAsia="Arial"/>
                <w:b w:val="0"/>
                <w:sz w:val="16"/>
              </w:rPr>
              <w:t>20</w:t>
            </w:r>
          </w:p>
        </w:tc>
        <w:tc>
          <w:tcPr>
            <w:tcW w:type="dxa" w:w="7824"/>
            <w:tcMar>
              <w:top w:w="70" w:type="dxa"/>
              <w:start w:w="65" w:type="dxa"/>
              <w:bottom w:w="70" w:type="dxa"/>
              <w:end w:w="65" w:type="dxa"/>
            </w:tcMar>
            <w:vAlign w:val="top"/>
            <w:shd w:fill="FAF9F6"/>
          </w:tcPr>
          <w:p>
            <w:pPr>
              <w:spacing w:after="0"/>
            </w:pPr>
            <w:r>
              <w:rPr>
                <w:rFonts w:ascii="Arial" w:hAnsi="Arial" w:eastAsia="Arial"/>
              </w:rPr>
            </w:r>
            <w:r>
              <w:rPr>
                <w:rFonts w:ascii="Arial" w:hAnsi="Arial" w:eastAsia="Arial"/>
                <w:b w:val="0"/>
                <w:sz w:val="16"/>
              </w:rPr>
              <w:t>Thông tin liên hệ</w:t>
            </w:r>
          </w:p>
        </w:tc>
      </w:tr>
    </w:tbl>
    <w:p>
      <w:pPr>
        <w:pStyle w:val="Heading1"/>
        <w:spacing w:before="240" w:after="120"/>
        <w:pBdr>
          <w:bottom w:val="single" w:sz="12" w:space="4" w:color="C8A96A"/>
        </w:pBdr>
      </w:pPr>
      <w:r>
        <w:rPr>
          <w:rFonts w:ascii="Arial" w:hAnsi="Arial" w:eastAsia="Arial"/>
          <w:b/>
          <w:i w:val="0"/>
          <w:color w:val="2F3338"/>
          <w:sz w:val="32"/>
        </w:rPr>
        <w:t>01. THƯ NGỎ GỬI KHÁCH HÀNG</w:t>
      </w:r>
    </w:p>
    <w:p>
      <w:pPr>
        <w:spacing w:before="0" w:after="100" w:line="259" w:lineRule="auto"/>
      </w:pPr>
      <w:r>
        <w:rPr>
          <w:rFonts w:ascii="Arial" w:hAnsi="Arial" w:eastAsia="Arial"/>
          <w:b w:val="0"/>
          <w:i w:val="0"/>
          <w:sz w:val="19"/>
        </w:rPr>
        <w:t>Kính gửi Quý khách hàng và Quý đối tác,</w:t>
      </w:r>
    </w:p>
    <w:p>
      <w:pPr>
        <w:spacing w:before="0" w:after="100" w:line="259" w:lineRule="auto"/>
      </w:pPr>
      <w:r>
        <w:rPr>
          <w:rFonts w:ascii="Arial" w:hAnsi="Arial" w:eastAsia="Arial"/>
          <w:b w:val="0"/>
          <w:i w:val="0"/>
          <w:sz w:val="19"/>
        </w:rPr>
        <w:t>Làm một căn nhà chưa bao giờ chỉ là việc “thuê thiết kế” rồi “gọi đội thi công”. Trên thực tế, một ngôi nhà đi từ ý tưởng đến bàn giao phải đi qua rất nhiều quyết định: có nên sửa layout không, bếp đặt ở đâu, nhà thầu báo giá đã đủ chưa, vật liệu này có bền không, hạng mục nào cần làm trước, khi nào phải hỏi kỹ sư, khi nào cần nghiệm thu, và nếu phát sinh thì ai chịu trách nhiệm.</w:t>
      </w:r>
    </w:p>
    <w:p>
      <w:pPr>
        <w:spacing w:before="0" w:after="100" w:line="259" w:lineRule="auto"/>
      </w:pPr>
      <w:r>
        <w:rPr>
          <w:rFonts w:ascii="Arial" w:hAnsi="Arial" w:eastAsia="Arial"/>
          <w:b w:val="0"/>
          <w:i w:val="0"/>
          <w:sz w:val="19"/>
        </w:rPr>
        <w:t>Với người trong ngành, những câu hỏi đó là bình thường. Với chủ nhà, đó lại là một mê cung. Chủ nhà thường phải nghe nhiều ý kiến trái chiều từ kiến trúc sư, nhà thầu, xưởng nội thất, người bán vật liệu, bạn bè, người thân và cả các mẫu ảnh trên mạng. Vì không có một đầu mối trung lập để tổ chức thông tin, khách hàng dễ mệt mỏi, dễ quyết định cảm tính và dễ phát sinh chi phí không đáng có.</w:t>
      </w:r>
    </w:p>
    <w:p>
      <w:pPr>
        <w:spacing w:before="0" w:after="100" w:line="259" w:lineRule="auto"/>
      </w:pPr>
      <w:r>
        <w:rPr>
          <w:rFonts w:ascii="Arial" w:hAnsi="Arial" w:eastAsia="Arial"/>
          <w:b w:val="0"/>
          <w:i w:val="0"/>
          <w:sz w:val="19"/>
        </w:rPr>
        <w:t>ARCOVA ra đời để giải quyết khoảng trống này. Chúng tôi không định vị mặc định là một đơn vị ôm trọn mọi hạng mục thi công. Vai trò chính của ARCOVA là đứng về phía khách hàng, thay khách tổ chức quá trình làm nhà: làm rõ nhu cầu, chia nhỏ hạng mục, lựa chọn đối tác phù hợp, rà soát báo giá, kiểm soát tiến độ, hỗ trợ nghiệm thu và giúp khách hàng ra quyết định dựa trên thông tin có cấu trúc.</w:t>
      </w:r>
    </w:p>
    <w:p>
      <w:pPr>
        <w:spacing w:before="0" w:after="100" w:line="259" w:lineRule="auto"/>
      </w:pPr>
      <w:r>
        <w:rPr>
          <w:rFonts w:ascii="Arial" w:hAnsi="Arial" w:eastAsia="Arial"/>
          <w:b w:val="0"/>
          <w:i w:val="0"/>
          <w:sz w:val="19"/>
        </w:rPr>
        <w:t>Cách làm của ARCOVA linh hoạt: khách hàng không nhất thiết phải mua một gói lớn ngay từ đầu. Anh/chị có thể bắt đầu bằng một buổi tư vấn định hướng, một gói rà layout, một gói rà báo giá, một buổi đi showroom vật liệu, hoặc một gói nghiệm thu trước bàn giao. Khi cần đi sâu hơn, ARCOVA có thể trở thành đại diện khách hàng trong dự án với phạm vi, thời gian và phí được thỏa thuận rõ ràng.</w:t>
      </w:r>
    </w:p>
    <w:tbl>
      <w:tblPr>
        <w:tblW w:type="auto" w:w="0"/>
        <w:jc w:val="center"/>
        <w:tblLook w:firstColumn="1" w:firstRow="1" w:lastColumn="0" w:lastRow="0" w:noHBand="0" w:noVBand="1" w:val="04A0"/>
        <w:tblBorders>
          <w:top w:val="single" w:sz="5" w:space="0" w:color="E7D2A5"/>
          <w:left w:val="single" w:sz="5" w:space="0" w:color="E7D2A5"/>
          <w:bottom w:val="single" w:sz="5" w:space="0" w:color="E7D2A5"/>
          <w:right w:val="single" w:sz="5" w:space="0" w:color="E7D2A5"/>
          <w:insideH w:val="single" w:sz="5" w:space="0" w:color="E7D2A5"/>
          <w:insideV w:val="single" w:sz="5" w:space="0" w:color="E7D2A5"/>
        </w:tblBorders>
      </w:tblPr>
      <w:tblGrid>
        <w:gridCol w:w="10370"/>
      </w:tblGrid>
      <w:tr>
        <w:tc>
          <w:tcPr>
            <w:tcW w:type="dxa" w:w="10370"/>
            <w:shd w:fill="2F3338"/>
            <w:tcMar>
              <w:top w:w="170" w:type="dxa"/>
              <w:start w:w="180" w:type="dxa"/>
              <w:bottom w:w="170" w:type="dxa"/>
              <w:end w:w="180" w:type="dxa"/>
            </w:tcMar>
          </w:tcPr>
          <w:p>
            <w:pPr>
              <w:spacing w:after="80"/>
              <w:jc w:val="center"/>
            </w:pPr>
            <w:r>
              <w:rPr>
                <w:rFonts w:ascii="Arial" w:hAnsi="Arial" w:eastAsia="Arial"/>
                <w:b w:val="0"/>
                <w:i/>
                <w:color w:val="FFFFFF"/>
                <w:sz w:val="24"/>
              </w:rPr>
              <w:t>Một căn nhà tốt không bắt đầu bằng việc chọn mẫu đẹp nhất. Nó bắt đầu bằng việc tổ chức đúng bài toán, đúng người, đúng thời điểm và đúng tiền.</w:t>
            </w:r>
          </w:p>
          <w:p>
            <w:pPr>
              <w:jc w:val="center"/>
            </w:pPr>
            <w:r>
              <w:rPr>
                <w:rFonts w:ascii="Arial" w:hAnsi="Arial" w:eastAsia="Arial"/>
                <w:b w:val="0"/>
                <w:i w:val="0"/>
                <w:color w:val="A77C31"/>
                <w:sz w:val="18"/>
              </w:rPr>
              <w:t>ARCOVA</w:t>
            </w:r>
          </w:p>
        </w:tc>
      </w:tr>
    </w:tbl>
    <w:p>
      <w:pPr>
        <w:pStyle w:val="Heading1"/>
        <w:spacing w:before="240" w:after="120"/>
        <w:pBdr>
          <w:bottom w:val="single" w:sz="12" w:space="4" w:color="C8A96A"/>
        </w:pBdr>
      </w:pPr>
      <w:r>
        <w:rPr>
          <w:rFonts w:ascii="Arial" w:hAnsi="Arial" w:eastAsia="Arial"/>
          <w:b/>
          <w:i w:val="0"/>
          <w:color w:val="2F3338"/>
          <w:sz w:val="32"/>
        </w:rPr>
        <w:t>02. ARCOVA GIẢI QUYẾT VẤN ĐỀ GÌ?</w:t>
      </w:r>
    </w:p>
    <w:p>
      <w:pPr>
        <w:spacing w:before="0" w:after="100" w:line="259" w:lineRule="auto"/>
      </w:pPr>
      <w:r>
        <w:rPr>
          <w:rFonts w:ascii="Arial" w:hAnsi="Arial" w:eastAsia="Arial"/>
          <w:b w:val="0"/>
          <w:i w:val="0"/>
          <w:sz w:val="19"/>
        </w:rPr>
        <w:t>Khách hàng thường tìm đơn vị thiết kế hoặc nhà thầu khi đã có một mong muốn rất rõ trong đầu: nhà phải đẹp hơn, tiện hơn, sang hơn, bền hơn hoặc bán hàng tốt hơn. Nhưng trước khi ký hợp đồng thiết kế/thi công, khách hàng cần một bước quan trọng hơn: hiểu đúng bài toán và tổ chức đúng hành trình.</w:t>
      </w:r>
    </w:p>
    <w:tbl>
      <w:tblPr>
        <w:tblStyle w:val="TableGrid"/>
        <w:tblW w:type="auto" w:w="0"/>
        <w:jc w:val="center"/>
        <w:tblLook w:firstColumn="1" w:firstRow="1" w:lastColumn="0" w:lastRow="0" w:noHBand="0" w:noVBand="1" w:val="04A0"/>
        <w:tblBorders>
          <w:top w:val="single" w:sz="5" w:space="0" w:color="E7D2A5"/>
          <w:left w:val="single" w:sz="5" w:space="0" w:color="E7D2A5"/>
          <w:bottom w:val="single" w:sz="5" w:space="0" w:color="E7D2A5"/>
          <w:right w:val="single" w:sz="5" w:space="0" w:color="E7D2A5"/>
          <w:insideH w:val="single" w:sz="5" w:space="0" w:color="E7D2A5"/>
          <w:insideV w:val="single" w:sz="5" w:space="0" w:color="E7D2A5"/>
        </w:tblBorders>
      </w:tblPr>
      <w:tblGrid>
        <w:gridCol w:w="3457"/>
        <w:gridCol w:w="3457"/>
        <w:gridCol w:w="3457"/>
      </w:tblGrid>
      <w:tr>
        <w:trPr>
          <w:tblHeader w:val="true"/>
        </w:trPr>
        <w:tc>
          <w:tcPr>
            <w:tcW w:type="dxa" w:w="2324"/>
            <w:shd w:fill="C8A96A"/>
            <w:tcMar>
              <w:top w:w="80" w:type="dxa"/>
              <w:start w:w="70" w:type="dxa"/>
              <w:bottom w:w="80" w:type="dxa"/>
              <w:end w:w="70" w:type="dxa"/>
            </w:tcMar>
          </w:tcPr>
          <w:p>
            <w:pPr>
              <w:spacing w:after="0"/>
              <w:jc w:val="center"/>
            </w:pPr>
            <w:r>
              <w:rPr>
                <w:rFonts w:ascii="Arial" w:hAnsi="Arial" w:eastAsia="Arial"/>
              </w:rPr>
            </w:r>
            <w:r>
              <w:rPr>
                <w:rFonts w:ascii="Arial" w:hAnsi="Arial" w:eastAsia="Arial"/>
                <w:b/>
                <w:color w:val="FFFFFF"/>
                <w:sz w:val="16"/>
              </w:rPr>
              <w:t>Nỗi đau của khách hàng</w:t>
            </w:r>
          </w:p>
        </w:tc>
        <w:tc>
          <w:tcPr>
            <w:tcW w:type="dxa" w:w="3515"/>
            <w:shd w:fill="C8A96A"/>
            <w:tcMar>
              <w:top w:w="80" w:type="dxa"/>
              <w:start w:w="70" w:type="dxa"/>
              <w:bottom w:w="80" w:type="dxa"/>
              <w:end w:w="70" w:type="dxa"/>
            </w:tcMar>
          </w:tcPr>
          <w:p>
            <w:pPr>
              <w:spacing w:after="0"/>
              <w:jc w:val="center"/>
            </w:pPr>
            <w:r>
              <w:rPr>
                <w:rFonts w:ascii="Arial" w:hAnsi="Arial" w:eastAsia="Arial"/>
              </w:rPr>
            </w:r>
            <w:r>
              <w:rPr>
                <w:rFonts w:ascii="Arial" w:hAnsi="Arial" w:eastAsia="Arial"/>
                <w:b/>
                <w:color w:val="FFFFFF"/>
                <w:sz w:val="16"/>
              </w:rPr>
              <w:t>Biểu hiện thường gặp</w:t>
            </w:r>
          </w:p>
        </w:tc>
        <w:tc>
          <w:tcPr>
            <w:tcW w:type="dxa" w:w="2948"/>
            <w:shd w:fill="C8A96A"/>
            <w:tcMar>
              <w:top w:w="80" w:type="dxa"/>
              <w:start w:w="70" w:type="dxa"/>
              <w:bottom w:w="80" w:type="dxa"/>
              <w:end w:w="70" w:type="dxa"/>
            </w:tcMar>
          </w:tcPr>
          <w:p>
            <w:pPr>
              <w:spacing w:after="0"/>
              <w:jc w:val="center"/>
            </w:pPr>
            <w:r>
              <w:rPr>
                <w:rFonts w:ascii="Arial" w:hAnsi="Arial" w:eastAsia="Arial"/>
              </w:rPr>
            </w:r>
            <w:r>
              <w:rPr>
                <w:rFonts w:ascii="Arial" w:hAnsi="Arial" w:eastAsia="Arial"/>
                <w:b/>
                <w:color w:val="FFFFFF"/>
                <w:sz w:val="16"/>
              </w:rPr>
              <w:t>ARCOVA hỗ trợ</w:t>
            </w:r>
          </w:p>
        </w:tc>
      </w:tr>
      <w:tr>
        <w:tc>
          <w:tcPr>
            <w:tcW w:type="dxa" w:w="2324"/>
            <w:tcMar>
              <w:top w:w="70" w:type="dxa"/>
              <w:start w:w="65" w:type="dxa"/>
              <w:bottom w:w="70" w:type="dxa"/>
              <w:end w:w="65" w:type="dxa"/>
            </w:tcMar>
            <w:vAlign w:val="top"/>
          </w:tcPr>
          <w:p>
            <w:pPr>
              <w:spacing w:after="0"/>
            </w:pPr>
            <w:r>
              <w:rPr>
                <w:rFonts w:ascii="Arial" w:hAnsi="Arial" w:eastAsia="Arial"/>
              </w:rPr>
            </w:r>
            <w:r>
              <w:rPr>
                <w:rFonts w:ascii="Arial" w:hAnsi="Arial" w:eastAsia="Arial"/>
                <w:b w:val="0"/>
                <w:sz w:val="16"/>
              </w:rPr>
              <w:t>Không biết bắt đầu từ đâu</w:t>
            </w:r>
          </w:p>
        </w:tc>
        <w:tc>
          <w:tcPr>
            <w:tcW w:type="dxa" w:w="3515"/>
            <w:tcMar>
              <w:top w:w="70" w:type="dxa"/>
              <w:start w:w="65" w:type="dxa"/>
              <w:bottom w:w="70" w:type="dxa"/>
              <w:end w:w="65" w:type="dxa"/>
            </w:tcMar>
            <w:vAlign w:val="top"/>
          </w:tcPr>
          <w:p>
            <w:pPr>
              <w:spacing w:after="0"/>
            </w:pPr>
            <w:r>
              <w:rPr>
                <w:rFonts w:ascii="Arial" w:hAnsi="Arial" w:eastAsia="Arial"/>
              </w:rPr>
            </w:r>
            <w:r>
              <w:rPr>
                <w:rFonts w:ascii="Arial" w:hAnsi="Arial" w:eastAsia="Arial"/>
                <w:b w:val="0"/>
                <w:sz w:val="16"/>
              </w:rPr>
              <w:t>Có ý tưởng nhưng không biết cần mặt bằng, ảnh hiện trạng, ngân sách, phong cách hay bản vẽ nào trước.</w:t>
            </w:r>
          </w:p>
        </w:tc>
        <w:tc>
          <w:tcPr>
            <w:tcW w:type="dxa" w:w="2948"/>
            <w:tcMar>
              <w:top w:w="70" w:type="dxa"/>
              <w:start w:w="65" w:type="dxa"/>
              <w:bottom w:w="70" w:type="dxa"/>
              <w:end w:w="65" w:type="dxa"/>
            </w:tcMar>
            <w:vAlign w:val="top"/>
          </w:tcPr>
          <w:p>
            <w:pPr>
              <w:spacing w:after="0"/>
            </w:pPr>
            <w:r>
              <w:rPr>
                <w:rFonts w:ascii="Arial" w:hAnsi="Arial" w:eastAsia="Arial"/>
              </w:rPr>
            </w:r>
            <w:r>
              <w:rPr>
                <w:rFonts w:ascii="Arial" w:hAnsi="Arial" w:eastAsia="Arial"/>
                <w:b w:val="0"/>
                <w:sz w:val="16"/>
              </w:rPr>
              <w:t>ARCOVA giúp lập brief và lộ trình việc cần làm.</w:t>
            </w:r>
          </w:p>
        </w:tc>
      </w:tr>
      <w:tr>
        <w:tc>
          <w:tcPr>
            <w:tcW w:type="dxa" w:w="2324"/>
            <w:tcMar>
              <w:top w:w="70" w:type="dxa"/>
              <w:start w:w="65" w:type="dxa"/>
              <w:bottom w:w="70" w:type="dxa"/>
              <w:end w:w="65" w:type="dxa"/>
            </w:tcMar>
            <w:vAlign w:val="top"/>
            <w:shd w:fill="FAF9F6"/>
          </w:tcPr>
          <w:p>
            <w:pPr>
              <w:spacing w:after="0"/>
            </w:pPr>
            <w:r>
              <w:rPr>
                <w:rFonts w:ascii="Arial" w:hAnsi="Arial" w:eastAsia="Arial"/>
              </w:rPr>
            </w:r>
            <w:r>
              <w:rPr>
                <w:rFonts w:ascii="Arial" w:hAnsi="Arial" w:eastAsia="Arial"/>
                <w:b w:val="0"/>
                <w:sz w:val="16"/>
              </w:rPr>
              <w:t>Sợ bị báo giá thiếu hoặc phát sinh</w:t>
            </w:r>
          </w:p>
        </w:tc>
        <w:tc>
          <w:tcPr>
            <w:tcW w:type="dxa" w:w="3515"/>
            <w:tcMar>
              <w:top w:w="70" w:type="dxa"/>
              <w:start w:w="65" w:type="dxa"/>
              <w:bottom w:w="70" w:type="dxa"/>
              <w:end w:w="65" w:type="dxa"/>
            </w:tcMar>
            <w:vAlign w:val="top"/>
            <w:shd w:fill="FAF9F6"/>
          </w:tcPr>
          <w:p>
            <w:pPr>
              <w:spacing w:after="0"/>
            </w:pPr>
            <w:r>
              <w:rPr>
                <w:rFonts w:ascii="Arial" w:hAnsi="Arial" w:eastAsia="Arial"/>
              </w:rPr>
            </w:r>
            <w:r>
              <w:rPr>
                <w:rFonts w:ascii="Arial" w:hAnsi="Arial" w:eastAsia="Arial"/>
                <w:b w:val="0"/>
                <w:sz w:val="16"/>
              </w:rPr>
              <w:t>Các báo giá thường khác nhau về phạm vi, vật liệu, độ chi tiết và điều kiện bảo hành.</w:t>
            </w:r>
          </w:p>
        </w:tc>
        <w:tc>
          <w:tcPr>
            <w:tcW w:type="dxa" w:w="2948"/>
            <w:tcMar>
              <w:top w:w="70" w:type="dxa"/>
              <w:start w:w="65" w:type="dxa"/>
              <w:bottom w:w="70" w:type="dxa"/>
              <w:end w:w="65" w:type="dxa"/>
            </w:tcMar>
            <w:vAlign w:val="top"/>
            <w:shd w:fill="FAF9F6"/>
          </w:tcPr>
          <w:p>
            <w:pPr>
              <w:spacing w:after="0"/>
            </w:pPr>
            <w:r>
              <w:rPr>
                <w:rFonts w:ascii="Arial" w:hAnsi="Arial" w:eastAsia="Arial"/>
              </w:rPr>
            </w:r>
            <w:r>
              <w:rPr>
                <w:rFonts w:ascii="Arial" w:hAnsi="Arial" w:eastAsia="Arial"/>
                <w:b w:val="0"/>
                <w:sz w:val="16"/>
              </w:rPr>
              <w:t>ARCOVA giúp đọc báo giá theo phạm vi – vật liệu – tiến độ – trách nhiệm.</w:t>
            </w:r>
          </w:p>
        </w:tc>
      </w:tr>
      <w:tr>
        <w:tc>
          <w:tcPr>
            <w:tcW w:type="dxa" w:w="2324"/>
            <w:tcMar>
              <w:top w:w="70" w:type="dxa"/>
              <w:start w:w="65" w:type="dxa"/>
              <w:bottom w:w="70" w:type="dxa"/>
              <w:end w:w="65" w:type="dxa"/>
            </w:tcMar>
            <w:vAlign w:val="top"/>
          </w:tcPr>
          <w:p>
            <w:pPr>
              <w:spacing w:after="0"/>
            </w:pPr>
            <w:r>
              <w:rPr>
                <w:rFonts w:ascii="Arial" w:hAnsi="Arial" w:eastAsia="Arial"/>
              </w:rPr>
            </w:r>
            <w:r>
              <w:rPr>
                <w:rFonts w:ascii="Arial" w:hAnsi="Arial" w:eastAsia="Arial"/>
                <w:b w:val="0"/>
                <w:sz w:val="16"/>
              </w:rPr>
              <w:t>Không biết chọn đơn vị nào</w:t>
            </w:r>
          </w:p>
        </w:tc>
        <w:tc>
          <w:tcPr>
            <w:tcW w:type="dxa" w:w="3515"/>
            <w:tcMar>
              <w:top w:w="70" w:type="dxa"/>
              <w:start w:w="65" w:type="dxa"/>
              <w:bottom w:w="70" w:type="dxa"/>
              <w:end w:w="65" w:type="dxa"/>
            </w:tcMar>
            <w:vAlign w:val="top"/>
          </w:tcPr>
          <w:p>
            <w:pPr>
              <w:spacing w:after="0"/>
            </w:pPr>
            <w:r>
              <w:rPr>
                <w:rFonts w:ascii="Arial" w:hAnsi="Arial" w:eastAsia="Arial"/>
              </w:rPr>
            </w:r>
            <w:r>
              <w:rPr>
                <w:rFonts w:ascii="Arial" w:hAnsi="Arial" w:eastAsia="Arial"/>
                <w:b w:val="0"/>
                <w:sz w:val="16"/>
              </w:rPr>
              <w:t>Studio thiết kế, nhà thầu, xưởng gỗ, đơn vị vật liệu đều nói hay theo góc nhìn riêng.</w:t>
            </w:r>
          </w:p>
        </w:tc>
        <w:tc>
          <w:tcPr>
            <w:tcW w:type="dxa" w:w="2948"/>
            <w:tcMar>
              <w:top w:w="70" w:type="dxa"/>
              <w:start w:w="65" w:type="dxa"/>
              <w:bottom w:w="70" w:type="dxa"/>
              <w:end w:w="65" w:type="dxa"/>
            </w:tcMar>
            <w:vAlign w:val="top"/>
          </w:tcPr>
          <w:p>
            <w:pPr>
              <w:spacing w:after="0"/>
            </w:pPr>
            <w:r>
              <w:rPr>
                <w:rFonts w:ascii="Arial" w:hAnsi="Arial" w:eastAsia="Arial"/>
              </w:rPr>
            </w:r>
            <w:r>
              <w:rPr>
                <w:rFonts w:ascii="Arial" w:hAnsi="Arial" w:eastAsia="Arial"/>
                <w:b w:val="0"/>
                <w:sz w:val="16"/>
              </w:rPr>
              <w:t>ARCOVA giúp lập tiêu chí chọn và đặt câu hỏi kiểm soát.</w:t>
            </w:r>
          </w:p>
        </w:tc>
      </w:tr>
      <w:tr>
        <w:tc>
          <w:tcPr>
            <w:tcW w:type="dxa" w:w="2324"/>
            <w:tcMar>
              <w:top w:w="70" w:type="dxa"/>
              <w:start w:w="65" w:type="dxa"/>
              <w:bottom w:w="70" w:type="dxa"/>
              <w:end w:w="65" w:type="dxa"/>
            </w:tcMar>
            <w:vAlign w:val="top"/>
            <w:shd w:fill="FAF9F6"/>
          </w:tcPr>
          <w:p>
            <w:pPr>
              <w:spacing w:after="0"/>
            </w:pPr>
            <w:r>
              <w:rPr>
                <w:rFonts w:ascii="Arial" w:hAnsi="Arial" w:eastAsia="Arial"/>
              </w:rPr>
            </w:r>
            <w:r>
              <w:rPr>
                <w:rFonts w:ascii="Arial" w:hAnsi="Arial" w:eastAsia="Arial"/>
                <w:b w:val="0"/>
                <w:sz w:val="16"/>
              </w:rPr>
              <w:t>Lo thiết kế đẹp nhưng ở bất tiện</w:t>
            </w:r>
          </w:p>
        </w:tc>
        <w:tc>
          <w:tcPr>
            <w:tcW w:type="dxa" w:w="3515"/>
            <w:tcMar>
              <w:top w:w="70" w:type="dxa"/>
              <w:start w:w="65" w:type="dxa"/>
              <w:bottom w:w="70" w:type="dxa"/>
              <w:end w:w="65" w:type="dxa"/>
            </w:tcMar>
            <w:vAlign w:val="top"/>
            <w:shd w:fill="FAF9F6"/>
          </w:tcPr>
          <w:p>
            <w:pPr>
              <w:spacing w:after="0"/>
            </w:pPr>
            <w:r>
              <w:rPr>
                <w:rFonts w:ascii="Arial" w:hAnsi="Arial" w:eastAsia="Arial"/>
              </w:rPr>
            </w:r>
            <w:r>
              <w:rPr>
                <w:rFonts w:ascii="Arial" w:hAnsi="Arial" w:eastAsia="Arial"/>
                <w:b w:val="0"/>
                <w:sz w:val="16"/>
              </w:rPr>
              <w:t>Ảnh 3D có thể đẹp nhưng layout, kho, bếp, WC, ánh sáng, MEP có thể chưa đúng.</w:t>
            </w:r>
          </w:p>
        </w:tc>
        <w:tc>
          <w:tcPr>
            <w:tcW w:type="dxa" w:w="2948"/>
            <w:tcMar>
              <w:top w:w="70" w:type="dxa"/>
              <w:start w:w="65" w:type="dxa"/>
              <w:bottom w:w="70" w:type="dxa"/>
              <w:end w:w="65" w:type="dxa"/>
            </w:tcMar>
            <w:vAlign w:val="top"/>
            <w:shd w:fill="FAF9F6"/>
          </w:tcPr>
          <w:p>
            <w:pPr>
              <w:spacing w:after="0"/>
            </w:pPr>
            <w:r>
              <w:rPr>
                <w:rFonts w:ascii="Arial" w:hAnsi="Arial" w:eastAsia="Arial"/>
              </w:rPr>
            </w:r>
            <w:r>
              <w:rPr>
                <w:rFonts w:ascii="Arial" w:hAnsi="Arial" w:eastAsia="Arial"/>
                <w:b w:val="0"/>
                <w:sz w:val="16"/>
              </w:rPr>
              <w:t>ARCOVA rà công năng, luồng sống, kỹ thuật và khả năng thi công.</w:t>
            </w:r>
          </w:p>
        </w:tc>
      </w:tr>
      <w:tr>
        <w:tc>
          <w:tcPr>
            <w:tcW w:type="dxa" w:w="2324"/>
            <w:tcMar>
              <w:top w:w="70" w:type="dxa"/>
              <w:start w:w="65" w:type="dxa"/>
              <w:bottom w:w="70" w:type="dxa"/>
              <w:end w:w="65" w:type="dxa"/>
            </w:tcMar>
            <w:vAlign w:val="top"/>
          </w:tcPr>
          <w:p>
            <w:pPr>
              <w:spacing w:after="0"/>
            </w:pPr>
            <w:r>
              <w:rPr>
                <w:rFonts w:ascii="Arial" w:hAnsi="Arial" w:eastAsia="Arial"/>
              </w:rPr>
            </w:r>
            <w:r>
              <w:rPr>
                <w:rFonts w:ascii="Arial" w:hAnsi="Arial" w:eastAsia="Arial"/>
                <w:b w:val="0"/>
                <w:sz w:val="16"/>
              </w:rPr>
              <w:t>Không có thời gian quản nhiều bên</w:t>
            </w:r>
          </w:p>
        </w:tc>
        <w:tc>
          <w:tcPr>
            <w:tcW w:type="dxa" w:w="3515"/>
            <w:tcMar>
              <w:top w:w="70" w:type="dxa"/>
              <w:start w:w="65" w:type="dxa"/>
              <w:bottom w:w="70" w:type="dxa"/>
              <w:end w:w="65" w:type="dxa"/>
            </w:tcMar>
            <w:vAlign w:val="top"/>
          </w:tcPr>
          <w:p>
            <w:pPr>
              <w:spacing w:after="0"/>
            </w:pPr>
            <w:r>
              <w:rPr>
                <w:rFonts w:ascii="Arial" w:hAnsi="Arial" w:eastAsia="Arial"/>
              </w:rPr>
            </w:r>
            <w:r>
              <w:rPr>
                <w:rFonts w:ascii="Arial" w:hAnsi="Arial" w:eastAsia="Arial"/>
                <w:b w:val="0"/>
                <w:sz w:val="16"/>
              </w:rPr>
              <w:t>Chủ nhà bận, không thể theo sát kiến trúc sư, xưởng, thầu, vật liệu, vận chuyển.</w:t>
            </w:r>
          </w:p>
        </w:tc>
        <w:tc>
          <w:tcPr>
            <w:tcW w:type="dxa" w:w="2948"/>
            <w:tcMar>
              <w:top w:w="70" w:type="dxa"/>
              <w:start w:w="65" w:type="dxa"/>
              <w:bottom w:w="70" w:type="dxa"/>
              <w:end w:w="65" w:type="dxa"/>
            </w:tcMar>
            <w:vAlign w:val="top"/>
          </w:tcPr>
          <w:p>
            <w:pPr>
              <w:spacing w:after="0"/>
            </w:pPr>
            <w:r>
              <w:rPr>
                <w:rFonts w:ascii="Arial" w:hAnsi="Arial" w:eastAsia="Arial"/>
              </w:rPr>
            </w:r>
            <w:r>
              <w:rPr>
                <w:rFonts w:ascii="Arial" w:hAnsi="Arial" w:eastAsia="Arial"/>
                <w:b w:val="0"/>
                <w:sz w:val="16"/>
              </w:rPr>
              <w:t>ARCOVA có thể làm đầu mối điều phối theo gói.</w:t>
            </w:r>
          </w:p>
        </w:tc>
      </w:tr>
      <w:tr>
        <w:tc>
          <w:tcPr>
            <w:tcW w:type="dxa" w:w="2324"/>
            <w:tcMar>
              <w:top w:w="70" w:type="dxa"/>
              <w:start w:w="65" w:type="dxa"/>
              <w:bottom w:w="70" w:type="dxa"/>
              <w:end w:w="65" w:type="dxa"/>
            </w:tcMar>
            <w:vAlign w:val="top"/>
            <w:shd w:fill="FAF9F6"/>
          </w:tcPr>
          <w:p>
            <w:pPr>
              <w:spacing w:after="0"/>
            </w:pPr>
            <w:r>
              <w:rPr>
                <w:rFonts w:ascii="Arial" w:hAnsi="Arial" w:eastAsia="Arial"/>
              </w:rPr>
            </w:r>
            <w:r>
              <w:rPr>
                <w:rFonts w:ascii="Arial" w:hAnsi="Arial" w:eastAsia="Arial"/>
                <w:b w:val="0"/>
                <w:sz w:val="16"/>
              </w:rPr>
              <w:t>Sợ nghiệm thu sai</w:t>
            </w:r>
          </w:p>
        </w:tc>
        <w:tc>
          <w:tcPr>
            <w:tcW w:type="dxa" w:w="3515"/>
            <w:tcMar>
              <w:top w:w="70" w:type="dxa"/>
              <w:start w:w="65" w:type="dxa"/>
              <w:bottom w:w="70" w:type="dxa"/>
              <w:end w:w="65" w:type="dxa"/>
            </w:tcMar>
            <w:vAlign w:val="top"/>
            <w:shd w:fill="FAF9F6"/>
          </w:tcPr>
          <w:p>
            <w:pPr>
              <w:spacing w:after="0"/>
            </w:pPr>
            <w:r>
              <w:rPr>
                <w:rFonts w:ascii="Arial" w:hAnsi="Arial" w:eastAsia="Arial"/>
              </w:rPr>
            </w:r>
            <w:r>
              <w:rPr>
                <w:rFonts w:ascii="Arial" w:hAnsi="Arial" w:eastAsia="Arial"/>
                <w:b w:val="0"/>
                <w:sz w:val="16"/>
              </w:rPr>
              <w:t>Nhiều lỗi chỉ phát hiện sau khi ở: cánh tủ, khe hở, chống thấm, ổ cắm, điều hòa, ánh sáng.</w:t>
            </w:r>
          </w:p>
        </w:tc>
        <w:tc>
          <w:tcPr>
            <w:tcW w:type="dxa" w:w="2948"/>
            <w:tcMar>
              <w:top w:w="70" w:type="dxa"/>
              <w:start w:w="65" w:type="dxa"/>
              <w:bottom w:w="70" w:type="dxa"/>
              <w:end w:w="65" w:type="dxa"/>
            </w:tcMar>
            <w:vAlign w:val="top"/>
            <w:shd w:fill="FAF9F6"/>
          </w:tcPr>
          <w:p>
            <w:pPr>
              <w:spacing w:after="0"/>
            </w:pPr>
            <w:r>
              <w:rPr>
                <w:rFonts w:ascii="Arial" w:hAnsi="Arial" w:eastAsia="Arial"/>
              </w:rPr>
            </w:r>
            <w:r>
              <w:rPr>
                <w:rFonts w:ascii="Arial" w:hAnsi="Arial" w:eastAsia="Arial"/>
                <w:b w:val="0"/>
                <w:sz w:val="16"/>
              </w:rPr>
              <w:t>ARCOVA lập checklist nghiệm thu theo mốc và defect list.</w:t>
            </w:r>
          </w:p>
        </w:tc>
      </w:tr>
    </w:tbl>
    <w:tbl>
      <w:tblPr>
        <w:tblW w:type="auto" w:w="0"/>
        <w:jc w:val="center"/>
        <w:tblLook w:firstColumn="1" w:firstRow="1" w:lastColumn="0" w:lastRow="0" w:noHBand="0" w:noVBand="1" w:val="04A0"/>
        <w:tblBorders>
          <w:top w:val="single" w:sz="5" w:space="0" w:color="E7D2A5"/>
          <w:left w:val="single" w:sz="5" w:space="0" w:color="E7D2A5"/>
          <w:bottom w:val="single" w:sz="5" w:space="0" w:color="E7D2A5"/>
          <w:right w:val="single" w:sz="5" w:space="0" w:color="E7D2A5"/>
          <w:insideH w:val="single" w:sz="5" w:space="0" w:color="E7D2A5"/>
          <w:insideV w:val="single" w:sz="5" w:space="0" w:color="E7D2A5"/>
        </w:tblBorders>
      </w:tblPr>
      <w:tblGrid>
        <w:gridCol w:w="10370"/>
      </w:tblGrid>
      <w:tr>
        <w:tc>
          <w:tcPr>
            <w:tcW w:type="dxa" w:w="10370"/>
            <w:shd w:fill="FAF9F6"/>
            <w:tcMar>
              <w:top w:w="130" w:type="dxa"/>
              <w:start w:w="160" w:type="dxa"/>
              <w:bottom w:w="130" w:type="dxa"/>
              <w:end w:w="160" w:type="dxa"/>
            </w:tcMar>
          </w:tcPr>
          <w:p>
            <w:pPr>
              <w:spacing w:after="60"/>
            </w:pPr>
            <w:r>
              <w:rPr>
                <w:rFonts w:ascii="Arial" w:hAnsi="Arial" w:eastAsia="Arial"/>
                <w:b/>
                <w:i w:val="0"/>
                <w:color w:val="2F3338"/>
                <w:sz w:val="20"/>
              </w:rPr>
              <w:t>Điểm khác biệt thương mại</w:t>
            </w:r>
          </w:p>
          <w:p>
            <w:pPr>
              <w:spacing w:after="0" w:line="259" w:lineRule="auto"/>
            </w:pPr>
            <w:r>
              <w:rPr>
                <w:rFonts w:ascii="Arial" w:hAnsi="Arial" w:eastAsia="Arial"/>
                <w:b w:val="0"/>
                <w:i w:val="0"/>
                <w:color w:val="222222"/>
                <w:sz w:val="18"/>
              </w:rPr>
              <w:t>ARCOVA không chen vào để bán thêm mọi hạng mục. ARCOVA giúp khách biết hạng mục nào nên mua, mua từ ai, mua ở mức nào và cần kiểm tra điều gì trước khi trả tiền.</w:t>
            </w:r>
          </w:p>
        </w:tc>
      </w:tr>
    </w:tbl>
    <w:p>
      <w:pPr>
        <w:pStyle w:val="Heading1"/>
        <w:spacing w:before="240" w:after="120"/>
        <w:pBdr>
          <w:bottom w:val="single" w:sz="12" w:space="4" w:color="C8A96A"/>
        </w:pBdr>
      </w:pPr>
      <w:r>
        <w:rPr>
          <w:rFonts w:ascii="Arial" w:hAnsi="Arial" w:eastAsia="Arial"/>
          <w:b/>
          <w:i w:val="0"/>
          <w:color w:val="2F3338"/>
          <w:sz w:val="32"/>
        </w:rPr>
        <w:t>03. ĐỊNH VỊ MỚI: ĐẠI DIỆN KHÁCH HÀNG &amp; TỔ CHỨC DỰ ÁN</w:t>
      </w:r>
    </w:p>
    <w:p>
      <w:pPr>
        <w:spacing w:before="0" w:after="100" w:line="259" w:lineRule="auto"/>
      </w:pPr>
      <w:r>
        <w:rPr>
          <w:rFonts w:ascii="Arial" w:hAnsi="Arial" w:eastAsia="Arial"/>
          <w:b w:val="0"/>
          <w:i w:val="0"/>
          <w:sz w:val="19"/>
        </w:rPr>
        <w:t>Trong mô hình truyền thống, khách hàng thường đi thẳng từ nhu cầu sang thiết kế hoặc thi công. Điều này nhanh nhưng dễ rủi ro, vì khách chưa kịp chuẩn hóa bài toán, chưa hiểu giới hạn kỹ thuật và chưa biết cách so sánh các đề xuất. ARCOVA chọn một vị trí khác: đứng ở giữa, đại diện lợi ích của khách hàng và tổ chức các bên tham gia theo từng giai đoạn.</w:t>
      </w:r>
    </w:p>
    <w:p>
      <w:pPr>
        <w:spacing w:before="0" w:after="100" w:line="259" w:lineRule="auto"/>
      </w:pPr>
      <w:r>
        <w:rPr>
          <w:rFonts w:ascii="Arial" w:hAnsi="Arial" w:eastAsia="Arial"/>
          <w:b w:val="0"/>
          <w:i w:val="0"/>
          <w:sz w:val="19"/>
        </w:rPr>
        <w:t>Mô hình này gọi là Owner’s Representative hoặc Project Organizer. Với nhà ở dân dụng, có thể hiểu đơn giản: ARCOVA là người trong ngành đứng cùng chủ nhà, giúp chủ nhà nói chuyện với các bên còn lại bằng ngôn ngữ chuyên nghiệp hơn.</w:t>
      </w:r>
    </w:p>
    <w:p>
      <w:pPr>
        <w:jc w:val="center"/>
      </w:pPr>
      <w:r>
        <w:rPr>
          <w:rFonts w:ascii="Arial" w:hAnsi="Arial" w:eastAsia="Arial"/>
        </w:rPr>
        <w:drawing>
          <wp:inline xmlns:a="http://schemas.openxmlformats.org/drawingml/2006/main" xmlns:pic="http://schemas.openxmlformats.org/drawingml/2006/picture">
            <wp:extent cx="5688000" cy="3199500"/>
            <wp:docPr id="1" name="Picture 1"/>
            <wp:cNvGraphicFramePr>
              <a:graphicFrameLocks noChangeAspect="1"/>
            </wp:cNvGraphicFramePr>
            <a:graphic>
              <a:graphicData uri="http://schemas.openxmlformats.org/drawingml/2006/picture">
                <pic:pic>
                  <pic:nvPicPr>
                    <pic:cNvPr id="0" name="hub.png"/>
                    <pic:cNvPicPr/>
                  </pic:nvPicPr>
                  <pic:blipFill>
                    <a:blip r:embed="rId11"/>
                    <a:stretch>
                      <a:fillRect/>
                    </a:stretch>
                  </pic:blipFill>
                  <pic:spPr>
                    <a:xfrm>
                      <a:off x="0" y="0"/>
                      <a:ext cx="5688000" cy="3199500"/>
                    </a:xfrm>
                    <a:prstGeom prst="rect"/>
                  </pic:spPr>
                </pic:pic>
              </a:graphicData>
            </a:graphic>
          </wp:inline>
        </w:drawing>
      </w:r>
    </w:p>
    <w:tbl>
      <w:tblPr>
        <w:tblStyle w:val="TableGrid"/>
        <w:tblW w:type="auto" w:w="0"/>
        <w:jc w:val="center"/>
        <w:tblLook w:firstColumn="1" w:firstRow="1" w:lastColumn="0" w:lastRow="0" w:noHBand="0" w:noVBand="1" w:val="04A0"/>
        <w:tblBorders>
          <w:top w:val="single" w:sz="5" w:space="0" w:color="E7D2A5"/>
          <w:left w:val="single" w:sz="5" w:space="0" w:color="E7D2A5"/>
          <w:bottom w:val="single" w:sz="5" w:space="0" w:color="E7D2A5"/>
          <w:right w:val="single" w:sz="5" w:space="0" w:color="E7D2A5"/>
          <w:insideH w:val="single" w:sz="5" w:space="0" w:color="E7D2A5"/>
          <w:insideV w:val="single" w:sz="5" w:space="0" w:color="E7D2A5"/>
        </w:tblBorders>
      </w:tblPr>
      <w:tblGrid>
        <w:gridCol w:w="5185"/>
        <w:gridCol w:w="5185"/>
      </w:tblGrid>
      <w:tr>
        <w:tc>
          <w:tcPr>
            <w:tcW w:type="dxa" w:w="2438"/>
            <w:tcMar>
              <w:top w:w="85" w:type="dxa"/>
              <w:start w:w="80" w:type="dxa"/>
              <w:bottom w:w="85" w:type="dxa"/>
              <w:end w:w="80" w:type="dxa"/>
            </w:tcMar>
            <w:vAlign w:val="center"/>
            <w:shd w:fill="F2EEE7"/>
          </w:tcPr>
          <w:p>
            <w:pPr>
              <w:spacing w:after="0"/>
            </w:pPr>
            <w:r>
              <w:rPr>
                <w:rFonts w:ascii="Arial" w:hAnsi="Arial" w:eastAsia="Arial"/>
              </w:rPr>
            </w:r>
            <w:r>
              <w:rPr>
                <w:rFonts w:ascii="Arial" w:hAnsi="Arial" w:eastAsia="Arial"/>
                <w:b/>
                <w:color w:val="2F3338"/>
                <w:sz w:val="17"/>
              </w:rPr>
              <w:t>ARCOVA đứng về phía ai?</w:t>
            </w:r>
          </w:p>
        </w:tc>
        <w:tc>
          <w:tcPr>
            <w:tcW w:type="dxa" w:w="6293"/>
            <w:tcMar>
              <w:top w:w="85" w:type="dxa"/>
              <w:start w:w="80" w:type="dxa"/>
              <w:bottom w:w="85" w:type="dxa"/>
              <w:end w:w="80" w:type="dxa"/>
            </w:tcMar>
            <w:vAlign w:val="center"/>
          </w:tcPr>
          <w:p>
            <w:pPr>
              <w:spacing w:after="0"/>
            </w:pPr>
            <w:r>
              <w:rPr>
                <w:rFonts w:ascii="Arial" w:hAnsi="Arial" w:eastAsia="Arial"/>
              </w:rPr>
            </w:r>
            <w:r>
              <w:rPr>
                <w:rFonts w:ascii="Arial" w:hAnsi="Arial" w:eastAsia="Arial"/>
                <w:b w:val="0"/>
                <w:sz w:val="17"/>
              </w:rPr>
              <w:t>Đứng về phía chủ nhà/khách hàng, không thay thế hoàn toàn quyết định của khách nhưng giúp khách quyết định có cơ sở.</w:t>
            </w:r>
          </w:p>
        </w:tc>
      </w:tr>
      <w:tr>
        <w:tc>
          <w:tcPr>
            <w:tcW w:type="dxa" w:w="2438"/>
            <w:tcMar>
              <w:top w:w="85" w:type="dxa"/>
              <w:start w:w="80" w:type="dxa"/>
              <w:bottom w:w="85" w:type="dxa"/>
              <w:end w:w="80" w:type="dxa"/>
            </w:tcMar>
            <w:vAlign w:val="center"/>
            <w:shd w:fill="F2EEE7"/>
          </w:tcPr>
          <w:p>
            <w:pPr>
              <w:spacing w:after="0"/>
            </w:pPr>
            <w:r>
              <w:rPr>
                <w:rFonts w:ascii="Arial" w:hAnsi="Arial" w:eastAsia="Arial"/>
              </w:rPr>
            </w:r>
            <w:r>
              <w:rPr>
                <w:rFonts w:ascii="Arial" w:hAnsi="Arial" w:eastAsia="Arial"/>
                <w:b/>
                <w:color w:val="2F3338"/>
                <w:sz w:val="17"/>
              </w:rPr>
              <w:t>ARCOVA không mặc định làm gì?</w:t>
            </w:r>
          </w:p>
        </w:tc>
        <w:tc>
          <w:tcPr>
            <w:tcW w:type="dxa" w:w="6293"/>
            <w:tcMar>
              <w:top w:w="85" w:type="dxa"/>
              <w:start w:w="80" w:type="dxa"/>
              <w:bottom w:w="85" w:type="dxa"/>
              <w:end w:w="80" w:type="dxa"/>
            </w:tcMar>
            <w:vAlign w:val="center"/>
          </w:tcPr>
          <w:p>
            <w:pPr>
              <w:spacing w:after="0"/>
            </w:pPr>
            <w:r>
              <w:rPr>
                <w:rFonts w:ascii="Arial" w:hAnsi="Arial" w:eastAsia="Arial"/>
              </w:rPr>
            </w:r>
            <w:r>
              <w:rPr>
                <w:rFonts w:ascii="Arial" w:hAnsi="Arial" w:eastAsia="Arial"/>
                <w:b w:val="0"/>
                <w:sz w:val="17"/>
              </w:rPr>
              <w:t>Không mặc định tự ôm toàn bộ thiết kế, thi công, vật liệu, bảo hành như tổng thầu nếu chưa có gói riêng.</w:t>
            </w:r>
          </w:p>
        </w:tc>
      </w:tr>
      <w:tr>
        <w:tc>
          <w:tcPr>
            <w:tcW w:type="dxa" w:w="2438"/>
            <w:tcMar>
              <w:top w:w="85" w:type="dxa"/>
              <w:start w:w="80" w:type="dxa"/>
              <w:bottom w:w="85" w:type="dxa"/>
              <w:end w:w="80" w:type="dxa"/>
            </w:tcMar>
            <w:vAlign w:val="center"/>
            <w:shd w:fill="F2EEE7"/>
          </w:tcPr>
          <w:p>
            <w:pPr>
              <w:spacing w:after="0"/>
            </w:pPr>
            <w:r>
              <w:rPr>
                <w:rFonts w:ascii="Arial" w:hAnsi="Arial" w:eastAsia="Arial"/>
              </w:rPr>
            </w:r>
            <w:r>
              <w:rPr>
                <w:rFonts w:ascii="Arial" w:hAnsi="Arial" w:eastAsia="Arial"/>
                <w:b/>
                <w:color w:val="2F3338"/>
                <w:sz w:val="17"/>
              </w:rPr>
              <w:t>ARCOVA bán giá trị gì?</w:t>
            </w:r>
          </w:p>
        </w:tc>
        <w:tc>
          <w:tcPr>
            <w:tcW w:type="dxa" w:w="6293"/>
            <w:tcMar>
              <w:top w:w="85" w:type="dxa"/>
              <w:start w:w="80" w:type="dxa"/>
              <w:bottom w:w="85" w:type="dxa"/>
              <w:end w:w="80" w:type="dxa"/>
            </w:tcMar>
            <w:vAlign w:val="center"/>
          </w:tcPr>
          <w:p>
            <w:pPr>
              <w:spacing w:after="0"/>
            </w:pPr>
            <w:r>
              <w:rPr>
                <w:rFonts w:ascii="Arial" w:hAnsi="Arial" w:eastAsia="Arial"/>
              </w:rPr>
            </w:r>
            <w:r>
              <w:rPr>
                <w:rFonts w:ascii="Arial" w:hAnsi="Arial" w:eastAsia="Arial"/>
                <w:b w:val="0"/>
                <w:sz w:val="17"/>
              </w:rPr>
              <w:t>Sự rõ ràng, kiểm soát, kinh nghiệm, kết nối và khả năng chia việc thành các gói có đầu ra.</w:t>
            </w:r>
          </w:p>
        </w:tc>
      </w:tr>
      <w:tr>
        <w:tc>
          <w:tcPr>
            <w:tcW w:type="dxa" w:w="2438"/>
            <w:tcMar>
              <w:top w:w="85" w:type="dxa"/>
              <w:start w:w="80" w:type="dxa"/>
              <w:bottom w:w="85" w:type="dxa"/>
              <w:end w:w="80" w:type="dxa"/>
            </w:tcMar>
            <w:vAlign w:val="center"/>
            <w:shd w:fill="F2EEE7"/>
          </w:tcPr>
          <w:p>
            <w:pPr>
              <w:spacing w:after="0"/>
            </w:pPr>
            <w:r>
              <w:rPr>
                <w:rFonts w:ascii="Arial" w:hAnsi="Arial" w:eastAsia="Arial"/>
              </w:rPr>
            </w:r>
            <w:r>
              <w:rPr>
                <w:rFonts w:ascii="Arial" w:hAnsi="Arial" w:eastAsia="Arial"/>
                <w:b/>
                <w:color w:val="2F3338"/>
                <w:sz w:val="17"/>
              </w:rPr>
              <w:t>Vì sao phù hợp giai đoạn đầu?</w:t>
            </w:r>
          </w:p>
        </w:tc>
        <w:tc>
          <w:tcPr>
            <w:tcW w:type="dxa" w:w="6293"/>
            <w:tcMar>
              <w:top w:w="85" w:type="dxa"/>
              <w:start w:w="80" w:type="dxa"/>
              <w:bottom w:w="85" w:type="dxa"/>
              <w:end w:w="80" w:type="dxa"/>
            </w:tcMar>
            <w:vAlign w:val="center"/>
          </w:tcPr>
          <w:p>
            <w:pPr>
              <w:spacing w:after="0"/>
            </w:pPr>
            <w:r>
              <w:rPr>
                <w:rFonts w:ascii="Arial" w:hAnsi="Arial" w:eastAsia="Arial"/>
              </w:rPr>
            </w:r>
            <w:r>
              <w:rPr>
                <w:rFonts w:ascii="Arial" w:hAnsi="Arial" w:eastAsia="Arial"/>
                <w:b w:val="0"/>
                <w:sz w:val="17"/>
              </w:rPr>
              <w:t>Công ty tinh gọn, không cần bộ máy lớn nhưng vẫn tạo giá trị cao nhờ kinh nghiệm ngành và mạng lưới đối tác.</w:t>
            </w:r>
          </w:p>
        </w:tc>
      </w:tr>
    </w:tbl>
    <w:p>
      <w:pPr>
        <w:pStyle w:val="Heading1"/>
        <w:spacing w:before="240" w:after="120"/>
        <w:pBdr>
          <w:bottom w:val="single" w:sz="12" w:space="4" w:color="C8A96A"/>
        </w:pBdr>
      </w:pPr>
      <w:r>
        <w:rPr>
          <w:rFonts w:ascii="Arial" w:hAnsi="Arial" w:eastAsia="Arial"/>
          <w:b/>
          <w:i w:val="0"/>
          <w:color w:val="2F3338"/>
          <w:sz w:val="32"/>
        </w:rPr>
        <w:t>04. KHÁCH HÀNG SẼ ĐƯỢC GÌ KHI LIÊN HỆ ARCOVA?</w:t>
      </w:r>
    </w:p>
    <w:tbl>
      <w:tblPr>
        <w:tblStyle w:val="TableGrid"/>
        <w:tblW w:type="auto" w:w="0"/>
        <w:jc w:val="center"/>
        <w:tblLook w:firstColumn="1" w:firstRow="1" w:lastColumn="0" w:lastRow="0" w:noHBand="0" w:noVBand="1" w:val="04A0"/>
        <w:tblBorders>
          <w:top w:val="single" w:sz="5" w:space="0" w:color="E7D2A5"/>
          <w:left w:val="single" w:sz="5" w:space="0" w:color="E7D2A5"/>
          <w:bottom w:val="single" w:sz="5" w:space="0" w:color="E7D2A5"/>
          <w:right w:val="single" w:sz="5" w:space="0" w:color="E7D2A5"/>
          <w:insideH w:val="single" w:sz="5" w:space="0" w:color="E7D2A5"/>
          <w:insideV w:val="single" w:sz="5" w:space="0" w:color="E7D2A5"/>
        </w:tblBorders>
      </w:tblPr>
      <w:tblGrid>
        <w:gridCol w:w="5185"/>
        <w:gridCol w:w="5185"/>
      </w:tblGrid>
      <w:tr>
        <w:trPr>
          <w:tblHeader w:val="true"/>
        </w:trPr>
        <w:tc>
          <w:tcPr>
            <w:tcW w:type="dxa" w:w="2835"/>
            <w:shd w:fill="C8A96A"/>
            <w:tcMar>
              <w:top w:w="80" w:type="dxa"/>
              <w:start w:w="70" w:type="dxa"/>
              <w:bottom w:w="80" w:type="dxa"/>
              <w:end w:w="70" w:type="dxa"/>
            </w:tcMar>
          </w:tcPr>
          <w:p>
            <w:pPr>
              <w:spacing w:after="0"/>
              <w:jc w:val="center"/>
            </w:pPr>
            <w:r>
              <w:rPr>
                <w:rFonts w:ascii="Arial" w:hAnsi="Arial" w:eastAsia="Arial"/>
              </w:rPr>
            </w:r>
            <w:r>
              <w:rPr>
                <w:rFonts w:ascii="Arial" w:hAnsi="Arial" w:eastAsia="Arial"/>
                <w:b/>
                <w:color w:val="FFFFFF"/>
                <w:sz w:val="17"/>
              </w:rPr>
              <w:t>Giá trị khách nhận được</w:t>
            </w:r>
          </w:p>
        </w:tc>
        <w:tc>
          <w:tcPr>
            <w:tcW w:type="dxa" w:w="5953"/>
            <w:shd w:fill="C8A96A"/>
            <w:tcMar>
              <w:top w:w="80" w:type="dxa"/>
              <w:start w:w="70" w:type="dxa"/>
              <w:bottom w:w="80" w:type="dxa"/>
              <w:end w:w="70" w:type="dxa"/>
            </w:tcMar>
          </w:tcPr>
          <w:p>
            <w:pPr>
              <w:spacing w:after="0"/>
              <w:jc w:val="center"/>
            </w:pPr>
            <w:r>
              <w:rPr>
                <w:rFonts w:ascii="Arial" w:hAnsi="Arial" w:eastAsia="Arial"/>
              </w:rPr>
            </w:r>
            <w:r>
              <w:rPr>
                <w:rFonts w:ascii="Arial" w:hAnsi="Arial" w:eastAsia="Arial"/>
                <w:b/>
                <w:color w:val="FFFFFF"/>
                <w:sz w:val="17"/>
              </w:rPr>
              <w:t>Ý nghĩa thực tế</w:t>
            </w:r>
          </w:p>
        </w:tc>
      </w:tr>
      <w:tr>
        <w:tc>
          <w:tcPr>
            <w:tcW w:type="dxa" w:w="2835"/>
            <w:tcMar>
              <w:top w:w="70" w:type="dxa"/>
              <w:start w:w="65" w:type="dxa"/>
              <w:bottom w:w="70" w:type="dxa"/>
              <w:end w:w="65" w:type="dxa"/>
            </w:tcMar>
            <w:vAlign w:val="top"/>
          </w:tcPr>
          <w:p>
            <w:pPr>
              <w:spacing w:after="0"/>
            </w:pPr>
            <w:r>
              <w:rPr>
                <w:rFonts w:ascii="Arial" w:hAnsi="Arial" w:eastAsia="Arial"/>
              </w:rPr>
            </w:r>
            <w:r>
              <w:rPr>
                <w:rFonts w:ascii="Arial" w:hAnsi="Arial" w:eastAsia="Arial"/>
                <w:b w:val="0"/>
                <w:sz w:val="17"/>
              </w:rPr>
              <w:t>Rõ bài toán trước khi chi tiền</w:t>
            </w:r>
          </w:p>
        </w:tc>
        <w:tc>
          <w:tcPr>
            <w:tcW w:type="dxa" w:w="5953"/>
            <w:tcMar>
              <w:top w:w="70" w:type="dxa"/>
              <w:start w:w="65" w:type="dxa"/>
              <w:bottom w:w="70" w:type="dxa"/>
              <w:end w:w="65" w:type="dxa"/>
            </w:tcMar>
            <w:vAlign w:val="top"/>
          </w:tcPr>
          <w:p>
            <w:pPr>
              <w:spacing w:after="0"/>
            </w:pPr>
            <w:r>
              <w:rPr>
                <w:rFonts w:ascii="Arial" w:hAnsi="Arial" w:eastAsia="Arial"/>
              </w:rPr>
            </w:r>
            <w:r>
              <w:rPr>
                <w:rFonts w:ascii="Arial" w:hAnsi="Arial" w:eastAsia="Arial"/>
                <w:b w:val="0"/>
                <w:sz w:val="17"/>
              </w:rPr>
              <w:t>Khách hiểu mình cần thiết kế, cải tạo, nội thất, vật liệu, nghiệm thu hay chỉ cần tư vấn trước.</w:t>
            </w:r>
          </w:p>
        </w:tc>
      </w:tr>
      <w:tr>
        <w:tc>
          <w:tcPr>
            <w:tcW w:type="dxa" w:w="2835"/>
            <w:tcMar>
              <w:top w:w="70" w:type="dxa"/>
              <w:start w:w="65" w:type="dxa"/>
              <w:bottom w:w="70" w:type="dxa"/>
              <w:end w:w="65" w:type="dxa"/>
            </w:tcMar>
            <w:vAlign w:val="top"/>
            <w:shd w:fill="FAF9F6"/>
          </w:tcPr>
          <w:p>
            <w:pPr>
              <w:spacing w:after="0"/>
            </w:pPr>
            <w:r>
              <w:rPr>
                <w:rFonts w:ascii="Arial" w:hAnsi="Arial" w:eastAsia="Arial"/>
              </w:rPr>
            </w:r>
            <w:r>
              <w:rPr>
                <w:rFonts w:ascii="Arial" w:hAnsi="Arial" w:eastAsia="Arial"/>
                <w:b w:val="0"/>
                <w:sz w:val="17"/>
              </w:rPr>
              <w:t>Rõ phạm vi từng gói</w:t>
            </w:r>
          </w:p>
        </w:tc>
        <w:tc>
          <w:tcPr>
            <w:tcW w:type="dxa" w:w="5953"/>
            <w:tcMar>
              <w:top w:w="70" w:type="dxa"/>
              <w:start w:w="65" w:type="dxa"/>
              <w:bottom w:w="70" w:type="dxa"/>
              <w:end w:w="65" w:type="dxa"/>
            </w:tcMar>
            <w:vAlign w:val="top"/>
            <w:shd w:fill="FAF9F6"/>
          </w:tcPr>
          <w:p>
            <w:pPr>
              <w:spacing w:after="0"/>
            </w:pPr>
            <w:r>
              <w:rPr>
                <w:rFonts w:ascii="Arial" w:hAnsi="Arial" w:eastAsia="Arial"/>
              </w:rPr>
            </w:r>
            <w:r>
              <w:rPr>
                <w:rFonts w:ascii="Arial" w:hAnsi="Arial" w:eastAsia="Arial"/>
                <w:b w:val="0"/>
                <w:sz w:val="17"/>
              </w:rPr>
              <w:t>Mỗi gói có đầu ra: brief, checklist, biên bản khảo sát, bảng so sánh báo giá, defect list, roadmap.</w:t>
            </w:r>
          </w:p>
        </w:tc>
      </w:tr>
      <w:tr>
        <w:tc>
          <w:tcPr>
            <w:tcW w:type="dxa" w:w="2835"/>
            <w:tcMar>
              <w:top w:w="70" w:type="dxa"/>
              <w:start w:w="65" w:type="dxa"/>
              <w:bottom w:w="70" w:type="dxa"/>
              <w:end w:w="65" w:type="dxa"/>
            </w:tcMar>
            <w:vAlign w:val="top"/>
          </w:tcPr>
          <w:p>
            <w:pPr>
              <w:spacing w:after="0"/>
            </w:pPr>
            <w:r>
              <w:rPr>
                <w:rFonts w:ascii="Arial" w:hAnsi="Arial" w:eastAsia="Arial"/>
              </w:rPr>
            </w:r>
            <w:r>
              <w:rPr>
                <w:rFonts w:ascii="Arial" w:hAnsi="Arial" w:eastAsia="Arial"/>
                <w:b w:val="0"/>
                <w:sz w:val="17"/>
              </w:rPr>
              <w:t>Rõ rủi ro kỹ thuật</w:t>
            </w:r>
          </w:p>
        </w:tc>
        <w:tc>
          <w:tcPr>
            <w:tcW w:type="dxa" w:w="5953"/>
            <w:tcMar>
              <w:top w:w="70" w:type="dxa"/>
              <w:start w:w="65" w:type="dxa"/>
              <w:bottom w:w="70" w:type="dxa"/>
              <w:end w:w="65" w:type="dxa"/>
            </w:tcMar>
            <w:vAlign w:val="top"/>
          </w:tcPr>
          <w:p>
            <w:pPr>
              <w:spacing w:after="0"/>
            </w:pPr>
            <w:r>
              <w:rPr>
                <w:rFonts w:ascii="Arial" w:hAnsi="Arial" w:eastAsia="Arial"/>
              </w:rPr>
            </w:r>
            <w:r>
              <w:rPr>
                <w:rFonts w:ascii="Arial" w:hAnsi="Arial" w:eastAsia="Arial"/>
                <w:b w:val="0"/>
                <w:sz w:val="17"/>
              </w:rPr>
              <w:t>Các vấn đề như kết cấu, chống thấm, MEP, PCCC, dời vệ sinh, dời bếp được cảnh báo trước khi làm.</w:t>
            </w:r>
          </w:p>
        </w:tc>
      </w:tr>
      <w:tr>
        <w:tc>
          <w:tcPr>
            <w:tcW w:type="dxa" w:w="2835"/>
            <w:tcMar>
              <w:top w:w="70" w:type="dxa"/>
              <w:start w:w="65" w:type="dxa"/>
              <w:bottom w:w="70" w:type="dxa"/>
              <w:end w:w="65" w:type="dxa"/>
            </w:tcMar>
            <w:vAlign w:val="top"/>
            <w:shd w:fill="FAF9F6"/>
          </w:tcPr>
          <w:p>
            <w:pPr>
              <w:spacing w:after="0"/>
            </w:pPr>
            <w:r>
              <w:rPr>
                <w:rFonts w:ascii="Arial" w:hAnsi="Arial" w:eastAsia="Arial"/>
              </w:rPr>
            </w:r>
            <w:r>
              <w:rPr>
                <w:rFonts w:ascii="Arial" w:hAnsi="Arial" w:eastAsia="Arial"/>
                <w:b w:val="0"/>
                <w:sz w:val="17"/>
              </w:rPr>
              <w:t>Rõ cách chọn đối tác</w:t>
            </w:r>
          </w:p>
        </w:tc>
        <w:tc>
          <w:tcPr>
            <w:tcW w:type="dxa" w:w="5953"/>
            <w:tcMar>
              <w:top w:w="70" w:type="dxa"/>
              <w:start w:w="65" w:type="dxa"/>
              <w:bottom w:w="70" w:type="dxa"/>
              <w:end w:w="65" w:type="dxa"/>
            </w:tcMar>
            <w:vAlign w:val="top"/>
            <w:shd w:fill="FAF9F6"/>
          </w:tcPr>
          <w:p>
            <w:pPr>
              <w:spacing w:after="0"/>
            </w:pPr>
            <w:r>
              <w:rPr>
                <w:rFonts w:ascii="Arial" w:hAnsi="Arial" w:eastAsia="Arial"/>
              </w:rPr>
            </w:r>
            <w:r>
              <w:rPr>
                <w:rFonts w:ascii="Arial" w:hAnsi="Arial" w:eastAsia="Arial"/>
                <w:b w:val="0"/>
                <w:sz w:val="17"/>
              </w:rPr>
              <w:t>Khách không chọn theo cảm tính mà theo tiêu chí: năng lực, phạm vi, báo giá, tiến độ, bảo hành, khả năng phối hợp.</w:t>
            </w:r>
          </w:p>
        </w:tc>
      </w:tr>
      <w:tr>
        <w:tc>
          <w:tcPr>
            <w:tcW w:type="dxa" w:w="2835"/>
            <w:tcMar>
              <w:top w:w="70" w:type="dxa"/>
              <w:start w:w="65" w:type="dxa"/>
              <w:bottom w:w="70" w:type="dxa"/>
              <w:end w:w="65" w:type="dxa"/>
            </w:tcMar>
            <w:vAlign w:val="top"/>
          </w:tcPr>
          <w:p>
            <w:pPr>
              <w:spacing w:after="0"/>
            </w:pPr>
            <w:r>
              <w:rPr>
                <w:rFonts w:ascii="Arial" w:hAnsi="Arial" w:eastAsia="Arial"/>
              </w:rPr>
            </w:r>
            <w:r>
              <w:rPr>
                <w:rFonts w:ascii="Arial" w:hAnsi="Arial" w:eastAsia="Arial"/>
                <w:b w:val="0"/>
                <w:sz w:val="17"/>
              </w:rPr>
              <w:t>Rõ tiền và tiến độ</w:t>
            </w:r>
          </w:p>
        </w:tc>
        <w:tc>
          <w:tcPr>
            <w:tcW w:type="dxa" w:w="5953"/>
            <w:tcMar>
              <w:top w:w="70" w:type="dxa"/>
              <w:start w:w="65" w:type="dxa"/>
              <w:bottom w:w="70" w:type="dxa"/>
              <w:end w:w="65" w:type="dxa"/>
            </w:tcMar>
            <w:vAlign w:val="top"/>
          </w:tcPr>
          <w:p>
            <w:pPr>
              <w:spacing w:after="0"/>
            </w:pPr>
            <w:r>
              <w:rPr>
                <w:rFonts w:ascii="Arial" w:hAnsi="Arial" w:eastAsia="Arial"/>
              </w:rPr>
            </w:r>
            <w:r>
              <w:rPr>
                <w:rFonts w:ascii="Arial" w:hAnsi="Arial" w:eastAsia="Arial"/>
                <w:b w:val="0"/>
                <w:sz w:val="17"/>
              </w:rPr>
              <w:t>Các khoản phát sinh dễ bị bỏ quên được bóc tách sớm; mốc thanh toán gắn với đầu ra và nghiệm thu.</w:t>
            </w:r>
          </w:p>
        </w:tc>
      </w:tr>
      <w:tr>
        <w:tc>
          <w:tcPr>
            <w:tcW w:type="dxa" w:w="2835"/>
            <w:tcMar>
              <w:top w:w="70" w:type="dxa"/>
              <w:start w:w="65" w:type="dxa"/>
              <w:bottom w:w="70" w:type="dxa"/>
              <w:end w:w="65" w:type="dxa"/>
            </w:tcMar>
            <w:vAlign w:val="top"/>
            <w:shd w:fill="FAF9F6"/>
          </w:tcPr>
          <w:p>
            <w:pPr>
              <w:spacing w:after="0"/>
            </w:pPr>
            <w:r>
              <w:rPr>
                <w:rFonts w:ascii="Arial" w:hAnsi="Arial" w:eastAsia="Arial"/>
              </w:rPr>
            </w:r>
            <w:r>
              <w:rPr>
                <w:rFonts w:ascii="Arial" w:hAnsi="Arial" w:eastAsia="Arial"/>
                <w:b w:val="0"/>
                <w:sz w:val="17"/>
              </w:rPr>
              <w:t>Rõ chất lượng bàn giao</w:t>
            </w:r>
          </w:p>
        </w:tc>
        <w:tc>
          <w:tcPr>
            <w:tcW w:type="dxa" w:w="5953"/>
            <w:tcMar>
              <w:top w:w="70" w:type="dxa"/>
              <w:start w:w="65" w:type="dxa"/>
              <w:bottom w:w="70" w:type="dxa"/>
              <w:end w:w="65" w:type="dxa"/>
            </w:tcMar>
            <w:vAlign w:val="top"/>
            <w:shd w:fill="FAF9F6"/>
          </w:tcPr>
          <w:p>
            <w:pPr>
              <w:spacing w:after="0"/>
            </w:pPr>
            <w:r>
              <w:rPr>
                <w:rFonts w:ascii="Arial" w:hAnsi="Arial" w:eastAsia="Arial"/>
              </w:rPr>
            </w:r>
            <w:r>
              <w:rPr>
                <w:rFonts w:ascii="Arial" w:hAnsi="Arial" w:eastAsia="Arial"/>
                <w:b w:val="0"/>
                <w:sz w:val="17"/>
              </w:rPr>
              <w:t>Hạng mục được kiểm tra theo checklist, lỗi được ghi thành defect list thay vì nói miệng.</w:t>
            </w:r>
          </w:p>
        </w:tc>
      </w:tr>
    </w:tbl>
    <w:p>
      <w:pPr>
        <w:pStyle w:val="Heading2"/>
        <w:spacing w:before="160" w:after="80"/>
      </w:pPr>
      <w:r>
        <w:rPr>
          <w:rFonts w:ascii="Arial" w:hAnsi="Arial" w:eastAsia="Arial"/>
          <w:b/>
          <w:i w:val="0"/>
          <w:color w:val="2F3338"/>
          <w:sz w:val="25"/>
        </w:rPr>
        <w:t>Thông điệp bán hàng nên dùng</w:t>
      </w:r>
    </w:p>
    <w:p>
      <w:pPr>
        <w:pStyle w:val="ListBullet"/>
        <w:spacing w:after="60" w:line="254" w:lineRule="auto"/>
      </w:pPr>
      <w:r>
        <w:rPr>
          <w:rFonts w:ascii="Arial" w:hAnsi="Arial" w:eastAsia="Arial"/>
          <w:b w:val="0"/>
          <w:i w:val="0"/>
          <w:sz w:val="19"/>
        </w:rPr>
        <w:t>Anh/chị chỉ cần gửi mặt bằng, ảnh hiện trạng và mong muốn. ARCOVA sẽ giúp biến chúng thành một lộ trình làm nhà rõ ràng.</w:t>
      </w:r>
    </w:p>
    <w:p>
      <w:pPr>
        <w:pStyle w:val="ListBullet"/>
        <w:spacing w:after="60" w:line="254" w:lineRule="auto"/>
      </w:pPr>
      <w:r>
        <w:rPr>
          <w:rFonts w:ascii="Arial" w:hAnsi="Arial" w:eastAsia="Arial"/>
          <w:b w:val="0"/>
          <w:i w:val="0"/>
          <w:sz w:val="19"/>
        </w:rPr>
        <w:t>Anh/chị chưa cần quyết định ngay nhà thầu hay phong cách. Trước hết, mình cần hiểu đúng bài toán và chia đúng gói việc.</w:t>
      </w:r>
    </w:p>
    <w:p>
      <w:pPr>
        <w:pStyle w:val="ListBullet"/>
        <w:spacing w:after="60" w:line="254" w:lineRule="auto"/>
      </w:pPr>
      <w:r>
        <w:rPr>
          <w:rFonts w:ascii="Arial" w:hAnsi="Arial" w:eastAsia="Arial"/>
          <w:b w:val="0"/>
          <w:i w:val="0"/>
          <w:sz w:val="19"/>
        </w:rPr>
        <w:t>Nếu anh/chị đã có báo giá, ARCOVA có thể rà lại để xem phạm vi đã đủ chưa, vật liệu đã rõ chưa và điều kiện thanh toán có rủi ro không.</w:t>
      </w:r>
    </w:p>
    <w:p>
      <w:pPr>
        <w:pStyle w:val="ListBullet"/>
        <w:spacing w:after="60" w:line="254" w:lineRule="auto"/>
      </w:pPr>
      <w:r>
        <w:rPr>
          <w:rFonts w:ascii="Arial" w:hAnsi="Arial" w:eastAsia="Arial"/>
          <w:b w:val="0"/>
          <w:i w:val="0"/>
          <w:sz w:val="19"/>
        </w:rPr>
        <w:t>Nếu anh/chị bận, ARCOVA có thể làm đầu mối tổ chức các cuộc làm việc, tổng hợp thông tin và chuẩn bị câu hỏi trước khi anh/chị quyết định.</w:t>
      </w:r>
    </w:p>
    <w:p>
      <w:pPr>
        <w:pStyle w:val="Heading1"/>
        <w:spacing w:before="240" w:after="120"/>
        <w:pBdr>
          <w:bottom w:val="single" w:sz="12" w:space="4" w:color="C8A96A"/>
        </w:pBdr>
      </w:pPr>
      <w:r>
        <w:rPr>
          <w:rFonts w:ascii="Arial" w:hAnsi="Arial" w:eastAsia="Arial"/>
          <w:b/>
          <w:i w:val="0"/>
          <w:color w:val="2F3338"/>
          <w:sz w:val="32"/>
        </w:rPr>
        <w:t>05. HÀNH TRÌNH LÀM NHÀ TỪ Ý TƯỞNG ĐẾN BÀN GIAO</w:t>
      </w:r>
    </w:p>
    <w:p>
      <w:pPr>
        <w:spacing w:before="0" w:after="100" w:line="259" w:lineRule="auto"/>
      </w:pPr>
      <w:r>
        <w:rPr>
          <w:rFonts w:ascii="Arial" w:hAnsi="Arial" w:eastAsia="Arial"/>
          <w:b w:val="0"/>
          <w:i w:val="0"/>
          <w:sz w:val="19"/>
        </w:rPr>
        <w:t>ARCOVA xem việc làm nhà như một chuỗi quyết định, không phải một hợp đồng duy nhất. Mỗi chặng đều có thể tách thành gói riêng để khách hàng dễ bắt đầu, dễ dừng, dễ kiểm soát chi phí và dễ yêu cầu thanh toán theo đầu ra.</w:t>
      </w:r>
    </w:p>
    <w:p>
      <w:pPr>
        <w:jc w:val="center"/>
      </w:pPr>
      <w:r>
        <w:rPr>
          <w:rFonts w:ascii="Arial" w:hAnsi="Arial" w:eastAsia="Arial"/>
        </w:rPr>
        <w:drawing>
          <wp:inline xmlns:a="http://schemas.openxmlformats.org/drawingml/2006/main" xmlns:pic="http://schemas.openxmlformats.org/drawingml/2006/picture">
            <wp:extent cx="5760000" cy="2880000"/>
            <wp:docPr id="2" name="Picture 2"/>
            <wp:cNvGraphicFramePr>
              <a:graphicFrameLocks noChangeAspect="1"/>
            </wp:cNvGraphicFramePr>
            <a:graphic>
              <a:graphicData uri="http://schemas.openxmlformats.org/drawingml/2006/picture">
                <pic:pic>
                  <pic:nvPicPr>
                    <pic:cNvPr id="0" name="roadmap.png"/>
                    <pic:cNvPicPr/>
                  </pic:nvPicPr>
                  <pic:blipFill>
                    <a:blip r:embed="rId12"/>
                    <a:stretch>
                      <a:fillRect/>
                    </a:stretch>
                  </pic:blipFill>
                  <pic:spPr>
                    <a:xfrm>
                      <a:off x="0" y="0"/>
                      <a:ext cx="5760000" cy="2880000"/>
                    </a:xfrm>
                    <a:prstGeom prst="rect"/>
                  </pic:spPr>
                </pic:pic>
              </a:graphicData>
            </a:graphic>
          </wp:inline>
        </w:drawing>
      </w:r>
    </w:p>
    <w:p>
      <w:pPr>
        <w:pStyle w:val="Heading2"/>
        <w:spacing w:before="160" w:after="80"/>
      </w:pPr>
      <w:r>
        <w:rPr>
          <w:rFonts w:ascii="Arial" w:hAnsi="Arial" w:eastAsia="Arial"/>
          <w:b/>
          <w:i w:val="0"/>
          <w:color w:val="2F3338"/>
          <w:sz w:val="25"/>
        </w:rPr>
        <w:t>10 bước ARCOVA có thể tổ chức cho khách hàng</w:t>
      </w:r>
    </w:p>
    <w:p>
      <w:pPr>
        <w:pStyle w:val="ListNumber"/>
        <w:spacing w:after="60" w:line="254" w:lineRule="auto"/>
      </w:pPr>
      <w:r>
        <w:rPr>
          <w:rFonts w:ascii="Arial" w:hAnsi="Arial" w:eastAsia="Arial"/>
          <w:b w:val="0"/>
          <w:i w:val="0"/>
          <w:sz w:val="19"/>
        </w:rPr>
        <w:t>Tiếp nhận nhu cầu: loại công trình, diện tích, hiện trạng, mục tiêu, thời gian và ngân sách sơ bộ.</w:t>
      </w:r>
    </w:p>
    <w:p>
      <w:pPr>
        <w:pStyle w:val="ListNumber"/>
        <w:spacing w:after="60" w:line="254" w:lineRule="auto"/>
      </w:pPr>
      <w:r>
        <w:rPr>
          <w:rFonts w:ascii="Arial" w:hAnsi="Arial" w:eastAsia="Arial"/>
          <w:b w:val="0"/>
          <w:i w:val="0"/>
          <w:sz w:val="19"/>
        </w:rPr>
        <w:t>Khảo sát hiện trạng: đọc mặt bằng, ảnh, video, ràng buộc kỹ thuật và quy định tòa nhà/khu dân cư.</w:t>
      </w:r>
    </w:p>
    <w:p>
      <w:pPr>
        <w:pStyle w:val="ListNumber"/>
        <w:spacing w:after="60" w:line="254" w:lineRule="auto"/>
      </w:pPr>
      <w:r>
        <w:rPr>
          <w:rFonts w:ascii="Arial" w:hAnsi="Arial" w:eastAsia="Arial"/>
          <w:b w:val="0"/>
          <w:i w:val="0"/>
          <w:sz w:val="19"/>
        </w:rPr>
        <w:t>Lập brief: chuyển mong muốn mơ hồ thành yêu cầu rõ về công năng, phong cách, mức đầu tư và rủi ro.</w:t>
      </w:r>
    </w:p>
    <w:p>
      <w:pPr>
        <w:pStyle w:val="ListNumber"/>
        <w:spacing w:after="60" w:line="254" w:lineRule="auto"/>
      </w:pPr>
      <w:r>
        <w:rPr>
          <w:rFonts w:ascii="Arial" w:hAnsi="Arial" w:eastAsia="Arial"/>
          <w:b w:val="0"/>
          <w:i w:val="0"/>
          <w:sz w:val="19"/>
        </w:rPr>
        <w:t>Định hướng concept/layout: chọn hướng tổ chức không gian trước khi sa vào vật liệu hoặc đồ trang trí.</w:t>
      </w:r>
    </w:p>
    <w:p>
      <w:pPr>
        <w:pStyle w:val="ListNumber"/>
        <w:spacing w:after="60" w:line="254" w:lineRule="auto"/>
      </w:pPr>
      <w:r>
        <w:rPr>
          <w:rFonts w:ascii="Arial" w:hAnsi="Arial" w:eastAsia="Arial"/>
          <w:b w:val="0"/>
          <w:i w:val="0"/>
          <w:sz w:val="19"/>
        </w:rPr>
        <w:t>Tổ chức báo giá: mời báo giá theo cùng một phạm vi để so sánh công bằng.</w:t>
      </w:r>
    </w:p>
    <w:p>
      <w:pPr>
        <w:pStyle w:val="ListNumber"/>
        <w:spacing w:after="60" w:line="254" w:lineRule="auto"/>
      </w:pPr>
      <w:r>
        <w:rPr>
          <w:rFonts w:ascii="Arial" w:hAnsi="Arial" w:eastAsia="Arial"/>
          <w:b w:val="0"/>
          <w:i w:val="0"/>
          <w:sz w:val="19"/>
        </w:rPr>
        <w:t>Chọn đối tác: phân tích năng lực, hồ sơ, phạm vi, tiến độ, bảo hành và điều khoản thanh toán.</w:t>
      </w:r>
    </w:p>
    <w:p>
      <w:pPr>
        <w:pStyle w:val="ListNumber"/>
        <w:spacing w:after="60" w:line="254" w:lineRule="auto"/>
      </w:pPr>
      <w:r>
        <w:rPr>
          <w:rFonts w:ascii="Arial" w:hAnsi="Arial" w:eastAsia="Arial"/>
          <w:b w:val="0"/>
          <w:i w:val="0"/>
          <w:sz w:val="19"/>
        </w:rPr>
        <w:t>Chuẩn bị triển khai: thống nhất bản vẽ, vật liệu, lịch thi công, đầu mối liên hệ, quy định công trình.</w:t>
      </w:r>
    </w:p>
    <w:p>
      <w:pPr>
        <w:pStyle w:val="ListNumber"/>
        <w:spacing w:after="60" w:line="254" w:lineRule="auto"/>
      </w:pPr>
      <w:r>
        <w:rPr>
          <w:rFonts w:ascii="Arial" w:hAnsi="Arial" w:eastAsia="Arial"/>
          <w:b w:val="0"/>
          <w:i w:val="0"/>
          <w:sz w:val="19"/>
        </w:rPr>
        <w:t>Kiểm soát các mốc quan trọng: tháo dỡ, MEP âm, chống thấm, hoàn thiện, lắp đặt nội thất.</w:t>
      </w:r>
    </w:p>
    <w:p>
      <w:pPr>
        <w:pStyle w:val="ListNumber"/>
        <w:spacing w:after="60" w:line="254" w:lineRule="auto"/>
      </w:pPr>
      <w:r>
        <w:rPr>
          <w:rFonts w:ascii="Arial" w:hAnsi="Arial" w:eastAsia="Arial"/>
          <w:b w:val="0"/>
          <w:i w:val="0"/>
          <w:sz w:val="19"/>
        </w:rPr>
        <w:t>Nghiệm thu và bàn giao: lập checklist, defect list, hồ sơ bảo hành và hướng dẫn vận hành.</w:t>
      </w:r>
    </w:p>
    <w:p>
      <w:pPr>
        <w:pStyle w:val="ListNumber"/>
        <w:spacing w:after="60" w:line="254" w:lineRule="auto"/>
      </w:pPr>
      <w:r>
        <w:rPr>
          <w:rFonts w:ascii="Arial" w:hAnsi="Arial" w:eastAsia="Arial"/>
          <w:b w:val="0"/>
          <w:i w:val="0"/>
          <w:sz w:val="19"/>
        </w:rPr>
        <w:t>Aftercare: theo dõi bảo hành, nâng cấp đồ rời, decor, cảnh quan, smart home khi khách có nhu cầu.</w:t>
      </w:r>
    </w:p>
    <w:p>
      <w:pPr>
        <w:pStyle w:val="Heading1"/>
        <w:spacing w:before="240" w:after="120"/>
        <w:pBdr>
          <w:bottom w:val="single" w:sz="12" w:space="4" w:color="C8A96A"/>
        </w:pBdr>
      </w:pPr>
      <w:r>
        <w:rPr>
          <w:rFonts w:ascii="Arial" w:hAnsi="Arial" w:eastAsia="Arial"/>
          <w:b/>
          <w:i w:val="0"/>
          <w:color w:val="2F3338"/>
          <w:sz w:val="32"/>
        </w:rPr>
        <w:t>06. HỆ GÓI DỊCH VỤ LINH HOẠT</w:t>
      </w:r>
    </w:p>
    <w:p>
      <w:pPr>
        <w:spacing w:before="0" w:after="100" w:line="259" w:lineRule="auto"/>
      </w:pPr>
      <w:r>
        <w:rPr>
          <w:rFonts w:ascii="Arial" w:hAnsi="Arial" w:eastAsia="Arial"/>
          <w:b w:val="0"/>
          <w:i w:val="0"/>
          <w:sz w:val="19"/>
        </w:rPr>
        <w:t>Định hướng thương mại quan trọng nhất của ARCOVA là chia nhỏ dịch vụ. Khách hàng có thể mua từng phần như mua một “module” trong hành trình làm nhà. Cách này giúp khách dễ ra quyết định, dễ thanh toán, còn ARCOVA dễ chứng minh giá trị và tránh bị cuốn vào trách nhiệm vượt phạm vi.</w:t>
      </w:r>
    </w:p>
    <w:p>
      <w:pPr>
        <w:jc w:val="center"/>
      </w:pPr>
      <w:r>
        <w:rPr>
          <w:rFonts w:ascii="Arial" w:hAnsi="Arial" w:eastAsia="Arial"/>
        </w:rPr>
        <w:drawing>
          <wp:inline xmlns:a="http://schemas.openxmlformats.org/drawingml/2006/main" xmlns:pic="http://schemas.openxmlformats.org/drawingml/2006/picture">
            <wp:extent cx="5544000" cy="3326400"/>
            <wp:docPr id="3" name="Picture 3"/>
            <wp:cNvGraphicFramePr>
              <a:graphicFrameLocks noChangeAspect="1"/>
            </wp:cNvGraphicFramePr>
            <a:graphic>
              <a:graphicData uri="http://schemas.openxmlformats.org/drawingml/2006/picture">
                <pic:pic>
                  <pic:nvPicPr>
                    <pic:cNvPr id="0" name="ladder.png"/>
                    <pic:cNvPicPr/>
                  </pic:nvPicPr>
                  <pic:blipFill>
                    <a:blip r:embed="rId13"/>
                    <a:stretch>
                      <a:fillRect/>
                    </a:stretch>
                  </pic:blipFill>
                  <pic:spPr>
                    <a:xfrm>
                      <a:off x="0" y="0"/>
                      <a:ext cx="5544000" cy="3326400"/>
                    </a:xfrm>
                    <a:prstGeom prst="rect"/>
                  </pic:spPr>
                </pic:pic>
              </a:graphicData>
            </a:graphic>
          </wp:inline>
        </w:drawing>
      </w:r>
    </w:p>
    <w:p>
      <w:pPr>
        <w:pStyle w:val="Heading2"/>
        <w:spacing w:before="160" w:after="80"/>
      </w:pPr>
      <w:r>
        <w:rPr>
          <w:rFonts w:ascii="Arial" w:hAnsi="Arial" w:eastAsia="Arial"/>
          <w:b/>
          <w:i w:val="0"/>
          <w:color w:val="2F3338"/>
          <w:sz w:val="25"/>
        </w:rPr>
        <w:t>Nguyên tắc thiết kế gói</w:t>
      </w:r>
    </w:p>
    <w:p>
      <w:pPr>
        <w:pStyle w:val="ListBullet"/>
        <w:spacing w:after="60" w:line="254" w:lineRule="auto"/>
      </w:pPr>
      <w:r>
        <w:rPr>
          <w:rFonts w:ascii="Arial" w:hAnsi="Arial" w:eastAsia="Arial"/>
          <w:b w:val="0"/>
          <w:i w:val="0"/>
          <w:sz w:val="19"/>
        </w:rPr>
        <w:t>Tên gói phải dễ hiểu, không dùng thuật ngữ quá khó với khách phổ thông.</w:t>
      </w:r>
    </w:p>
    <w:p>
      <w:pPr>
        <w:pStyle w:val="ListBullet"/>
        <w:spacing w:after="60" w:line="254" w:lineRule="auto"/>
      </w:pPr>
      <w:r>
        <w:rPr>
          <w:rFonts w:ascii="Arial" w:hAnsi="Arial" w:eastAsia="Arial"/>
          <w:b w:val="0"/>
          <w:i w:val="0"/>
          <w:sz w:val="19"/>
        </w:rPr>
        <w:t>Mỗi gói phải có đầu ra cụ thể: file, biên bản, checklist, báo cáo, danh sách câu hỏi, defect list hoặc buổi họp.</w:t>
      </w:r>
    </w:p>
    <w:p>
      <w:pPr>
        <w:pStyle w:val="ListBullet"/>
        <w:spacing w:after="60" w:line="254" w:lineRule="auto"/>
      </w:pPr>
      <w:r>
        <w:rPr>
          <w:rFonts w:ascii="Arial" w:hAnsi="Arial" w:eastAsia="Arial"/>
          <w:b w:val="0"/>
          <w:i w:val="0"/>
          <w:sz w:val="19"/>
        </w:rPr>
        <w:t>Mỗi gói phải có điểm dừng rõ: hoàn thành đầu ra nào thì nghiệm thu và thanh toán giai đoạn đó.</w:t>
      </w:r>
    </w:p>
    <w:p>
      <w:pPr>
        <w:pStyle w:val="ListBullet"/>
        <w:spacing w:after="60" w:line="254" w:lineRule="auto"/>
      </w:pPr>
      <w:r>
        <w:rPr>
          <w:rFonts w:ascii="Arial" w:hAnsi="Arial" w:eastAsia="Arial"/>
          <w:b w:val="0"/>
          <w:i w:val="0"/>
          <w:sz w:val="19"/>
        </w:rPr>
        <w:t>Gói càng đi sâu vào trách nhiệm điều phối, hiện trường và ra quyết định thay khách thì phí càng cao.</w:t>
      </w:r>
    </w:p>
    <w:p>
      <w:pPr>
        <w:pStyle w:val="ListBullet"/>
        <w:spacing w:after="60" w:line="254" w:lineRule="auto"/>
      </w:pPr>
      <w:r>
        <w:rPr>
          <w:rFonts w:ascii="Arial" w:hAnsi="Arial" w:eastAsia="Arial"/>
          <w:b w:val="0"/>
          <w:i w:val="0"/>
          <w:sz w:val="19"/>
        </w:rPr>
        <w:t>Khách có thể tự triển khai phần còn lại, hoặc tiếp tục mua gói sau nếu thấy ARCOVA tạo giá trị.</w:t>
      </w:r>
    </w:p>
    <w:p>
      <w:pPr>
        <w:pStyle w:val="Heading1"/>
        <w:spacing w:before="240" w:after="120"/>
        <w:pBdr>
          <w:bottom w:val="single" w:sz="12" w:space="4" w:color="C8A96A"/>
        </w:pBdr>
      </w:pPr>
      <w:r>
        <w:rPr>
          <w:rFonts w:ascii="Arial" w:hAnsi="Arial" w:eastAsia="Arial"/>
          <w:b/>
          <w:i w:val="0"/>
          <w:color w:val="2F3338"/>
          <w:sz w:val="32"/>
        </w:rPr>
        <w:t>07. BẢNG GÓI DỊCH VỤ CHI TIẾT</w:t>
      </w:r>
    </w:p>
    <w:tbl>
      <w:tblPr>
        <w:tblStyle w:val="TableGrid"/>
        <w:tblW w:type="auto" w:w="0"/>
        <w:jc w:val="center"/>
        <w:tblLook w:firstColumn="1" w:firstRow="1" w:lastColumn="0" w:lastRow="0" w:noHBand="0" w:noVBand="1" w:val="04A0"/>
        <w:tblBorders>
          <w:top w:val="single" w:sz="5" w:space="0" w:color="E7D2A5"/>
          <w:left w:val="single" w:sz="5" w:space="0" w:color="E7D2A5"/>
          <w:bottom w:val="single" w:sz="5" w:space="0" w:color="E7D2A5"/>
          <w:right w:val="single" w:sz="5" w:space="0" w:color="E7D2A5"/>
          <w:insideH w:val="single" w:sz="5" w:space="0" w:color="E7D2A5"/>
          <w:insideV w:val="single" w:sz="5" w:space="0" w:color="E7D2A5"/>
        </w:tblBorders>
      </w:tblPr>
      <w:tblGrid>
        <w:gridCol w:w="2592"/>
        <w:gridCol w:w="2592"/>
        <w:gridCol w:w="2592"/>
        <w:gridCol w:w="2592"/>
      </w:tblGrid>
      <w:tr>
        <w:trPr>
          <w:tblHeader w:val="true"/>
        </w:trPr>
        <w:tc>
          <w:tcPr>
            <w:tcW w:type="dxa" w:w="680"/>
            <w:shd w:fill="C8A96A"/>
            <w:tcMar>
              <w:top w:w="80" w:type="dxa"/>
              <w:start w:w="70" w:type="dxa"/>
              <w:bottom w:w="80" w:type="dxa"/>
              <w:end w:w="70" w:type="dxa"/>
            </w:tcMar>
          </w:tcPr>
          <w:p>
            <w:pPr>
              <w:spacing w:after="0"/>
              <w:jc w:val="center"/>
            </w:pPr>
            <w:r>
              <w:rPr>
                <w:rFonts w:ascii="Arial" w:hAnsi="Arial" w:eastAsia="Arial"/>
              </w:rPr>
            </w:r>
            <w:r>
              <w:rPr>
                <w:rFonts w:ascii="Arial" w:hAnsi="Arial" w:eastAsia="Arial"/>
                <w:b/>
                <w:color w:val="FFFFFF"/>
                <w:sz w:val="15"/>
              </w:rPr>
              <w:t>Mã</w:t>
            </w:r>
          </w:p>
        </w:tc>
        <w:tc>
          <w:tcPr>
            <w:tcW w:type="dxa" w:w="1984"/>
            <w:shd w:fill="C8A96A"/>
            <w:tcMar>
              <w:top w:w="80" w:type="dxa"/>
              <w:start w:w="70" w:type="dxa"/>
              <w:bottom w:w="80" w:type="dxa"/>
              <w:end w:w="70" w:type="dxa"/>
            </w:tcMar>
          </w:tcPr>
          <w:p>
            <w:pPr>
              <w:spacing w:after="0"/>
              <w:jc w:val="center"/>
            </w:pPr>
            <w:r>
              <w:rPr>
                <w:rFonts w:ascii="Arial" w:hAnsi="Arial" w:eastAsia="Arial"/>
              </w:rPr>
            </w:r>
            <w:r>
              <w:rPr>
                <w:rFonts w:ascii="Arial" w:hAnsi="Arial" w:eastAsia="Arial"/>
                <w:b/>
                <w:color w:val="FFFFFF"/>
                <w:sz w:val="15"/>
              </w:rPr>
              <w:t>Tên gói</w:t>
            </w:r>
          </w:p>
        </w:tc>
        <w:tc>
          <w:tcPr>
            <w:tcW w:type="dxa" w:w="3118"/>
            <w:shd w:fill="C8A96A"/>
            <w:tcMar>
              <w:top w:w="80" w:type="dxa"/>
              <w:start w:w="70" w:type="dxa"/>
              <w:bottom w:w="80" w:type="dxa"/>
              <w:end w:w="70" w:type="dxa"/>
            </w:tcMar>
          </w:tcPr>
          <w:p>
            <w:pPr>
              <w:spacing w:after="0"/>
              <w:jc w:val="center"/>
            </w:pPr>
            <w:r>
              <w:rPr>
                <w:rFonts w:ascii="Arial" w:hAnsi="Arial" w:eastAsia="Arial"/>
              </w:rPr>
            </w:r>
            <w:r>
              <w:rPr>
                <w:rFonts w:ascii="Arial" w:hAnsi="Arial" w:eastAsia="Arial"/>
                <w:b/>
                <w:color w:val="FFFFFF"/>
                <w:sz w:val="15"/>
              </w:rPr>
              <w:t>Khi nào phù hợp</w:t>
            </w:r>
          </w:p>
        </w:tc>
        <w:tc>
          <w:tcPr>
            <w:tcW w:type="dxa" w:w="3005"/>
            <w:shd w:fill="C8A96A"/>
            <w:tcMar>
              <w:top w:w="80" w:type="dxa"/>
              <w:start w:w="70" w:type="dxa"/>
              <w:bottom w:w="80" w:type="dxa"/>
              <w:end w:w="70" w:type="dxa"/>
            </w:tcMar>
          </w:tcPr>
          <w:p>
            <w:pPr>
              <w:spacing w:after="0"/>
              <w:jc w:val="center"/>
            </w:pPr>
            <w:r>
              <w:rPr>
                <w:rFonts w:ascii="Arial" w:hAnsi="Arial" w:eastAsia="Arial"/>
              </w:rPr>
            </w:r>
            <w:r>
              <w:rPr>
                <w:rFonts w:ascii="Arial" w:hAnsi="Arial" w:eastAsia="Arial"/>
                <w:b/>
                <w:color w:val="FFFFFF"/>
                <w:sz w:val="15"/>
              </w:rPr>
              <w:t>Đầu ra chính</w:t>
            </w:r>
          </w:p>
        </w:tc>
      </w:tr>
      <w:tr>
        <w:tc>
          <w:tcPr>
            <w:tcW w:type="dxa" w:w="680"/>
            <w:tcMar>
              <w:top w:w="70" w:type="dxa"/>
              <w:start w:w="65" w:type="dxa"/>
              <w:bottom w:w="70" w:type="dxa"/>
              <w:end w:w="65" w:type="dxa"/>
            </w:tcMar>
            <w:vAlign w:val="top"/>
          </w:tcPr>
          <w:p>
            <w:pPr>
              <w:spacing w:after="0"/>
            </w:pPr>
            <w:r>
              <w:rPr>
                <w:rFonts w:ascii="Arial" w:hAnsi="Arial" w:eastAsia="Arial"/>
              </w:rPr>
            </w:r>
            <w:r>
              <w:rPr>
                <w:rFonts w:ascii="Arial" w:hAnsi="Arial" w:eastAsia="Arial"/>
                <w:b w:val="0"/>
                <w:sz w:val="15"/>
              </w:rPr>
              <w:t>A0</w:t>
            </w:r>
          </w:p>
        </w:tc>
        <w:tc>
          <w:tcPr>
            <w:tcW w:type="dxa" w:w="1984"/>
            <w:tcMar>
              <w:top w:w="70" w:type="dxa"/>
              <w:start w:w="65" w:type="dxa"/>
              <w:bottom w:w="70" w:type="dxa"/>
              <w:end w:w="65" w:type="dxa"/>
            </w:tcMar>
            <w:vAlign w:val="top"/>
          </w:tcPr>
          <w:p>
            <w:pPr>
              <w:spacing w:after="0"/>
            </w:pPr>
            <w:r>
              <w:rPr>
                <w:rFonts w:ascii="Arial" w:hAnsi="Arial" w:eastAsia="Arial"/>
              </w:rPr>
            </w:r>
            <w:r>
              <w:rPr>
                <w:rFonts w:ascii="Arial" w:hAnsi="Arial" w:eastAsia="Arial"/>
                <w:b w:val="0"/>
                <w:sz w:val="15"/>
              </w:rPr>
              <w:t>Tư vấn định hướng nhanh</w:t>
            </w:r>
          </w:p>
        </w:tc>
        <w:tc>
          <w:tcPr>
            <w:tcW w:type="dxa" w:w="3118"/>
            <w:tcMar>
              <w:top w:w="70" w:type="dxa"/>
              <w:start w:w="65" w:type="dxa"/>
              <w:bottom w:w="70" w:type="dxa"/>
              <w:end w:w="65" w:type="dxa"/>
            </w:tcMar>
            <w:vAlign w:val="top"/>
          </w:tcPr>
          <w:p>
            <w:pPr>
              <w:spacing w:after="0"/>
            </w:pPr>
            <w:r>
              <w:rPr>
                <w:rFonts w:ascii="Arial" w:hAnsi="Arial" w:eastAsia="Arial"/>
              </w:rPr>
            </w:r>
            <w:r>
              <w:rPr>
                <w:rFonts w:ascii="Arial" w:hAnsi="Arial" w:eastAsia="Arial"/>
                <w:b w:val="0"/>
                <w:sz w:val="15"/>
              </w:rPr>
              <w:t>Khách mới có ý tưởng, chưa rõ bắt đầu từ đâu.</w:t>
            </w:r>
          </w:p>
        </w:tc>
        <w:tc>
          <w:tcPr>
            <w:tcW w:type="dxa" w:w="3005"/>
            <w:tcMar>
              <w:top w:w="70" w:type="dxa"/>
              <w:start w:w="65" w:type="dxa"/>
              <w:bottom w:w="70" w:type="dxa"/>
              <w:end w:w="65" w:type="dxa"/>
            </w:tcMar>
            <w:vAlign w:val="top"/>
          </w:tcPr>
          <w:p>
            <w:pPr>
              <w:spacing w:after="0"/>
            </w:pPr>
            <w:r>
              <w:rPr>
                <w:rFonts w:ascii="Arial" w:hAnsi="Arial" w:eastAsia="Arial"/>
              </w:rPr>
            </w:r>
            <w:r>
              <w:rPr>
                <w:rFonts w:ascii="Arial" w:hAnsi="Arial" w:eastAsia="Arial"/>
                <w:b w:val="0"/>
                <w:sz w:val="15"/>
              </w:rPr>
              <w:t>Buổi tư vấn online/offline, danh sách thông tin cần chuẩn bị, gợi ý bước tiếp theo.</w:t>
            </w:r>
          </w:p>
        </w:tc>
      </w:tr>
      <w:tr>
        <w:tc>
          <w:tcPr>
            <w:tcW w:type="dxa" w:w="680"/>
            <w:tcMar>
              <w:top w:w="70" w:type="dxa"/>
              <w:start w:w="65" w:type="dxa"/>
              <w:bottom w:w="70" w:type="dxa"/>
              <w:end w:w="65" w:type="dxa"/>
            </w:tcMar>
            <w:vAlign w:val="top"/>
            <w:shd w:fill="FAF9F6"/>
          </w:tcPr>
          <w:p>
            <w:pPr>
              <w:spacing w:after="0"/>
            </w:pPr>
            <w:r>
              <w:rPr>
                <w:rFonts w:ascii="Arial" w:hAnsi="Arial" w:eastAsia="Arial"/>
              </w:rPr>
            </w:r>
            <w:r>
              <w:rPr>
                <w:rFonts w:ascii="Arial" w:hAnsi="Arial" w:eastAsia="Arial"/>
                <w:b w:val="0"/>
                <w:sz w:val="15"/>
              </w:rPr>
              <w:t>A1</w:t>
            </w:r>
          </w:p>
        </w:tc>
        <w:tc>
          <w:tcPr>
            <w:tcW w:type="dxa" w:w="1984"/>
            <w:tcMar>
              <w:top w:w="70" w:type="dxa"/>
              <w:start w:w="65" w:type="dxa"/>
              <w:bottom w:w="70" w:type="dxa"/>
              <w:end w:w="65" w:type="dxa"/>
            </w:tcMar>
            <w:vAlign w:val="top"/>
            <w:shd w:fill="FAF9F6"/>
          </w:tcPr>
          <w:p>
            <w:pPr>
              <w:spacing w:after="0"/>
            </w:pPr>
            <w:r>
              <w:rPr>
                <w:rFonts w:ascii="Arial" w:hAnsi="Arial" w:eastAsia="Arial"/>
              </w:rPr>
            </w:r>
            <w:r>
              <w:rPr>
                <w:rFonts w:ascii="Arial" w:hAnsi="Arial" w:eastAsia="Arial"/>
                <w:b w:val="0"/>
                <w:sz w:val="15"/>
              </w:rPr>
              <w:t>Khai vấn nhu cầu &amp; lập brief</w:t>
            </w:r>
          </w:p>
        </w:tc>
        <w:tc>
          <w:tcPr>
            <w:tcW w:type="dxa" w:w="3118"/>
            <w:tcMar>
              <w:top w:w="70" w:type="dxa"/>
              <w:start w:w="65" w:type="dxa"/>
              <w:bottom w:w="70" w:type="dxa"/>
              <w:end w:w="65" w:type="dxa"/>
            </w:tcMar>
            <w:vAlign w:val="top"/>
            <w:shd w:fill="FAF9F6"/>
          </w:tcPr>
          <w:p>
            <w:pPr>
              <w:spacing w:after="0"/>
            </w:pPr>
            <w:r>
              <w:rPr>
                <w:rFonts w:ascii="Arial" w:hAnsi="Arial" w:eastAsia="Arial"/>
              </w:rPr>
            </w:r>
            <w:r>
              <w:rPr>
                <w:rFonts w:ascii="Arial" w:hAnsi="Arial" w:eastAsia="Arial"/>
                <w:b w:val="0"/>
                <w:sz w:val="15"/>
              </w:rPr>
              <w:t>Khách chuẩn bị làm nhà/cải tạo/nội thất nhưng nhu cầu còn mơ hồ.</w:t>
            </w:r>
          </w:p>
        </w:tc>
        <w:tc>
          <w:tcPr>
            <w:tcW w:type="dxa" w:w="3005"/>
            <w:tcMar>
              <w:top w:w="70" w:type="dxa"/>
              <w:start w:w="65" w:type="dxa"/>
              <w:bottom w:w="70" w:type="dxa"/>
              <w:end w:w="65" w:type="dxa"/>
            </w:tcMar>
            <w:vAlign w:val="top"/>
            <w:shd w:fill="FAF9F6"/>
          </w:tcPr>
          <w:p>
            <w:pPr>
              <w:spacing w:after="0"/>
            </w:pPr>
            <w:r>
              <w:rPr>
                <w:rFonts w:ascii="Arial" w:hAnsi="Arial" w:eastAsia="Arial"/>
              </w:rPr>
            </w:r>
            <w:r>
              <w:rPr>
                <w:rFonts w:ascii="Arial" w:hAnsi="Arial" w:eastAsia="Arial"/>
                <w:b w:val="0"/>
                <w:sz w:val="15"/>
              </w:rPr>
              <w:t>Project/Design Brief: công năng, phong cách, ngân sách, ưu tiên, rủi ro, danh sách câu hỏi.</w:t>
            </w:r>
          </w:p>
        </w:tc>
      </w:tr>
      <w:tr>
        <w:tc>
          <w:tcPr>
            <w:tcW w:type="dxa" w:w="680"/>
            <w:tcMar>
              <w:top w:w="70" w:type="dxa"/>
              <w:start w:w="65" w:type="dxa"/>
              <w:bottom w:w="70" w:type="dxa"/>
              <w:end w:w="65" w:type="dxa"/>
            </w:tcMar>
            <w:vAlign w:val="top"/>
          </w:tcPr>
          <w:p>
            <w:pPr>
              <w:spacing w:after="0"/>
            </w:pPr>
            <w:r>
              <w:rPr>
                <w:rFonts w:ascii="Arial" w:hAnsi="Arial" w:eastAsia="Arial"/>
              </w:rPr>
            </w:r>
            <w:r>
              <w:rPr>
                <w:rFonts w:ascii="Arial" w:hAnsi="Arial" w:eastAsia="Arial"/>
                <w:b w:val="0"/>
                <w:sz w:val="15"/>
              </w:rPr>
              <w:t>A2</w:t>
            </w:r>
          </w:p>
        </w:tc>
        <w:tc>
          <w:tcPr>
            <w:tcW w:type="dxa" w:w="1984"/>
            <w:tcMar>
              <w:top w:w="70" w:type="dxa"/>
              <w:start w:w="65" w:type="dxa"/>
              <w:bottom w:w="70" w:type="dxa"/>
              <w:end w:w="65" w:type="dxa"/>
            </w:tcMar>
            <w:vAlign w:val="top"/>
          </w:tcPr>
          <w:p>
            <w:pPr>
              <w:spacing w:after="0"/>
            </w:pPr>
            <w:r>
              <w:rPr>
                <w:rFonts w:ascii="Arial" w:hAnsi="Arial" w:eastAsia="Arial"/>
              </w:rPr>
            </w:r>
            <w:r>
              <w:rPr>
                <w:rFonts w:ascii="Arial" w:hAnsi="Arial" w:eastAsia="Arial"/>
                <w:b w:val="0"/>
                <w:sz w:val="15"/>
              </w:rPr>
              <w:t>Khảo sát hiện trạng &amp; cảnh báo rủi ro</w:t>
            </w:r>
          </w:p>
        </w:tc>
        <w:tc>
          <w:tcPr>
            <w:tcW w:type="dxa" w:w="3118"/>
            <w:tcMar>
              <w:top w:w="70" w:type="dxa"/>
              <w:start w:w="65" w:type="dxa"/>
              <w:bottom w:w="70" w:type="dxa"/>
              <w:end w:w="65" w:type="dxa"/>
            </w:tcMar>
            <w:vAlign w:val="top"/>
          </w:tcPr>
          <w:p>
            <w:pPr>
              <w:spacing w:after="0"/>
            </w:pPr>
            <w:r>
              <w:rPr>
                <w:rFonts w:ascii="Arial" w:hAnsi="Arial" w:eastAsia="Arial"/>
              </w:rPr>
            </w:r>
            <w:r>
              <w:rPr>
                <w:rFonts w:ascii="Arial" w:hAnsi="Arial" w:eastAsia="Arial"/>
                <w:b w:val="0"/>
                <w:sz w:val="15"/>
              </w:rPr>
              <w:t>Nhà cũ, căn hộ bàn giao, mặt bằng thuê, công trình có nhiều ràng buộc.</w:t>
            </w:r>
          </w:p>
        </w:tc>
        <w:tc>
          <w:tcPr>
            <w:tcW w:type="dxa" w:w="3005"/>
            <w:tcMar>
              <w:top w:w="70" w:type="dxa"/>
              <w:start w:w="65" w:type="dxa"/>
              <w:bottom w:w="70" w:type="dxa"/>
              <w:end w:w="65" w:type="dxa"/>
            </w:tcMar>
            <w:vAlign w:val="top"/>
          </w:tcPr>
          <w:p>
            <w:pPr>
              <w:spacing w:after="0"/>
            </w:pPr>
            <w:r>
              <w:rPr>
                <w:rFonts w:ascii="Arial" w:hAnsi="Arial" w:eastAsia="Arial"/>
              </w:rPr>
            </w:r>
            <w:r>
              <w:rPr>
                <w:rFonts w:ascii="Arial" w:hAnsi="Arial" w:eastAsia="Arial"/>
                <w:b w:val="0"/>
                <w:sz w:val="15"/>
              </w:rPr>
              <w:t>Biên bản khảo sát, ảnh chú thích, risk list, đề xuất hướng xử lý.</w:t>
            </w:r>
          </w:p>
        </w:tc>
      </w:tr>
      <w:tr>
        <w:tc>
          <w:tcPr>
            <w:tcW w:type="dxa" w:w="680"/>
            <w:tcMar>
              <w:top w:w="70" w:type="dxa"/>
              <w:start w:w="65" w:type="dxa"/>
              <w:bottom w:w="70" w:type="dxa"/>
              <w:end w:w="65" w:type="dxa"/>
            </w:tcMar>
            <w:vAlign w:val="top"/>
            <w:shd w:fill="FAF9F6"/>
          </w:tcPr>
          <w:p>
            <w:pPr>
              <w:spacing w:after="0"/>
            </w:pPr>
            <w:r>
              <w:rPr>
                <w:rFonts w:ascii="Arial" w:hAnsi="Arial" w:eastAsia="Arial"/>
              </w:rPr>
            </w:r>
            <w:r>
              <w:rPr>
                <w:rFonts w:ascii="Arial" w:hAnsi="Arial" w:eastAsia="Arial"/>
                <w:b w:val="0"/>
                <w:sz w:val="15"/>
              </w:rPr>
              <w:t>A3</w:t>
            </w:r>
          </w:p>
        </w:tc>
        <w:tc>
          <w:tcPr>
            <w:tcW w:type="dxa" w:w="1984"/>
            <w:tcMar>
              <w:top w:w="70" w:type="dxa"/>
              <w:start w:w="65" w:type="dxa"/>
              <w:bottom w:w="70" w:type="dxa"/>
              <w:end w:w="65" w:type="dxa"/>
            </w:tcMar>
            <w:vAlign w:val="top"/>
            <w:shd w:fill="FAF9F6"/>
          </w:tcPr>
          <w:p>
            <w:pPr>
              <w:spacing w:after="0"/>
            </w:pPr>
            <w:r>
              <w:rPr>
                <w:rFonts w:ascii="Arial" w:hAnsi="Arial" w:eastAsia="Arial"/>
              </w:rPr>
            </w:r>
            <w:r>
              <w:rPr>
                <w:rFonts w:ascii="Arial" w:hAnsi="Arial" w:eastAsia="Arial"/>
                <w:b w:val="0"/>
                <w:sz w:val="15"/>
              </w:rPr>
              <w:t>Lộ trình làm nhà &amp; chia gói công việc</w:t>
            </w:r>
          </w:p>
        </w:tc>
        <w:tc>
          <w:tcPr>
            <w:tcW w:type="dxa" w:w="3118"/>
            <w:tcMar>
              <w:top w:w="70" w:type="dxa"/>
              <w:start w:w="65" w:type="dxa"/>
              <w:bottom w:w="70" w:type="dxa"/>
              <w:end w:w="65" w:type="dxa"/>
            </w:tcMar>
            <w:vAlign w:val="top"/>
            <w:shd w:fill="FAF9F6"/>
          </w:tcPr>
          <w:p>
            <w:pPr>
              <w:spacing w:after="0"/>
            </w:pPr>
            <w:r>
              <w:rPr>
                <w:rFonts w:ascii="Arial" w:hAnsi="Arial" w:eastAsia="Arial"/>
              </w:rPr>
            </w:r>
            <w:r>
              <w:rPr>
                <w:rFonts w:ascii="Arial" w:hAnsi="Arial" w:eastAsia="Arial"/>
                <w:b w:val="0"/>
                <w:sz w:val="15"/>
              </w:rPr>
              <w:t>Khách muốn biết tổng hành trình trước khi ký với các bên.</w:t>
            </w:r>
          </w:p>
        </w:tc>
        <w:tc>
          <w:tcPr>
            <w:tcW w:type="dxa" w:w="3005"/>
            <w:tcMar>
              <w:top w:w="70" w:type="dxa"/>
              <w:start w:w="65" w:type="dxa"/>
              <w:bottom w:w="70" w:type="dxa"/>
              <w:end w:w="65" w:type="dxa"/>
            </w:tcMar>
            <w:vAlign w:val="top"/>
            <w:shd w:fill="FAF9F6"/>
          </w:tcPr>
          <w:p>
            <w:pPr>
              <w:spacing w:after="0"/>
            </w:pPr>
            <w:r>
              <w:rPr>
                <w:rFonts w:ascii="Arial" w:hAnsi="Arial" w:eastAsia="Arial"/>
              </w:rPr>
            </w:r>
            <w:r>
              <w:rPr>
                <w:rFonts w:ascii="Arial" w:hAnsi="Arial" w:eastAsia="Arial"/>
                <w:b w:val="0"/>
                <w:sz w:val="15"/>
              </w:rPr>
              <w:t>Roadmap, sơ đồ gói việc, mốc ra quyết định, mốc thanh toán khuyến nghị.</w:t>
            </w:r>
          </w:p>
        </w:tc>
      </w:tr>
      <w:tr>
        <w:tc>
          <w:tcPr>
            <w:tcW w:type="dxa" w:w="680"/>
            <w:tcMar>
              <w:top w:w="70" w:type="dxa"/>
              <w:start w:w="65" w:type="dxa"/>
              <w:bottom w:w="70" w:type="dxa"/>
              <w:end w:w="65" w:type="dxa"/>
            </w:tcMar>
            <w:vAlign w:val="top"/>
          </w:tcPr>
          <w:p>
            <w:pPr>
              <w:spacing w:after="0"/>
            </w:pPr>
            <w:r>
              <w:rPr>
                <w:rFonts w:ascii="Arial" w:hAnsi="Arial" w:eastAsia="Arial"/>
              </w:rPr>
            </w:r>
            <w:r>
              <w:rPr>
                <w:rFonts w:ascii="Arial" w:hAnsi="Arial" w:eastAsia="Arial"/>
                <w:b w:val="0"/>
                <w:sz w:val="15"/>
              </w:rPr>
              <w:t>B1</w:t>
            </w:r>
          </w:p>
        </w:tc>
        <w:tc>
          <w:tcPr>
            <w:tcW w:type="dxa" w:w="1984"/>
            <w:tcMar>
              <w:top w:w="70" w:type="dxa"/>
              <w:start w:w="65" w:type="dxa"/>
              <w:bottom w:w="70" w:type="dxa"/>
              <w:end w:w="65" w:type="dxa"/>
            </w:tcMar>
            <w:vAlign w:val="top"/>
          </w:tcPr>
          <w:p>
            <w:pPr>
              <w:spacing w:after="0"/>
            </w:pPr>
            <w:r>
              <w:rPr>
                <w:rFonts w:ascii="Arial" w:hAnsi="Arial" w:eastAsia="Arial"/>
              </w:rPr>
            </w:r>
            <w:r>
              <w:rPr>
                <w:rFonts w:ascii="Arial" w:hAnsi="Arial" w:eastAsia="Arial"/>
                <w:b w:val="0"/>
                <w:sz w:val="15"/>
              </w:rPr>
              <w:t>Rà layout/công năng</w:t>
            </w:r>
          </w:p>
        </w:tc>
        <w:tc>
          <w:tcPr>
            <w:tcW w:type="dxa" w:w="3118"/>
            <w:tcMar>
              <w:top w:w="70" w:type="dxa"/>
              <w:start w:w="65" w:type="dxa"/>
              <w:bottom w:w="70" w:type="dxa"/>
              <w:end w:w="65" w:type="dxa"/>
            </w:tcMar>
            <w:vAlign w:val="top"/>
          </w:tcPr>
          <w:p>
            <w:pPr>
              <w:spacing w:after="0"/>
            </w:pPr>
            <w:r>
              <w:rPr>
                <w:rFonts w:ascii="Arial" w:hAnsi="Arial" w:eastAsia="Arial"/>
              </w:rPr>
            </w:r>
            <w:r>
              <w:rPr>
                <w:rFonts w:ascii="Arial" w:hAnsi="Arial" w:eastAsia="Arial"/>
                <w:b w:val="0"/>
                <w:sz w:val="15"/>
              </w:rPr>
              <w:t>Khách đã có mặt bằng/ý tưởng/thiết kế sơ bộ.</w:t>
            </w:r>
          </w:p>
        </w:tc>
        <w:tc>
          <w:tcPr>
            <w:tcW w:type="dxa" w:w="3005"/>
            <w:tcMar>
              <w:top w:w="70" w:type="dxa"/>
              <w:start w:w="65" w:type="dxa"/>
              <w:bottom w:w="70" w:type="dxa"/>
              <w:end w:w="65" w:type="dxa"/>
            </w:tcMar>
            <w:vAlign w:val="top"/>
          </w:tcPr>
          <w:p>
            <w:pPr>
              <w:spacing w:after="0"/>
            </w:pPr>
            <w:r>
              <w:rPr>
                <w:rFonts w:ascii="Arial" w:hAnsi="Arial" w:eastAsia="Arial"/>
              </w:rPr>
            </w:r>
            <w:r>
              <w:rPr>
                <w:rFonts w:ascii="Arial" w:hAnsi="Arial" w:eastAsia="Arial"/>
                <w:b w:val="0"/>
                <w:sz w:val="15"/>
              </w:rPr>
              <w:t>Nhận xét công năng, luồng đi, lưu trữ, bếp, WC, ánh sáng, lỗi cần sửa.</w:t>
            </w:r>
          </w:p>
        </w:tc>
      </w:tr>
      <w:tr>
        <w:tc>
          <w:tcPr>
            <w:tcW w:type="dxa" w:w="680"/>
            <w:tcMar>
              <w:top w:w="70" w:type="dxa"/>
              <w:start w:w="65" w:type="dxa"/>
              <w:bottom w:w="70" w:type="dxa"/>
              <w:end w:w="65" w:type="dxa"/>
            </w:tcMar>
            <w:vAlign w:val="top"/>
            <w:shd w:fill="FAF9F6"/>
          </w:tcPr>
          <w:p>
            <w:pPr>
              <w:spacing w:after="0"/>
            </w:pPr>
            <w:r>
              <w:rPr>
                <w:rFonts w:ascii="Arial" w:hAnsi="Arial" w:eastAsia="Arial"/>
              </w:rPr>
            </w:r>
            <w:r>
              <w:rPr>
                <w:rFonts w:ascii="Arial" w:hAnsi="Arial" w:eastAsia="Arial"/>
                <w:b w:val="0"/>
                <w:sz w:val="15"/>
              </w:rPr>
              <w:t>B2</w:t>
            </w:r>
          </w:p>
        </w:tc>
        <w:tc>
          <w:tcPr>
            <w:tcW w:type="dxa" w:w="1984"/>
            <w:tcMar>
              <w:top w:w="70" w:type="dxa"/>
              <w:start w:w="65" w:type="dxa"/>
              <w:bottom w:w="70" w:type="dxa"/>
              <w:end w:w="65" w:type="dxa"/>
            </w:tcMar>
            <w:vAlign w:val="top"/>
            <w:shd w:fill="FAF9F6"/>
          </w:tcPr>
          <w:p>
            <w:pPr>
              <w:spacing w:after="0"/>
            </w:pPr>
            <w:r>
              <w:rPr>
                <w:rFonts w:ascii="Arial" w:hAnsi="Arial" w:eastAsia="Arial"/>
              </w:rPr>
            </w:r>
            <w:r>
              <w:rPr>
                <w:rFonts w:ascii="Arial" w:hAnsi="Arial" w:eastAsia="Arial"/>
                <w:b w:val="0"/>
                <w:sz w:val="15"/>
              </w:rPr>
              <w:t>Rà concept/phong cách</w:t>
            </w:r>
          </w:p>
        </w:tc>
        <w:tc>
          <w:tcPr>
            <w:tcW w:type="dxa" w:w="3118"/>
            <w:tcMar>
              <w:top w:w="70" w:type="dxa"/>
              <w:start w:w="65" w:type="dxa"/>
              <w:bottom w:w="70" w:type="dxa"/>
              <w:end w:w="65" w:type="dxa"/>
            </w:tcMar>
            <w:vAlign w:val="top"/>
            <w:shd w:fill="FAF9F6"/>
          </w:tcPr>
          <w:p>
            <w:pPr>
              <w:spacing w:after="0"/>
            </w:pPr>
            <w:r>
              <w:rPr>
                <w:rFonts w:ascii="Arial" w:hAnsi="Arial" w:eastAsia="Arial"/>
              </w:rPr>
            </w:r>
            <w:r>
              <w:rPr>
                <w:rFonts w:ascii="Arial" w:hAnsi="Arial" w:eastAsia="Arial"/>
                <w:b w:val="0"/>
                <w:sz w:val="15"/>
              </w:rPr>
              <w:t>Khách phân vân style, moodboard, vật liệu, mức độ sang.</w:t>
            </w:r>
          </w:p>
        </w:tc>
        <w:tc>
          <w:tcPr>
            <w:tcW w:type="dxa" w:w="3005"/>
            <w:tcMar>
              <w:top w:w="70" w:type="dxa"/>
              <w:start w:w="65" w:type="dxa"/>
              <w:bottom w:w="70" w:type="dxa"/>
              <w:end w:w="65" w:type="dxa"/>
            </w:tcMar>
            <w:vAlign w:val="top"/>
            <w:shd w:fill="FAF9F6"/>
          </w:tcPr>
          <w:p>
            <w:pPr>
              <w:spacing w:after="0"/>
            </w:pPr>
            <w:r>
              <w:rPr>
                <w:rFonts w:ascii="Arial" w:hAnsi="Arial" w:eastAsia="Arial"/>
              </w:rPr>
            </w:r>
            <w:r>
              <w:rPr>
                <w:rFonts w:ascii="Arial" w:hAnsi="Arial" w:eastAsia="Arial"/>
                <w:b w:val="0"/>
                <w:sz w:val="15"/>
              </w:rPr>
              <w:t>Báo cáo nhận xét phong cách, bảng gợi ý điều chỉnh, cảnh báo sến/rối/sai bối cảnh.</w:t>
            </w:r>
          </w:p>
        </w:tc>
      </w:tr>
      <w:tr>
        <w:tc>
          <w:tcPr>
            <w:tcW w:type="dxa" w:w="680"/>
            <w:tcMar>
              <w:top w:w="70" w:type="dxa"/>
              <w:start w:w="65" w:type="dxa"/>
              <w:bottom w:w="70" w:type="dxa"/>
              <w:end w:w="65" w:type="dxa"/>
            </w:tcMar>
            <w:vAlign w:val="top"/>
          </w:tcPr>
          <w:p>
            <w:pPr>
              <w:spacing w:after="0"/>
            </w:pPr>
            <w:r>
              <w:rPr>
                <w:rFonts w:ascii="Arial" w:hAnsi="Arial" w:eastAsia="Arial"/>
              </w:rPr>
            </w:r>
            <w:r>
              <w:rPr>
                <w:rFonts w:ascii="Arial" w:hAnsi="Arial" w:eastAsia="Arial"/>
                <w:b w:val="0"/>
                <w:sz w:val="15"/>
              </w:rPr>
              <w:t>B3</w:t>
            </w:r>
          </w:p>
        </w:tc>
        <w:tc>
          <w:tcPr>
            <w:tcW w:type="dxa" w:w="1984"/>
            <w:tcMar>
              <w:top w:w="70" w:type="dxa"/>
              <w:start w:w="65" w:type="dxa"/>
              <w:bottom w:w="70" w:type="dxa"/>
              <w:end w:w="65" w:type="dxa"/>
            </w:tcMar>
            <w:vAlign w:val="top"/>
          </w:tcPr>
          <w:p>
            <w:pPr>
              <w:spacing w:after="0"/>
            </w:pPr>
            <w:r>
              <w:rPr>
                <w:rFonts w:ascii="Arial" w:hAnsi="Arial" w:eastAsia="Arial"/>
              </w:rPr>
            </w:r>
            <w:r>
              <w:rPr>
                <w:rFonts w:ascii="Arial" w:hAnsi="Arial" w:eastAsia="Arial"/>
                <w:b w:val="0"/>
                <w:sz w:val="15"/>
              </w:rPr>
              <w:t>Tổ chức lựa chọn đơn vị thiết kế</w:t>
            </w:r>
          </w:p>
        </w:tc>
        <w:tc>
          <w:tcPr>
            <w:tcW w:type="dxa" w:w="3118"/>
            <w:tcMar>
              <w:top w:w="70" w:type="dxa"/>
              <w:start w:w="65" w:type="dxa"/>
              <w:bottom w:w="70" w:type="dxa"/>
              <w:end w:w="65" w:type="dxa"/>
            </w:tcMar>
            <w:vAlign w:val="top"/>
          </w:tcPr>
          <w:p>
            <w:pPr>
              <w:spacing w:after="0"/>
            </w:pPr>
            <w:r>
              <w:rPr>
                <w:rFonts w:ascii="Arial" w:hAnsi="Arial" w:eastAsia="Arial"/>
              </w:rPr>
            </w:r>
            <w:r>
              <w:rPr>
                <w:rFonts w:ascii="Arial" w:hAnsi="Arial" w:eastAsia="Arial"/>
                <w:b w:val="0"/>
                <w:sz w:val="15"/>
              </w:rPr>
              <w:t>Khách chưa biết chọn kiến trúc sư/studio nào.</w:t>
            </w:r>
          </w:p>
        </w:tc>
        <w:tc>
          <w:tcPr>
            <w:tcW w:type="dxa" w:w="3005"/>
            <w:tcMar>
              <w:top w:w="70" w:type="dxa"/>
              <w:start w:w="65" w:type="dxa"/>
              <w:bottom w:w="70" w:type="dxa"/>
              <w:end w:w="65" w:type="dxa"/>
            </w:tcMar>
            <w:vAlign w:val="top"/>
          </w:tcPr>
          <w:p>
            <w:pPr>
              <w:spacing w:after="0"/>
            </w:pPr>
            <w:r>
              <w:rPr>
                <w:rFonts w:ascii="Arial" w:hAnsi="Arial" w:eastAsia="Arial"/>
              </w:rPr>
            </w:r>
            <w:r>
              <w:rPr>
                <w:rFonts w:ascii="Arial" w:hAnsi="Arial" w:eastAsia="Arial"/>
                <w:b w:val="0"/>
                <w:sz w:val="15"/>
              </w:rPr>
              <w:t>Tiêu chí lựa chọn, danh sách câu hỏi, so sánh đề xuất, hỗ trợ phỏng vấn.</w:t>
            </w:r>
          </w:p>
        </w:tc>
      </w:tr>
      <w:tr>
        <w:tc>
          <w:tcPr>
            <w:tcW w:type="dxa" w:w="680"/>
            <w:tcMar>
              <w:top w:w="70" w:type="dxa"/>
              <w:start w:w="65" w:type="dxa"/>
              <w:bottom w:w="70" w:type="dxa"/>
              <w:end w:w="65" w:type="dxa"/>
            </w:tcMar>
            <w:vAlign w:val="top"/>
            <w:shd w:fill="FAF9F6"/>
          </w:tcPr>
          <w:p>
            <w:pPr>
              <w:spacing w:after="0"/>
            </w:pPr>
            <w:r>
              <w:rPr>
                <w:rFonts w:ascii="Arial" w:hAnsi="Arial" w:eastAsia="Arial"/>
              </w:rPr>
            </w:r>
            <w:r>
              <w:rPr>
                <w:rFonts w:ascii="Arial" w:hAnsi="Arial" w:eastAsia="Arial"/>
                <w:b w:val="0"/>
                <w:sz w:val="15"/>
              </w:rPr>
              <w:t>C1</w:t>
            </w:r>
          </w:p>
        </w:tc>
        <w:tc>
          <w:tcPr>
            <w:tcW w:type="dxa" w:w="1984"/>
            <w:tcMar>
              <w:top w:w="70" w:type="dxa"/>
              <w:start w:w="65" w:type="dxa"/>
              <w:bottom w:w="70" w:type="dxa"/>
              <w:end w:w="65" w:type="dxa"/>
            </w:tcMar>
            <w:vAlign w:val="top"/>
            <w:shd w:fill="FAF9F6"/>
          </w:tcPr>
          <w:p>
            <w:pPr>
              <w:spacing w:after="0"/>
            </w:pPr>
            <w:r>
              <w:rPr>
                <w:rFonts w:ascii="Arial" w:hAnsi="Arial" w:eastAsia="Arial"/>
              </w:rPr>
            </w:r>
            <w:r>
              <w:rPr>
                <w:rFonts w:ascii="Arial" w:hAnsi="Arial" w:eastAsia="Arial"/>
                <w:b w:val="0"/>
                <w:sz w:val="15"/>
              </w:rPr>
              <w:t>Rà BOQ/báo giá</w:t>
            </w:r>
          </w:p>
        </w:tc>
        <w:tc>
          <w:tcPr>
            <w:tcW w:type="dxa" w:w="3118"/>
            <w:tcMar>
              <w:top w:w="70" w:type="dxa"/>
              <w:start w:w="65" w:type="dxa"/>
              <w:bottom w:w="70" w:type="dxa"/>
              <w:end w:w="65" w:type="dxa"/>
            </w:tcMar>
            <w:vAlign w:val="top"/>
            <w:shd w:fill="FAF9F6"/>
          </w:tcPr>
          <w:p>
            <w:pPr>
              <w:spacing w:after="0"/>
            </w:pPr>
            <w:r>
              <w:rPr>
                <w:rFonts w:ascii="Arial" w:hAnsi="Arial" w:eastAsia="Arial"/>
              </w:rPr>
            </w:r>
            <w:r>
              <w:rPr>
                <w:rFonts w:ascii="Arial" w:hAnsi="Arial" w:eastAsia="Arial"/>
                <w:b w:val="0"/>
                <w:sz w:val="15"/>
              </w:rPr>
              <w:t>Khách đã có báo giá từ nhà thầu/xưởng/vật liệu.</w:t>
            </w:r>
          </w:p>
        </w:tc>
        <w:tc>
          <w:tcPr>
            <w:tcW w:type="dxa" w:w="3005"/>
            <w:tcMar>
              <w:top w:w="70" w:type="dxa"/>
              <w:start w:w="65" w:type="dxa"/>
              <w:bottom w:w="70" w:type="dxa"/>
              <w:end w:w="65" w:type="dxa"/>
            </w:tcMar>
            <w:vAlign w:val="top"/>
            <w:shd w:fill="FAF9F6"/>
          </w:tcPr>
          <w:p>
            <w:pPr>
              <w:spacing w:after="0"/>
            </w:pPr>
            <w:r>
              <w:rPr>
                <w:rFonts w:ascii="Arial" w:hAnsi="Arial" w:eastAsia="Arial"/>
              </w:rPr>
            </w:r>
            <w:r>
              <w:rPr>
                <w:rFonts w:ascii="Arial" w:hAnsi="Arial" w:eastAsia="Arial"/>
                <w:b w:val="0"/>
                <w:sz w:val="15"/>
              </w:rPr>
              <w:t>Bảng nhận xét phạm vi, vật liệu, đơn giá, điều khoản, hạng mục thiếu/dễ phát sinh.</w:t>
            </w:r>
          </w:p>
        </w:tc>
      </w:tr>
      <w:tr>
        <w:tc>
          <w:tcPr>
            <w:tcW w:type="dxa" w:w="680"/>
            <w:tcMar>
              <w:top w:w="70" w:type="dxa"/>
              <w:start w:w="65" w:type="dxa"/>
              <w:bottom w:w="70" w:type="dxa"/>
              <w:end w:w="65" w:type="dxa"/>
            </w:tcMar>
            <w:vAlign w:val="top"/>
          </w:tcPr>
          <w:p>
            <w:pPr>
              <w:spacing w:after="0"/>
            </w:pPr>
            <w:r>
              <w:rPr>
                <w:rFonts w:ascii="Arial" w:hAnsi="Arial" w:eastAsia="Arial"/>
              </w:rPr>
            </w:r>
            <w:r>
              <w:rPr>
                <w:rFonts w:ascii="Arial" w:hAnsi="Arial" w:eastAsia="Arial"/>
                <w:b w:val="0"/>
                <w:sz w:val="15"/>
              </w:rPr>
              <w:t>C2</w:t>
            </w:r>
          </w:p>
        </w:tc>
        <w:tc>
          <w:tcPr>
            <w:tcW w:type="dxa" w:w="1984"/>
            <w:tcMar>
              <w:top w:w="70" w:type="dxa"/>
              <w:start w:w="65" w:type="dxa"/>
              <w:bottom w:w="70" w:type="dxa"/>
              <w:end w:w="65" w:type="dxa"/>
            </w:tcMar>
            <w:vAlign w:val="top"/>
          </w:tcPr>
          <w:p>
            <w:pPr>
              <w:spacing w:after="0"/>
            </w:pPr>
            <w:r>
              <w:rPr>
                <w:rFonts w:ascii="Arial" w:hAnsi="Arial" w:eastAsia="Arial"/>
              </w:rPr>
            </w:r>
            <w:r>
              <w:rPr>
                <w:rFonts w:ascii="Arial" w:hAnsi="Arial" w:eastAsia="Arial"/>
                <w:b w:val="0"/>
                <w:sz w:val="15"/>
              </w:rPr>
              <w:t>Tổ chức chọn nhà thầu/xưởng</w:t>
            </w:r>
          </w:p>
        </w:tc>
        <w:tc>
          <w:tcPr>
            <w:tcW w:type="dxa" w:w="3118"/>
            <w:tcMar>
              <w:top w:w="70" w:type="dxa"/>
              <w:start w:w="65" w:type="dxa"/>
              <w:bottom w:w="70" w:type="dxa"/>
              <w:end w:w="65" w:type="dxa"/>
            </w:tcMar>
            <w:vAlign w:val="top"/>
          </w:tcPr>
          <w:p>
            <w:pPr>
              <w:spacing w:after="0"/>
            </w:pPr>
            <w:r>
              <w:rPr>
                <w:rFonts w:ascii="Arial" w:hAnsi="Arial" w:eastAsia="Arial"/>
              </w:rPr>
            </w:r>
            <w:r>
              <w:rPr>
                <w:rFonts w:ascii="Arial" w:hAnsi="Arial" w:eastAsia="Arial"/>
                <w:b w:val="0"/>
                <w:sz w:val="15"/>
              </w:rPr>
              <w:t>Khách cần 2-3 báo giá để so sánh công bằng.</w:t>
            </w:r>
          </w:p>
        </w:tc>
        <w:tc>
          <w:tcPr>
            <w:tcW w:type="dxa" w:w="3005"/>
            <w:tcMar>
              <w:top w:w="70" w:type="dxa"/>
              <w:start w:w="65" w:type="dxa"/>
              <w:bottom w:w="70" w:type="dxa"/>
              <w:end w:w="65" w:type="dxa"/>
            </w:tcMar>
            <w:vAlign w:val="top"/>
          </w:tcPr>
          <w:p>
            <w:pPr>
              <w:spacing w:after="0"/>
            </w:pPr>
            <w:r>
              <w:rPr>
                <w:rFonts w:ascii="Arial" w:hAnsi="Arial" w:eastAsia="Arial"/>
              </w:rPr>
            </w:r>
            <w:r>
              <w:rPr>
                <w:rFonts w:ascii="Arial" w:hAnsi="Arial" w:eastAsia="Arial"/>
                <w:b w:val="0"/>
                <w:sz w:val="15"/>
              </w:rPr>
              <w:t>Phạm vi mời giá, bảng so sánh, đề xuất phương án chọn/đàm phán.</w:t>
            </w:r>
          </w:p>
        </w:tc>
      </w:tr>
      <w:tr>
        <w:tc>
          <w:tcPr>
            <w:tcW w:type="dxa" w:w="680"/>
            <w:tcMar>
              <w:top w:w="70" w:type="dxa"/>
              <w:start w:w="65" w:type="dxa"/>
              <w:bottom w:w="70" w:type="dxa"/>
              <w:end w:w="65" w:type="dxa"/>
            </w:tcMar>
            <w:vAlign w:val="top"/>
            <w:shd w:fill="FAF9F6"/>
          </w:tcPr>
          <w:p>
            <w:pPr>
              <w:spacing w:after="0"/>
            </w:pPr>
            <w:r>
              <w:rPr>
                <w:rFonts w:ascii="Arial" w:hAnsi="Arial" w:eastAsia="Arial"/>
              </w:rPr>
            </w:r>
            <w:r>
              <w:rPr>
                <w:rFonts w:ascii="Arial" w:hAnsi="Arial" w:eastAsia="Arial"/>
                <w:b w:val="0"/>
                <w:sz w:val="15"/>
              </w:rPr>
              <w:t>C3</w:t>
            </w:r>
          </w:p>
        </w:tc>
        <w:tc>
          <w:tcPr>
            <w:tcW w:type="dxa" w:w="1984"/>
            <w:tcMar>
              <w:top w:w="70" w:type="dxa"/>
              <w:start w:w="65" w:type="dxa"/>
              <w:bottom w:w="70" w:type="dxa"/>
              <w:end w:w="65" w:type="dxa"/>
            </w:tcMar>
            <w:vAlign w:val="top"/>
            <w:shd w:fill="FAF9F6"/>
          </w:tcPr>
          <w:p>
            <w:pPr>
              <w:spacing w:after="0"/>
            </w:pPr>
            <w:r>
              <w:rPr>
                <w:rFonts w:ascii="Arial" w:hAnsi="Arial" w:eastAsia="Arial"/>
              </w:rPr>
            </w:r>
            <w:r>
              <w:rPr>
                <w:rFonts w:ascii="Arial" w:hAnsi="Arial" w:eastAsia="Arial"/>
                <w:b w:val="0"/>
                <w:sz w:val="15"/>
              </w:rPr>
              <w:t>Hỗ trợ đàm phán hợp đồng</w:t>
            </w:r>
          </w:p>
        </w:tc>
        <w:tc>
          <w:tcPr>
            <w:tcW w:type="dxa" w:w="3118"/>
            <w:tcMar>
              <w:top w:w="70" w:type="dxa"/>
              <w:start w:w="65" w:type="dxa"/>
              <w:bottom w:w="70" w:type="dxa"/>
              <w:end w:w="65" w:type="dxa"/>
            </w:tcMar>
            <w:vAlign w:val="top"/>
            <w:shd w:fill="FAF9F6"/>
          </w:tcPr>
          <w:p>
            <w:pPr>
              <w:spacing w:after="0"/>
            </w:pPr>
            <w:r>
              <w:rPr>
                <w:rFonts w:ascii="Arial" w:hAnsi="Arial" w:eastAsia="Arial"/>
              </w:rPr>
            </w:r>
            <w:r>
              <w:rPr>
                <w:rFonts w:ascii="Arial" w:hAnsi="Arial" w:eastAsia="Arial"/>
                <w:b w:val="0"/>
                <w:sz w:val="15"/>
              </w:rPr>
              <w:t>Trước khi ký hợp đồng thi công/nội thất.</w:t>
            </w:r>
          </w:p>
        </w:tc>
        <w:tc>
          <w:tcPr>
            <w:tcW w:type="dxa" w:w="3005"/>
            <w:tcMar>
              <w:top w:w="70" w:type="dxa"/>
              <w:start w:w="65" w:type="dxa"/>
              <w:bottom w:w="70" w:type="dxa"/>
              <w:end w:w="65" w:type="dxa"/>
            </w:tcMar>
            <w:vAlign w:val="top"/>
            <w:shd w:fill="FAF9F6"/>
          </w:tcPr>
          <w:p>
            <w:pPr>
              <w:spacing w:after="0"/>
            </w:pPr>
            <w:r>
              <w:rPr>
                <w:rFonts w:ascii="Arial" w:hAnsi="Arial" w:eastAsia="Arial"/>
              </w:rPr>
            </w:r>
            <w:r>
              <w:rPr>
                <w:rFonts w:ascii="Arial" w:hAnsi="Arial" w:eastAsia="Arial"/>
                <w:b w:val="0"/>
                <w:sz w:val="15"/>
              </w:rPr>
              <w:t>Checklist điều khoản, mốc thanh toán, điều kiện nghiệm thu, bảo hành, trách nhiệm.</w:t>
            </w:r>
          </w:p>
        </w:tc>
      </w:tr>
      <w:tr>
        <w:tc>
          <w:tcPr>
            <w:tcW w:type="dxa" w:w="680"/>
            <w:tcMar>
              <w:top w:w="70" w:type="dxa"/>
              <w:start w:w="65" w:type="dxa"/>
              <w:bottom w:w="70" w:type="dxa"/>
              <w:end w:w="65" w:type="dxa"/>
            </w:tcMar>
            <w:vAlign w:val="top"/>
          </w:tcPr>
          <w:p>
            <w:pPr>
              <w:spacing w:after="0"/>
            </w:pPr>
            <w:r>
              <w:rPr>
                <w:rFonts w:ascii="Arial" w:hAnsi="Arial" w:eastAsia="Arial"/>
              </w:rPr>
            </w:r>
            <w:r>
              <w:rPr>
                <w:rFonts w:ascii="Arial" w:hAnsi="Arial" w:eastAsia="Arial"/>
                <w:b w:val="0"/>
                <w:sz w:val="15"/>
              </w:rPr>
              <w:t>D1</w:t>
            </w:r>
          </w:p>
        </w:tc>
        <w:tc>
          <w:tcPr>
            <w:tcW w:type="dxa" w:w="1984"/>
            <w:tcMar>
              <w:top w:w="70" w:type="dxa"/>
              <w:start w:w="65" w:type="dxa"/>
              <w:bottom w:w="70" w:type="dxa"/>
              <w:end w:w="65" w:type="dxa"/>
            </w:tcMar>
            <w:vAlign w:val="top"/>
          </w:tcPr>
          <w:p>
            <w:pPr>
              <w:spacing w:after="0"/>
            </w:pPr>
            <w:r>
              <w:rPr>
                <w:rFonts w:ascii="Arial" w:hAnsi="Arial" w:eastAsia="Arial"/>
              </w:rPr>
            </w:r>
            <w:r>
              <w:rPr>
                <w:rFonts w:ascii="Arial" w:hAnsi="Arial" w:eastAsia="Arial"/>
                <w:b w:val="0"/>
                <w:sz w:val="15"/>
              </w:rPr>
              <w:t>Sourcing vật liệu/thiết bị</w:t>
            </w:r>
          </w:p>
        </w:tc>
        <w:tc>
          <w:tcPr>
            <w:tcW w:type="dxa" w:w="3118"/>
            <w:tcMar>
              <w:top w:w="70" w:type="dxa"/>
              <w:start w:w="65" w:type="dxa"/>
              <w:bottom w:w="70" w:type="dxa"/>
              <w:end w:w="65" w:type="dxa"/>
            </w:tcMar>
            <w:vAlign w:val="top"/>
          </w:tcPr>
          <w:p>
            <w:pPr>
              <w:spacing w:after="0"/>
            </w:pPr>
            <w:r>
              <w:rPr>
                <w:rFonts w:ascii="Arial" w:hAnsi="Arial" w:eastAsia="Arial"/>
              </w:rPr>
            </w:r>
            <w:r>
              <w:rPr>
                <w:rFonts w:ascii="Arial" w:hAnsi="Arial" w:eastAsia="Arial"/>
                <w:b w:val="0"/>
                <w:sz w:val="15"/>
              </w:rPr>
              <w:t>Khách cần chọn sàn, gạch, đá, sơn, đèn, thiết bị vệ sinh, phụ kiện.</w:t>
            </w:r>
          </w:p>
        </w:tc>
        <w:tc>
          <w:tcPr>
            <w:tcW w:type="dxa" w:w="3005"/>
            <w:tcMar>
              <w:top w:w="70" w:type="dxa"/>
              <w:start w:w="65" w:type="dxa"/>
              <w:bottom w:w="70" w:type="dxa"/>
              <w:end w:w="65" w:type="dxa"/>
            </w:tcMar>
            <w:vAlign w:val="top"/>
          </w:tcPr>
          <w:p>
            <w:pPr>
              <w:spacing w:after="0"/>
            </w:pPr>
            <w:r>
              <w:rPr>
                <w:rFonts w:ascii="Arial" w:hAnsi="Arial" w:eastAsia="Arial"/>
              </w:rPr>
            </w:r>
            <w:r>
              <w:rPr>
                <w:rFonts w:ascii="Arial" w:hAnsi="Arial" w:eastAsia="Arial"/>
                <w:b w:val="0"/>
                <w:sz w:val="15"/>
              </w:rPr>
              <w:t>Shortlist vật liệu, so sánh ưu/nhược, gợi ý cấp độ đầu tư.</w:t>
            </w:r>
          </w:p>
        </w:tc>
      </w:tr>
      <w:tr>
        <w:tc>
          <w:tcPr>
            <w:tcW w:type="dxa" w:w="680"/>
            <w:tcMar>
              <w:top w:w="70" w:type="dxa"/>
              <w:start w:w="65" w:type="dxa"/>
              <w:bottom w:w="70" w:type="dxa"/>
              <w:end w:w="65" w:type="dxa"/>
            </w:tcMar>
            <w:vAlign w:val="top"/>
            <w:shd w:fill="FAF9F6"/>
          </w:tcPr>
          <w:p>
            <w:pPr>
              <w:spacing w:after="0"/>
            </w:pPr>
            <w:r>
              <w:rPr>
                <w:rFonts w:ascii="Arial" w:hAnsi="Arial" w:eastAsia="Arial"/>
              </w:rPr>
            </w:r>
            <w:r>
              <w:rPr>
                <w:rFonts w:ascii="Arial" w:hAnsi="Arial" w:eastAsia="Arial"/>
                <w:b w:val="0"/>
                <w:sz w:val="15"/>
              </w:rPr>
              <w:t>D2</w:t>
            </w:r>
          </w:p>
        </w:tc>
        <w:tc>
          <w:tcPr>
            <w:tcW w:type="dxa" w:w="1984"/>
            <w:tcMar>
              <w:top w:w="70" w:type="dxa"/>
              <w:start w:w="65" w:type="dxa"/>
              <w:bottom w:w="70" w:type="dxa"/>
              <w:end w:w="65" w:type="dxa"/>
            </w:tcMar>
            <w:vAlign w:val="top"/>
            <w:shd w:fill="FAF9F6"/>
          </w:tcPr>
          <w:p>
            <w:pPr>
              <w:spacing w:after="0"/>
            </w:pPr>
            <w:r>
              <w:rPr>
                <w:rFonts w:ascii="Arial" w:hAnsi="Arial" w:eastAsia="Arial"/>
              </w:rPr>
            </w:r>
            <w:r>
              <w:rPr>
                <w:rFonts w:ascii="Arial" w:hAnsi="Arial" w:eastAsia="Arial"/>
                <w:b w:val="0"/>
                <w:sz w:val="15"/>
              </w:rPr>
              <w:t>Sourcing đồ rời &amp; decor</w:t>
            </w:r>
          </w:p>
        </w:tc>
        <w:tc>
          <w:tcPr>
            <w:tcW w:type="dxa" w:w="3118"/>
            <w:tcMar>
              <w:top w:w="70" w:type="dxa"/>
              <w:start w:w="65" w:type="dxa"/>
              <w:bottom w:w="70" w:type="dxa"/>
              <w:end w:w="65" w:type="dxa"/>
            </w:tcMar>
            <w:vAlign w:val="top"/>
            <w:shd w:fill="FAF9F6"/>
          </w:tcPr>
          <w:p>
            <w:pPr>
              <w:spacing w:after="0"/>
            </w:pPr>
            <w:r>
              <w:rPr>
                <w:rFonts w:ascii="Arial" w:hAnsi="Arial" w:eastAsia="Arial"/>
              </w:rPr>
            </w:r>
            <w:r>
              <w:rPr>
                <w:rFonts w:ascii="Arial" w:hAnsi="Arial" w:eastAsia="Arial"/>
                <w:b w:val="0"/>
                <w:sz w:val="15"/>
              </w:rPr>
              <w:t>Khách muốn sofa, bàn ghế, rèm, tranh, thảm, đèn, cây phù hợp tổng thể.</w:t>
            </w:r>
          </w:p>
        </w:tc>
        <w:tc>
          <w:tcPr>
            <w:tcW w:type="dxa" w:w="3005"/>
            <w:tcMar>
              <w:top w:w="70" w:type="dxa"/>
              <w:start w:w="65" w:type="dxa"/>
              <w:bottom w:w="70" w:type="dxa"/>
              <w:end w:w="65" w:type="dxa"/>
            </w:tcMar>
            <w:vAlign w:val="top"/>
            <w:shd w:fill="FAF9F6"/>
          </w:tcPr>
          <w:p>
            <w:pPr>
              <w:spacing w:after="0"/>
            </w:pPr>
            <w:r>
              <w:rPr>
                <w:rFonts w:ascii="Arial" w:hAnsi="Arial" w:eastAsia="Arial"/>
              </w:rPr>
            </w:r>
            <w:r>
              <w:rPr>
                <w:rFonts w:ascii="Arial" w:hAnsi="Arial" w:eastAsia="Arial"/>
                <w:b w:val="0"/>
                <w:sz w:val="15"/>
              </w:rPr>
              <w:t>Danh sách sản phẩm đề xuất, kích thước, vị trí, lý do chọn, mức ưu tiên mua.</w:t>
            </w:r>
          </w:p>
        </w:tc>
      </w:tr>
      <w:tr>
        <w:tc>
          <w:tcPr>
            <w:tcW w:type="dxa" w:w="680"/>
            <w:tcMar>
              <w:top w:w="70" w:type="dxa"/>
              <w:start w:w="65" w:type="dxa"/>
              <w:bottom w:w="70" w:type="dxa"/>
              <w:end w:w="65" w:type="dxa"/>
            </w:tcMar>
            <w:vAlign w:val="top"/>
          </w:tcPr>
          <w:p>
            <w:pPr>
              <w:spacing w:after="0"/>
            </w:pPr>
            <w:r>
              <w:rPr>
                <w:rFonts w:ascii="Arial" w:hAnsi="Arial" w:eastAsia="Arial"/>
              </w:rPr>
            </w:r>
            <w:r>
              <w:rPr>
                <w:rFonts w:ascii="Arial" w:hAnsi="Arial" w:eastAsia="Arial"/>
                <w:b w:val="0"/>
                <w:sz w:val="15"/>
              </w:rPr>
              <w:t>D3</w:t>
            </w:r>
          </w:p>
        </w:tc>
        <w:tc>
          <w:tcPr>
            <w:tcW w:type="dxa" w:w="1984"/>
            <w:tcMar>
              <w:top w:w="70" w:type="dxa"/>
              <w:start w:w="65" w:type="dxa"/>
              <w:bottom w:w="70" w:type="dxa"/>
              <w:end w:w="65" w:type="dxa"/>
            </w:tcMar>
            <w:vAlign w:val="top"/>
          </w:tcPr>
          <w:p>
            <w:pPr>
              <w:spacing w:after="0"/>
            </w:pPr>
            <w:r>
              <w:rPr>
                <w:rFonts w:ascii="Arial" w:hAnsi="Arial" w:eastAsia="Arial"/>
              </w:rPr>
            </w:r>
            <w:r>
              <w:rPr>
                <w:rFonts w:ascii="Arial" w:hAnsi="Arial" w:eastAsia="Arial"/>
                <w:b w:val="0"/>
                <w:sz w:val="15"/>
              </w:rPr>
              <w:t>Đi showroom cùng khách</w:t>
            </w:r>
          </w:p>
        </w:tc>
        <w:tc>
          <w:tcPr>
            <w:tcW w:type="dxa" w:w="3118"/>
            <w:tcMar>
              <w:top w:w="70" w:type="dxa"/>
              <w:start w:w="65" w:type="dxa"/>
              <w:bottom w:w="70" w:type="dxa"/>
              <w:end w:w="65" w:type="dxa"/>
            </w:tcMar>
            <w:vAlign w:val="top"/>
          </w:tcPr>
          <w:p>
            <w:pPr>
              <w:spacing w:after="0"/>
            </w:pPr>
            <w:r>
              <w:rPr>
                <w:rFonts w:ascii="Arial" w:hAnsi="Arial" w:eastAsia="Arial"/>
              </w:rPr>
            </w:r>
            <w:r>
              <w:rPr>
                <w:rFonts w:ascii="Arial" w:hAnsi="Arial" w:eastAsia="Arial"/>
                <w:b w:val="0"/>
                <w:sz w:val="15"/>
              </w:rPr>
              <w:t>Khách cần người trong ngành đi cùng để hỏi và chọn.</w:t>
            </w:r>
          </w:p>
        </w:tc>
        <w:tc>
          <w:tcPr>
            <w:tcW w:type="dxa" w:w="3005"/>
            <w:tcMar>
              <w:top w:w="70" w:type="dxa"/>
              <w:start w:w="65" w:type="dxa"/>
              <w:bottom w:w="70" w:type="dxa"/>
              <w:end w:w="65" w:type="dxa"/>
            </w:tcMar>
            <w:vAlign w:val="top"/>
          </w:tcPr>
          <w:p>
            <w:pPr>
              <w:spacing w:after="0"/>
            </w:pPr>
            <w:r>
              <w:rPr>
                <w:rFonts w:ascii="Arial" w:hAnsi="Arial" w:eastAsia="Arial"/>
              </w:rPr>
            </w:r>
            <w:r>
              <w:rPr>
                <w:rFonts w:ascii="Arial" w:hAnsi="Arial" w:eastAsia="Arial"/>
                <w:b w:val="0"/>
                <w:sz w:val="15"/>
              </w:rPr>
              <w:t>Buổi đi chọn vật liệu/thiết bị, biên bản lựa chọn, danh sách cần báo giá lại.</w:t>
            </w:r>
          </w:p>
        </w:tc>
      </w:tr>
      <w:tr>
        <w:tc>
          <w:tcPr>
            <w:tcW w:type="dxa" w:w="680"/>
            <w:tcMar>
              <w:top w:w="70" w:type="dxa"/>
              <w:start w:w="65" w:type="dxa"/>
              <w:bottom w:w="70" w:type="dxa"/>
              <w:end w:w="65" w:type="dxa"/>
            </w:tcMar>
            <w:vAlign w:val="top"/>
            <w:shd w:fill="FAF9F6"/>
          </w:tcPr>
          <w:p>
            <w:pPr>
              <w:spacing w:after="0"/>
            </w:pPr>
            <w:r>
              <w:rPr>
                <w:rFonts w:ascii="Arial" w:hAnsi="Arial" w:eastAsia="Arial"/>
              </w:rPr>
            </w:r>
            <w:r>
              <w:rPr>
                <w:rFonts w:ascii="Arial" w:hAnsi="Arial" w:eastAsia="Arial"/>
                <w:b w:val="0"/>
                <w:sz w:val="15"/>
              </w:rPr>
              <w:t>E1</w:t>
            </w:r>
          </w:p>
        </w:tc>
        <w:tc>
          <w:tcPr>
            <w:tcW w:type="dxa" w:w="1984"/>
            <w:tcMar>
              <w:top w:w="70" w:type="dxa"/>
              <w:start w:w="65" w:type="dxa"/>
              <w:bottom w:w="70" w:type="dxa"/>
              <w:end w:w="65" w:type="dxa"/>
            </w:tcMar>
            <w:vAlign w:val="top"/>
            <w:shd w:fill="FAF9F6"/>
          </w:tcPr>
          <w:p>
            <w:pPr>
              <w:spacing w:after="0"/>
            </w:pPr>
            <w:r>
              <w:rPr>
                <w:rFonts w:ascii="Arial" w:hAnsi="Arial" w:eastAsia="Arial"/>
              </w:rPr>
            </w:r>
            <w:r>
              <w:rPr>
                <w:rFonts w:ascii="Arial" w:hAnsi="Arial" w:eastAsia="Arial"/>
                <w:b w:val="0"/>
                <w:sz w:val="15"/>
              </w:rPr>
              <w:t>Kiểm soát mốc thi công</w:t>
            </w:r>
          </w:p>
        </w:tc>
        <w:tc>
          <w:tcPr>
            <w:tcW w:type="dxa" w:w="3118"/>
            <w:tcMar>
              <w:top w:w="70" w:type="dxa"/>
              <w:start w:w="65" w:type="dxa"/>
              <w:bottom w:w="70" w:type="dxa"/>
              <w:end w:w="65" w:type="dxa"/>
            </w:tcMar>
            <w:vAlign w:val="top"/>
            <w:shd w:fill="FAF9F6"/>
          </w:tcPr>
          <w:p>
            <w:pPr>
              <w:spacing w:after="0"/>
            </w:pPr>
            <w:r>
              <w:rPr>
                <w:rFonts w:ascii="Arial" w:hAnsi="Arial" w:eastAsia="Arial"/>
              </w:rPr>
            </w:r>
            <w:r>
              <w:rPr>
                <w:rFonts w:ascii="Arial" w:hAnsi="Arial" w:eastAsia="Arial"/>
                <w:b w:val="0"/>
                <w:sz w:val="15"/>
              </w:rPr>
              <w:t>Khách muốn ARCOVA kiểm tra vài mốc quan trọng.</w:t>
            </w:r>
          </w:p>
        </w:tc>
        <w:tc>
          <w:tcPr>
            <w:tcW w:type="dxa" w:w="3005"/>
            <w:tcMar>
              <w:top w:w="70" w:type="dxa"/>
              <w:start w:w="65" w:type="dxa"/>
              <w:bottom w:w="70" w:type="dxa"/>
              <w:end w:w="65" w:type="dxa"/>
            </w:tcMar>
            <w:vAlign w:val="top"/>
            <w:shd w:fill="FAF9F6"/>
          </w:tcPr>
          <w:p>
            <w:pPr>
              <w:spacing w:after="0"/>
            </w:pPr>
            <w:r>
              <w:rPr>
                <w:rFonts w:ascii="Arial" w:hAnsi="Arial" w:eastAsia="Arial"/>
              </w:rPr>
            </w:r>
            <w:r>
              <w:rPr>
                <w:rFonts w:ascii="Arial" w:hAnsi="Arial" w:eastAsia="Arial"/>
                <w:b w:val="0"/>
                <w:sz w:val="15"/>
              </w:rPr>
              <w:t>Báo cáo hiện trường theo mốc, ảnh, checklist, vấn đề cần xử lý.</w:t>
            </w:r>
          </w:p>
        </w:tc>
      </w:tr>
      <w:tr>
        <w:tc>
          <w:tcPr>
            <w:tcW w:type="dxa" w:w="680"/>
            <w:tcMar>
              <w:top w:w="70" w:type="dxa"/>
              <w:start w:w="65" w:type="dxa"/>
              <w:bottom w:w="70" w:type="dxa"/>
              <w:end w:w="65" w:type="dxa"/>
            </w:tcMar>
            <w:vAlign w:val="top"/>
          </w:tcPr>
          <w:p>
            <w:pPr>
              <w:spacing w:after="0"/>
            </w:pPr>
            <w:r>
              <w:rPr>
                <w:rFonts w:ascii="Arial" w:hAnsi="Arial" w:eastAsia="Arial"/>
              </w:rPr>
            </w:r>
            <w:r>
              <w:rPr>
                <w:rFonts w:ascii="Arial" w:hAnsi="Arial" w:eastAsia="Arial"/>
                <w:b w:val="0"/>
                <w:sz w:val="15"/>
              </w:rPr>
              <w:t>E2</w:t>
            </w:r>
          </w:p>
        </w:tc>
        <w:tc>
          <w:tcPr>
            <w:tcW w:type="dxa" w:w="1984"/>
            <w:tcMar>
              <w:top w:w="70" w:type="dxa"/>
              <w:start w:w="65" w:type="dxa"/>
              <w:bottom w:w="70" w:type="dxa"/>
              <w:end w:w="65" w:type="dxa"/>
            </w:tcMar>
            <w:vAlign w:val="top"/>
          </w:tcPr>
          <w:p>
            <w:pPr>
              <w:spacing w:after="0"/>
            </w:pPr>
            <w:r>
              <w:rPr>
                <w:rFonts w:ascii="Arial" w:hAnsi="Arial" w:eastAsia="Arial"/>
              </w:rPr>
            </w:r>
            <w:r>
              <w:rPr>
                <w:rFonts w:ascii="Arial" w:hAnsi="Arial" w:eastAsia="Arial"/>
                <w:b w:val="0"/>
                <w:sz w:val="15"/>
              </w:rPr>
              <w:t>Nghiệm thu nội thất/hoàn thiện</w:t>
            </w:r>
          </w:p>
        </w:tc>
        <w:tc>
          <w:tcPr>
            <w:tcW w:type="dxa" w:w="3118"/>
            <w:tcMar>
              <w:top w:w="70" w:type="dxa"/>
              <w:start w:w="65" w:type="dxa"/>
              <w:bottom w:w="70" w:type="dxa"/>
              <w:end w:w="65" w:type="dxa"/>
            </w:tcMar>
            <w:vAlign w:val="top"/>
          </w:tcPr>
          <w:p>
            <w:pPr>
              <w:spacing w:after="0"/>
            </w:pPr>
            <w:r>
              <w:rPr>
                <w:rFonts w:ascii="Arial" w:hAnsi="Arial" w:eastAsia="Arial"/>
              </w:rPr>
            </w:r>
            <w:r>
              <w:rPr>
                <w:rFonts w:ascii="Arial" w:hAnsi="Arial" w:eastAsia="Arial"/>
                <w:b w:val="0"/>
                <w:sz w:val="15"/>
              </w:rPr>
              <w:t>Trước khi thanh toán hoặc nhận bàn giao.</w:t>
            </w:r>
          </w:p>
        </w:tc>
        <w:tc>
          <w:tcPr>
            <w:tcW w:type="dxa" w:w="3005"/>
            <w:tcMar>
              <w:top w:w="70" w:type="dxa"/>
              <w:start w:w="65" w:type="dxa"/>
              <w:bottom w:w="70" w:type="dxa"/>
              <w:end w:w="65" w:type="dxa"/>
            </w:tcMar>
            <w:vAlign w:val="top"/>
          </w:tcPr>
          <w:p>
            <w:pPr>
              <w:spacing w:after="0"/>
            </w:pPr>
            <w:r>
              <w:rPr>
                <w:rFonts w:ascii="Arial" w:hAnsi="Arial" w:eastAsia="Arial"/>
              </w:rPr>
            </w:r>
            <w:r>
              <w:rPr>
                <w:rFonts w:ascii="Arial" w:hAnsi="Arial" w:eastAsia="Arial"/>
                <w:b w:val="0"/>
                <w:sz w:val="15"/>
              </w:rPr>
              <w:t>Defect list, biên bản nghiệm thu, danh sách lỗi cần sửa và khuyến nghị giữ lại thanh toán nếu phù hợp.</w:t>
            </w:r>
          </w:p>
        </w:tc>
      </w:tr>
      <w:tr>
        <w:tc>
          <w:tcPr>
            <w:tcW w:type="dxa" w:w="680"/>
            <w:tcMar>
              <w:top w:w="70" w:type="dxa"/>
              <w:start w:w="65" w:type="dxa"/>
              <w:bottom w:w="70" w:type="dxa"/>
              <w:end w:w="65" w:type="dxa"/>
            </w:tcMar>
            <w:vAlign w:val="top"/>
            <w:shd w:fill="FAF9F6"/>
          </w:tcPr>
          <w:p>
            <w:pPr>
              <w:spacing w:after="0"/>
            </w:pPr>
            <w:r>
              <w:rPr>
                <w:rFonts w:ascii="Arial" w:hAnsi="Arial" w:eastAsia="Arial"/>
              </w:rPr>
            </w:r>
            <w:r>
              <w:rPr>
                <w:rFonts w:ascii="Arial" w:hAnsi="Arial" w:eastAsia="Arial"/>
                <w:b w:val="0"/>
                <w:sz w:val="15"/>
              </w:rPr>
              <w:t>F1</w:t>
            </w:r>
          </w:p>
        </w:tc>
        <w:tc>
          <w:tcPr>
            <w:tcW w:type="dxa" w:w="1984"/>
            <w:tcMar>
              <w:top w:w="70" w:type="dxa"/>
              <w:start w:w="65" w:type="dxa"/>
              <w:bottom w:w="70" w:type="dxa"/>
              <w:end w:w="65" w:type="dxa"/>
            </w:tcMar>
            <w:vAlign w:val="top"/>
            <w:shd w:fill="FAF9F6"/>
          </w:tcPr>
          <w:p>
            <w:pPr>
              <w:spacing w:after="0"/>
            </w:pPr>
            <w:r>
              <w:rPr>
                <w:rFonts w:ascii="Arial" w:hAnsi="Arial" w:eastAsia="Arial"/>
              </w:rPr>
            </w:r>
            <w:r>
              <w:rPr>
                <w:rFonts w:ascii="Arial" w:hAnsi="Arial" w:eastAsia="Arial"/>
                <w:b w:val="0"/>
                <w:sz w:val="15"/>
              </w:rPr>
              <w:t>Đại diện khách hàng premium</w:t>
            </w:r>
          </w:p>
        </w:tc>
        <w:tc>
          <w:tcPr>
            <w:tcW w:type="dxa" w:w="3118"/>
            <w:tcMar>
              <w:top w:w="70" w:type="dxa"/>
              <w:start w:w="65" w:type="dxa"/>
              <w:bottom w:w="70" w:type="dxa"/>
              <w:end w:w="65" w:type="dxa"/>
            </w:tcMar>
            <w:vAlign w:val="top"/>
            <w:shd w:fill="FAF9F6"/>
          </w:tcPr>
          <w:p>
            <w:pPr>
              <w:spacing w:after="0"/>
            </w:pPr>
            <w:r>
              <w:rPr>
                <w:rFonts w:ascii="Arial" w:hAnsi="Arial" w:eastAsia="Arial"/>
              </w:rPr>
            </w:r>
            <w:r>
              <w:rPr>
                <w:rFonts w:ascii="Arial" w:hAnsi="Arial" w:eastAsia="Arial"/>
                <w:b w:val="0"/>
                <w:sz w:val="15"/>
              </w:rPr>
              <w:t>Khách bận, dự án nhiều bên, muốn ARCOVA theo sát sâu hơn.</w:t>
            </w:r>
          </w:p>
        </w:tc>
        <w:tc>
          <w:tcPr>
            <w:tcW w:type="dxa" w:w="3005"/>
            <w:tcMar>
              <w:top w:w="70" w:type="dxa"/>
              <w:start w:w="65" w:type="dxa"/>
              <w:bottom w:w="70" w:type="dxa"/>
              <w:end w:w="65" w:type="dxa"/>
            </w:tcMar>
            <w:vAlign w:val="top"/>
            <w:shd w:fill="FAF9F6"/>
          </w:tcPr>
          <w:p>
            <w:pPr>
              <w:spacing w:after="0"/>
            </w:pPr>
            <w:r>
              <w:rPr>
                <w:rFonts w:ascii="Arial" w:hAnsi="Arial" w:eastAsia="Arial"/>
              </w:rPr>
            </w:r>
            <w:r>
              <w:rPr>
                <w:rFonts w:ascii="Arial" w:hAnsi="Arial" w:eastAsia="Arial"/>
                <w:b w:val="0"/>
                <w:sz w:val="15"/>
              </w:rPr>
              <w:t>Lịch họp, báo cáo định kỳ, điều phối đầu mối, kiểm soát tiến độ, tổng hợp quyết định.</w:t>
            </w:r>
          </w:p>
        </w:tc>
      </w:tr>
    </w:tbl>
    <w:tbl>
      <w:tblPr>
        <w:tblW w:type="auto" w:w="0"/>
        <w:jc w:val="center"/>
        <w:tblLook w:firstColumn="1" w:firstRow="1" w:lastColumn="0" w:lastRow="0" w:noHBand="0" w:noVBand="1" w:val="04A0"/>
        <w:tblBorders>
          <w:top w:val="single" w:sz="5" w:space="0" w:color="E7D2A5"/>
          <w:left w:val="single" w:sz="5" w:space="0" w:color="E7D2A5"/>
          <w:bottom w:val="single" w:sz="5" w:space="0" w:color="E7D2A5"/>
          <w:right w:val="single" w:sz="5" w:space="0" w:color="E7D2A5"/>
          <w:insideH w:val="single" w:sz="5" w:space="0" w:color="E7D2A5"/>
          <w:insideV w:val="single" w:sz="5" w:space="0" w:color="E7D2A5"/>
        </w:tblBorders>
      </w:tblPr>
      <w:tblGrid>
        <w:gridCol w:w="10370"/>
      </w:tblGrid>
      <w:tr>
        <w:tc>
          <w:tcPr>
            <w:tcW w:type="dxa" w:w="10370"/>
            <w:shd w:fill="FAF9F6"/>
            <w:tcMar>
              <w:top w:w="130" w:type="dxa"/>
              <w:start w:w="160" w:type="dxa"/>
              <w:bottom w:w="130" w:type="dxa"/>
              <w:end w:w="160" w:type="dxa"/>
            </w:tcMar>
          </w:tcPr>
          <w:p>
            <w:pPr>
              <w:spacing w:after="60"/>
            </w:pPr>
            <w:r>
              <w:rPr>
                <w:rFonts w:ascii="Arial" w:hAnsi="Arial" w:eastAsia="Arial"/>
                <w:b/>
                <w:i w:val="0"/>
                <w:color w:val="2F3338"/>
                <w:sz w:val="20"/>
              </w:rPr>
              <w:t>Lưu ý cách báo giá</w:t>
            </w:r>
          </w:p>
          <w:p>
            <w:pPr>
              <w:spacing w:after="0" w:line="259" w:lineRule="auto"/>
            </w:pPr>
            <w:r>
              <w:rPr>
                <w:rFonts w:ascii="Arial" w:hAnsi="Arial" w:eastAsia="Arial"/>
                <w:b w:val="0"/>
                <w:i w:val="0"/>
                <w:color w:val="222222"/>
                <w:sz w:val="18"/>
              </w:rPr>
              <w:t>Bảng trên là cấu trúc gói dịch vụ, không phải bảng giá cố định. Đơn giá thực tế nên phụ thuộc độ phức tạp, diện tích, số buổi làm việc, mức độ đi sâu và trách nhiệm ARCOVA nhận trong hợp đồng.</w:t>
            </w:r>
          </w:p>
        </w:tc>
      </w:tr>
    </w:tbl>
    <w:p>
      <w:pPr>
        <w:pStyle w:val="Heading1"/>
        <w:spacing w:before="240" w:after="120"/>
        <w:pBdr>
          <w:bottom w:val="single" w:sz="12" w:space="4" w:color="C8A96A"/>
        </w:pBdr>
      </w:pPr>
      <w:r>
        <w:rPr>
          <w:rFonts w:ascii="Arial" w:hAnsi="Arial" w:eastAsia="Arial"/>
          <w:b/>
          <w:i w:val="0"/>
          <w:color w:val="2F3338"/>
          <w:sz w:val="32"/>
        </w:rPr>
        <w:t>08. QUY TRÌNH LÀM VIỆC CHUẨN</w:t>
      </w:r>
    </w:p>
    <w:tbl>
      <w:tblPr>
        <w:tblStyle w:val="TableGrid"/>
        <w:tblW w:type="auto" w:w="0"/>
        <w:jc w:val="center"/>
        <w:tblLook w:firstColumn="1" w:firstRow="1" w:lastColumn="0" w:lastRow="0" w:noHBand="0" w:noVBand="1" w:val="04A0"/>
        <w:tblBorders>
          <w:top w:val="single" w:sz="5" w:space="0" w:color="E7D2A5"/>
          <w:left w:val="single" w:sz="5" w:space="0" w:color="E7D2A5"/>
          <w:bottom w:val="single" w:sz="5" w:space="0" w:color="E7D2A5"/>
          <w:right w:val="single" w:sz="5" w:space="0" w:color="E7D2A5"/>
          <w:insideH w:val="single" w:sz="5" w:space="0" w:color="E7D2A5"/>
          <w:insideV w:val="single" w:sz="5" w:space="0" w:color="E7D2A5"/>
        </w:tblBorders>
      </w:tblPr>
      <w:tblGrid>
        <w:gridCol w:w="3457"/>
        <w:gridCol w:w="3457"/>
        <w:gridCol w:w="3457"/>
      </w:tblGrid>
      <w:tr>
        <w:trPr>
          <w:tblHeader w:val="true"/>
        </w:trPr>
        <w:tc>
          <w:tcPr>
            <w:tcW w:type="dxa" w:w="1701"/>
            <w:shd w:fill="C8A96A"/>
            <w:tcMar>
              <w:top w:w="80" w:type="dxa"/>
              <w:start w:w="70" w:type="dxa"/>
              <w:bottom w:w="80" w:type="dxa"/>
              <w:end w:w="70" w:type="dxa"/>
            </w:tcMar>
          </w:tcPr>
          <w:p>
            <w:pPr>
              <w:spacing w:after="0"/>
              <w:jc w:val="center"/>
            </w:pPr>
            <w:r>
              <w:rPr>
                <w:rFonts w:ascii="Arial" w:hAnsi="Arial" w:eastAsia="Arial"/>
              </w:rPr>
            </w:r>
            <w:r>
              <w:rPr>
                <w:rFonts w:ascii="Arial" w:hAnsi="Arial" w:eastAsia="Arial"/>
                <w:b/>
                <w:color w:val="FFFFFF"/>
                <w:sz w:val="16"/>
              </w:rPr>
              <w:t>Bước</w:t>
            </w:r>
          </w:p>
        </w:tc>
        <w:tc>
          <w:tcPr>
            <w:tcW w:type="dxa" w:w="4819"/>
            <w:shd w:fill="C8A96A"/>
            <w:tcMar>
              <w:top w:w="80" w:type="dxa"/>
              <w:start w:w="70" w:type="dxa"/>
              <w:bottom w:w="80" w:type="dxa"/>
              <w:end w:w="70" w:type="dxa"/>
            </w:tcMar>
          </w:tcPr>
          <w:p>
            <w:pPr>
              <w:spacing w:after="0"/>
              <w:jc w:val="center"/>
            </w:pPr>
            <w:r>
              <w:rPr>
                <w:rFonts w:ascii="Arial" w:hAnsi="Arial" w:eastAsia="Arial"/>
              </w:rPr>
            </w:r>
            <w:r>
              <w:rPr>
                <w:rFonts w:ascii="Arial" w:hAnsi="Arial" w:eastAsia="Arial"/>
                <w:b/>
                <w:color w:val="FFFFFF"/>
                <w:sz w:val="16"/>
              </w:rPr>
              <w:t>Nội dung</w:t>
            </w:r>
          </w:p>
        </w:tc>
        <w:tc>
          <w:tcPr>
            <w:tcW w:type="dxa" w:w="2268"/>
            <w:shd w:fill="C8A96A"/>
            <w:tcMar>
              <w:top w:w="80" w:type="dxa"/>
              <w:start w:w="70" w:type="dxa"/>
              <w:bottom w:w="80" w:type="dxa"/>
              <w:end w:w="70" w:type="dxa"/>
            </w:tcMar>
          </w:tcPr>
          <w:p>
            <w:pPr>
              <w:spacing w:after="0"/>
              <w:jc w:val="center"/>
            </w:pPr>
            <w:r>
              <w:rPr>
                <w:rFonts w:ascii="Arial" w:hAnsi="Arial" w:eastAsia="Arial"/>
              </w:rPr>
            </w:r>
            <w:r>
              <w:rPr>
                <w:rFonts w:ascii="Arial" w:hAnsi="Arial" w:eastAsia="Arial"/>
                <w:b/>
                <w:color w:val="FFFFFF"/>
                <w:sz w:val="16"/>
              </w:rPr>
              <w:t>Đầu ra</w:t>
            </w:r>
          </w:p>
        </w:tc>
      </w:tr>
      <w:tr>
        <w:tc>
          <w:tcPr>
            <w:tcW w:type="dxa" w:w="1701"/>
            <w:tcMar>
              <w:top w:w="70" w:type="dxa"/>
              <w:start w:w="65" w:type="dxa"/>
              <w:bottom w:w="70" w:type="dxa"/>
              <w:end w:w="65" w:type="dxa"/>
            </w:tcMar>
            <w:vAlign w:val="top"/>
          </w:tcPr>
          <w:p>
            <w:pPr>
              <w:spacing w:after="0"/>
            </w:pPr>
            <w:r>
              <w:rPr>
                <w:rFonts w:ascii="Arial" w:hAnsi="Arial" w:eastAsia="Arial"/>
              </w:rPr>
            </w:r>
            <w:r>
              <w:rPr>
                <w:rFonts w:ascii="Arial" w:hAnsi="Arial" w:eastAsia="Arial"/>
                <w:b w:val="0"/>
                <w:sz w:val="16"/>
              </w:rPr>
              <w:t>1. Tiếp nhận</w:t>
            </w:r>
          </w:p>
        </w:tc>
        <w:tc>
          <w:tcPr>
            <w:tcW w:type="dxa" w:w="4819"/>
            <w:tcMar>
              <w:top w:w="70" w:type="dxa"/>
              <w:start w:w="65" w:type="dxa"/>
              <w:bottom w:w="70" w:type="dxa"/>
              <w:end w:w="65" w:type="dxa"/>
            </w:tcMar>
            <w:vAlign w:val="top"/>
          </w:tcPr>
          <w:p>
            <w:pPr>
              <w:spacing w:after="0"/>
            </w:pPr>
            <w:r>
              <w:rPr>
                <w:rFonts w:ascii="Arial" w:hAnsi="Arial" w:eastAsia="Arial"/>
              </w:rPr>
            </w:r>
            <w:r>
              <w:rPr>
                <w:rFonts w:ascii="Arial" w:hAnsi="Arial" w:eastAsia="Arial"/>
                <w:b w:val="0"/>
                <w:sz w:val="16"/>
              </w:rPr>
              <w:t>Khách gửi nhu cầu, ảnh/video, mặt bằng, khu vực, diện tích, thời gian, ngân sách sơ bộ.</w:t>
            </w:r>
          </w:p>
        </w:tc>
        <w:tc>
          <w:tcPr>
            <w:tcW w:type="dxa" w:w="2268"/>
            <w:tcMar>
              <w:top w:w="70" w:type="dxa"/>
              <w:start w:w="65" w:type="dxa"/>
              <w:bottom w:w="70" w:type="dxa"/>
              <w:end w:w="65" w:type="dxa"/>
            </w:tcMar>
            <w:vAlign w:val="top"/>
          </w:tcPr>
          <w:p>
            <w:pPr>
              <w:spacing w:after="0"/>
            </w:pPr>
            <w:r>
              <w:rPr>
                <w:rFonts w:ascii="Arial" w:hAnsi="Arial" w:eastAsia="Arial"/>
              </w:rPr>
            </w:r>
            <w:r>
              <w:rPr>
                <w:rFonts w:ascii="Arial" w:hAnsi="Arial" w:eastAsia="Arial"/>
                <w:b w:val="0"/>
                <w:sz w:val="16"/>
              </w:rPr>
              <w:t>Phiếu tiếp nhận/CRM lead.</w:t>
            </w:r>
          </w:p>
        </w:tc>
      </w:tr>
      <w:tr>
        <w:tc>
          <w:tcPr>
            <w:tcW w:type="dxa" w:w="1701"/>
            <w:tcMar>
              <w:top w:w="70" w:type="dxa"/>
              <w:start w:w="65" w:type="dxa"/>
              <w:bottom w:w="70" w:type="dxa"/>
              <w:end w:w="65" w:type="dxa"/>
            </w:tcMar>
            <w:vAlign w:val="top"/>
            <w:shd w:fill="FAF9F6"/>
          </w:tcPr>
          <w:p>
            <w:pPr>
              <w:spacing w:after="0"/>
            </w:pPr>
            <w:r>
              <w:rPr>
                <w:rFonts w:ascii="Arial" w:hAnsi="Arial" w:eastAsia="Arial"/>
              </w:rPr>
            </w:r>
            <w:r>
              <w:rPr>
                <w:rFonts w:ascii="Arial" w:hAnsi="Arial" w:eastAsia="Arial"/>
                <w:b w:val="0"/>
                <w:sz w:val="16"/>
              </w:rPr>
              <w:t>2. Sàng lọc</w:t>
            </w:r>
          </w:p>
        </w:tc>
        <w:tc>
          <w:tcPr>
            <w:tcW w:type="dxa" w:w="4819"/>
            <w:tcMar>
              <w:top w:w="70" w:type="dxa"/>
              <w:start w:w="65" w:type="dxa"/>
              <w:bottom w:w="70" w:type="dxa"/>
              <w:end w:w="65" w:type="dxa"/>
            </w:tcMar>
            <w:vAlign w:val="top"/>
            <w:shd w:fill="FAF9F6"/>
          </w:tcPr>
          <w:p>
            <w:pPr>
              <w:spacing w:after="0"/>
            </w:pPr>
            <w:r>
              <w:rPr>
                <w:rFonts w:ascii="Arial" w:hAnsi="Arial" w:eastAsia="Arial"/>
              </w:rPr>
            </w:r>
            <w:r>
              <w:rPr>
                <w:rFonts w:ascii="Arial" w:hAnsi="Arial" w:eastAsia="Arial"/>
                <w:b w:val="0"/>
                <w:sz w:val="16"/>
              </w:rPr>
              <w:t>ARCOVA xác định khách đang cần tư vấn, khảo sát, thiết kế, rà báo giá hay đại diện dự án.</w:t>
            </w:r>
          </w:p>
        </w:tc>
        <w:tc>
          <w:tcPr>
            <w:tcW w:type="dxa" w:w="2268"/>
            <w:tcMar>
              <w:top w:w="70" w:type="dxa"/>
              <w:start w:w="65" w:type="dxa"/>
              <w:bottom w:w="70" w:type="dxa"/>
              <w:end w:w="65" w:type="dxa"/>
            </w:tcMar>
            <w:vAlign w:val="top"/>
            <w:shd w:fill="FAF9F6"/>
          </w:tcPr>
          <w:p>
            <w:pPr>
              <w:spacing w:after="0"/>
            </w:pPr>
            <w:r>
              <w:rPr>
                <w:rFonts w:ascii="Arial" w:hAnsi="Arial" w:eastAsia="Arial"/>
              </w:rPr>
            </w:r>
            <w:r>
              <w:rPr>
                <w:rFonts w:ascii="Arial" w:hAnsi="Arial" w:eastAsia="Arial"/>
                <w:b w:val="0"/>
                <w:sz w:val="16"/>
              </w:rPr>
              <w:t>Gợi ý gói phù hợp.</w:t>
            </w:r>
          </w:p>
        </w:tc>
      </w:tr>
      <w:tr>
        <w:tc>
          <w:tcPr>
            <w:tcW w:type="dxa" w:w="1701"/>
            <w:tcMar>
              <w:top w:w="70" w:type="dxa"/>
              <w:start w:w="65" w:type="dxa"/>
              <w:bottom w:w="70" w:type="dxa"/>
              <w:end w:w="65" w:type="dxa"/>
            </w:tcMar>
            <w:vAlign w:val="top"/>
          </w:tcPr>
          <w:p>
            <w:pPr>
              <w:spacing w:after="0"/>
            </w:pPr>
            <w:r>
              <w:rPr>
                <w:rFonts w:ascii="Arial" w:hAnsi="Arial" w:eastAsia="Arial"/>
              </w:rPr>
            </w:r>
            <w:r>
              <w:rPr>
                <w:rFonts w:ascii="Arial" w:hAnsi="Arial" w:eastAsia="Arial"/>
                <w:b w:val="0"/>
                <w:sz w:val="16"/>
              </w:rPr>
              <w:t>3. Chốt phạm vi gói</w:t>
            </w:r>
          </w:p>
        </w:tc>
        <w:tc>
          <w:tcPr>
            <w:tcW w:type="dxa" w:w="4819"/>
            <w:tcMar>
              <w:top w:w="70" w:type="dxa"/>
              <w:start w:w="65" w:type="dxa"/>
              <w:bottom w:w="70" w:type="dxa"/>
              <w:end w:w="65" w:type="dxa"/>
            </w:tcMar>
            <w:vAlign w:val="top"/>
          </w:tcPr>
          <w:p>
            <w:pPr>
              <w:spacing w:after="0"/>
            </w:pPr>
            <w:r>
              <w:rPr>
                <w:rFonts w:ascii="Arial" w:hAnsi="Arial" w:eastAsia="Arial"/>
              </w:rPr>
            </w:r>
            <w:r>
              <w:rPr>
                <w:rFonts w:ascii="Arial" w:hAnsi="Arial" w:eastAsia="Arial"/>
                <w:b w:val="0"/>
                <w:sz w:val="16"/>
              </w:rPr>
              <w:t>Thống nhất đầu ra, số buổi, thời gian, phí, điều kiện thanh toán và dữ liệu khách cần cung cấp.</w:t>
            </w:r>
          </w:p>
        </w:tc>
        <w:tc>
          <w:tcPr>
            <w:tcW w:type="dxa" w:w="2268"/>
            <w:tcMar>
              <w:top w:w="70" w:type="dxa"/>
              <w:start w:w="65" w:type="dxa"/>
              <w:bottom w:w="70" w:type="dxa"/>
              <w:end w:w="65" w:type="dxa"/>
            </w:tcMar>
            <w:vAlign w:val="top"/>
          </w:tcPr>
          <w:p>
            <w:pPr>
              <w:spacing w:after="0"/>
            </w:pPr>
            <w:r>
              <w:rPr>
                <w:rFonts w:ascii="Arial" w:hAnsi="Arial" w:eastAsia="Arial"/>
              </w:rPr>
            </w:r>
            <w:r>
              <w:rPr>
                <w:rFonts w:ascii="Arial" w:hAnsi="Arial" w:eastAsia="Arial"/>
                <w:b w:val="0"/>
                <w:sz w:val="16"/>
              </w:rPr>
              <w:t>Đề xuất dịch vụ/phiếu xác nhận.</w:t>
            </w:r>
          </w:p>
        </w:tc>
      </w:tr>
      <w:tr>
        <w:tc>
          <w:tcPr>
            <w:tcW w:type="dxa" w:w="1701"/>
            <w:tcMar>
              <w:top w:w="70" w:type="dxa"/>
              <w:start w:w="65" w:type="dxa"/>
              <w:bottom w:w="70" w:type="dxa"/>
              <w:end w:w="65" w:type="dxa"/>
            </w:tcMar>
            <w:vAlign w:val="top"/>
            <w:shd w:fill="FAF9F6"/>
          </w:tcPr>
          <w:p>
            <w:pPr>
              <w:spacing w:after="0"/>
            </w:pPr>
            <w:r>
              <w:rPr>
                <w:rFonts w:ascii="Arial" w:hAnsi="Arial" w:eastAsia="Arial"/>
              </w:rPr>
            </w:r>
            <w:r>
              <w:rPr>
                <w:rFonts w:ascii="Arial" w:hAnsi="Arial" w:eastAsia="Arial"/>
                <w:b w:val="0"/>
                <w:sz w:val="16"/>
              </w:rPr>
              <w:t>4. Triển khai</w:t>
            </w:r>
          </w:p>
        </w:tc>
        <w:tc>
          <w:tcPr>
            <w:tcW w:type="dxa" w:w="4819"/>
            <w:tcMar>
              <w:top w:w="70" w:type="dxa"/>
              <w:start w:w="65" w:type="dxa"/>
              <w:bottom w:w="70" w:type="dxa"/>
              <w:end w:w="65" w:type="dxa"/>
            </w:tcMar>
            <w:vAlign w:val="top"/>
            <w:shd w:fill="FAF9F6"/>
          </w:tcPr>
          <w:p>
            <w:pPr>
              <w:spacing w:after="0"/>
            </w:pPr>
            <w:r>
              <w:rPr>
                <w:rFonts w:ascii="Arial" w:hAnsi="Arial" w:eastAsia="Arial"/>
              </w:rPr>
            </w:r>
            <w:r>
              <w:rPr>
                <w:rFonts w:ascii="Arial" w:hAnsi="Arial" w:eastAsia="Arial"/>
                <w:b w:val="0"/>
                <w:sz w:val="16"/>
              </w:rPr>
              <w:t>Phỏng vấn, khảo sát, đọc hồ sơ, làm việc với đối tác hoặc đi hiện trường theo phạm vi đã chốt.</w:t>
            </w:r>
          </w:p>
        </w:tc>
        <w:tc>
          <w:tcPr>
            <w:tcW w:type="dxa" w:w="2268"/>
            <w:tcMar>
              <w:top w:w="70" w:type="dxa"/>
              <w:start w:w="65" w:type="dxa"/>
              <w:bottom w:w="70" w:type="dxa"/>
              <w:end w:w="65" w:type="dxa"/>
            </w:tcMar>
            <w:vAlign w:val="top"/>
            <w:shd w:fill="FAF9F6"/>
          </w:tcPr>
          <w:p>
            <w:pPr>
              <w:spacing w:after="0"/>
            </w:pPr>
            <w:r>
              <w:rPr>
                <w:rFonts w:ascii="Arial" w:hAnsi="Arial" w:eastAsia="Arial"/>
              </w:rPr>
            </w:r>
            <w:r>
              <w:rPr>
                <w:rFonts w:ascii="Arial" w:hAnsi="Arial" w:eastAsia="Arial"/>
                <w:b w:val="0"/>
                <w:sz w:val="16"/>
              </w:rPr>
              <w:t>Báo cáo/brief/checklist/biên bản.</w:t>
            </w:r>
          </w:p>
        </w:tc>
      </w:tr>
      <w:tr>
        <w:tc>
          <w:tcPr>
            <w:tcW w:type="dxa" w:w="1701"/>
            <w:tcMar>
              <w:top w:w="70" w:type="dxa"/>
              <w:start w:w="65" w:type="dxa"/>
              <w:bottom w:w="70" w:type="dxa"/>
              <w:end w:w="65" w:type="dxa"/>
            </w:tcMar>
            <w:vAlign w:val="top"/>
          </w:tcPr>
          <w:p>
            <w:pPr>
              <w:spacing w:after="0"/>
            </w:pPr>
            <w:r>
              <w:rPr>
                <w:rFonts w:ascii="Arial" w:hAnsi="Arial" w:eastAsia="Arial"/>
              </w:rPr>
            </w:r>
            <w:r>
              <w:rPr>
                <w:rFonts w:ascii="Arial" w:hAnsi="Arial" w:eastAsia="Arial"/>
                <w:b w:val="0"/>
                <w:sz w:val="16"/>
              </w:rPr>
              <w:t>5. Trình bày kết quả</w:t>
            </w:r>
          </w:p>
        </w:tc>
        <w:tc>
          <w:tcPr>
            <w:tcW w:type="dxa" w:w="4819"/>
            <w:tcMar>
              <w:top w:w="70" w:type="dxa"/>
              <w:start w:w="65" w:type="dxa"/>
              <w:bottom w:w="70" w:type="dxa"/>
              <w:end w:w="65" w:type="dxa"/>
            </w:tcMar>
            <w:vAlign w:val="top"/>
          </w:tcPr>
          <w:p>
            <w:pPr>
              <w:spacing w:after="0"/>
            </w:pPr>
            <w:r>
              <w:rPr>
                <w:rFonts w:ascii="Arial" w:hAnsi="Arial" w:eastAsia="Arial"/>
              </w:rPr>
            </w:r>
            <w:r>
              <w:rPr>
                <w:rFonts w:ascii="Arial" w:hAnsi="Arial" w:eastAsia="Arial"/>
                <w:b w:val="0"/>
                <w:sz w:val="16"/>
              </w:rPr>
              <w:t>ARCOVA giải thích kết quả bằng ngôn ngữ dễ hiểu, nêu ưu/nhược, rủi ro và khuyến nghị.</w:t>
            </w:r>
          </w:p>
        </w:tc>
        <w:tc>
          <w:tcPr>
            <w:tcW w:type="dxa" w:w="2268"/>
            <w:tcMar>
              <w:top w:w="70" w:type="dxa"/>
              <w:start w:w="65" w:type="dxa"/>
              <w:bottom w:w="70" w:type="dxa"/>
              <w:end w:w="65" w:type="dxa"/>
            </w:tcMar>
            <w:vAlign w:val="top"/>
          </w:tcPr>
          <w:p>
            <w:pPr>
              <w:spacing w:after="0"/>
            </w:pPr>
            <w:r>
              <w:rPr>
                <w:rFonts w:ascii="Arial" w:hAnsi="Arial" w:eastAsia="Arial"/>
              </w:rPr>
            </w:r>
            <w:r>
              <w:rPr>
                <w:rFonts w:ascii="Arial" w:hAnsi="Arial" w:eastAsia="Arial"/>
                <w:b w:val="0"/>
                <w:sz w:val="16"/>
              </w:rPr>
              <w:t>Buổi trình bày hoặc file gửi khách.</w:t>
            </w:r>
          </w:p>
        </w:tc>
      </w:tr>
      <w:tr>
        <w:tc>
          <w:tcPr>
            <w:tcW w:type="dxa" w:w="1701"/>
            <w:tcMar>
              <w:top w:w="70" w:type="dxa"/>
              <w:start w:w="65" w:type="dxa"/>
              <w:bottom w:w="70" w:type="dxa"/>
              <w:end w:w="65" w:type="dxa"/>
            </w:tcMar>
            <w:vAlign w:val="top"/>
            <w:shd w:fill="FAF9F6"/>
          </w:tcPr>
          <w:p>
            <w:pPr>
              <w:spacing w:after="0"/>
            </w:pPr>
            <w:r>
              <w:rPr>
                <w:rFonts w:ascii="Arial" w:hAnsi="Arial" w:eastAsia="Arial"/>
              </w:rPr>
            </w:r>
            <w:r>
              <w:rPr>
                <w:rFonts w:ascii="Arial" w:hAnsi="Arial" w:eastAsia="Arial"/>
                <w:b w:val="0"/>
                <w:sz w:val="16"/>
              </w:rPr>
              <w:t>6. Quyết định bước sau</w:t>
            </w:r>
          </w:p>
        </w:tc>
        <w:tc>
          <w:tcPr>
            <w:tcW w:type="dxa" w:w="4819"/>
            <w:tcMar>
              <w:top w:w="70" w:type="dxa"/>
              <w:start w:w="65" w:type="dxa"/>
              <w:bottom w:w="70" w:type="dxa"/>
              <w:end w:w="65" w:type="dxa"/>
            </w:tcMar>
            <w:vAlign w:val="top"/>
            <w:shd w:fill="FAF9F6"/>
          </w:tcPr>
          <w:p>
            <w:pPr>
              <w:spacing w:after="0"/>
            </w:pPr>
            <w:r>
              <w:rPr>
                <w:rFonts w:ascii="Arial" w:hAnsi="Arial" w:eastAsia="Arial"/>
              </w:rPr>
            </w:r>
            <w:r>
              <w:rPr>
                <w:rFonts w:ascii="Arial" w:hAnsi="Arial" w:eastAsia="Arial"/>
                <w:b w:val="0"/>
                <w:sz w:val="16"/>
              </w:rPr>
              <w:t>Khách tự triển khai, chọn đối tác khác hoặc mua gói tiếp theo của ARCOVA.</w:t>
            </w:r>
          </w:p>
        </w:tc>
        <w:tc>
          <w:tcPr>
            <w:tcW w:type="dxa" w:w="2268"/>
            <w:tcMar>
              <w:top w:w="70" w:type="dxa"/>
              <w:start w:w="65" w:type="dxa"/>
              <w:bottom w:w="70" w:type="dxa"/>
              <w:end w:w="65" w:type="dxa"/>
            </w:tcMar>
            <w:vAlign w:val="top"/>
            <w:shd w:fill="FAF9F6"/>
          </w:tcPr>
          <w:p>
            <w:pPr>
              <w:spacing w:after="0"/>
            </w:pPr>
            <w:r>
              <w:rPr>
                <w:rFonts w:ascii="Arial" w:hAnsi="Arial" w:eastAsia="Arial"/>
              </w:rPr>
            </w:r>
            <w:r>
              <w:rPr>
                <w:rFonts w:ascii="Arial" w:hAnsi="Arial" w:eastAsia="Arial"/>
                <w:b w:val="0"/>
                <w:sz w:val="16"/>
              </w:rPr>
              <w:t>Roadmap tiếp theo.</w:t>
            </w:r>
          </w:p>
        </w:tc>
      </w:tr>
      <w:tr>
        <w:tc>
          <w:tcPr>
            <w:tcW w:type="dxa" w:w="1701"/>
            <w:tcMar>
              <w:top w:w="70" w:type="dxa"/>
              <w:start w:w="65" w:type="dxa"/>
              <w:bottom w:w="70" w:type="dxa"/>
              <w:end w:w="65" w:type="dxa"/>
            </w:tcMar>
            <w:vAlign w:val="top"/>
          </w:tcPr>
          <w:p>
            <w:pPr>
              <w:spacing w:after="0"/>
            </w:pPr>
            <w:r>
              <w:rPr>
                <w:rFonts w:ascii="Arial" w:hAnsi="Arial" w:eastAsia="Arial"/>
              </w:rPr>
            </w:r>
            <w:r>
              <w:rPr>
                <w:rFonts w:ascii="Arial" w:hAnsi="Arial" w:eastAsia="Arial"/>
                <w:b w:val="0"/>
                <w:sz w:val="16"/>
              </w:rPr>
              <w:t>7. Lưu hồ sơ</w:t>
            </w:r>
          </w:p>
        </w:tc>
        <w:tc>
          <w:tcPr>
            <w:tcW w:type="dxa" w:w="4819"/>
            <w:tcMar>
              <w:top w:w="70" w:type="dxa"/>
              <w:start w:w="65" w:type="dxa"/>
              <w:bottom w:w="70" w:type="dxa"/>
              <w:end w:w="65" w:type="dxa"/>
            </w:tcMar>
            <w:vAlign w:val="top"/>
          </w:tcPr>
          <w:p>
            <w:pPr>
              <w:spacing w:after="0"/>
            </w:pPr>
            <w:r>
              <w:rPr>
                <w:rFonts w:ascii="Arial" w:hAnsi="Arial" w:eastAsia="Arial"/>
              </w:rPr>
            </w:r>
            <w:r>
              <w:rPr>
                <w:rFonts w:ascii="Arial" w:hAnsi="Arial" w:eastAsia="Arial"/>
                <w:b w:val="0"/>
                <w:sz w:val="16"/>
              </w:rPr>
              <w:t>Tài liệu dự án được lưu để sử dụng lại cho các giai đoạn sau.</w:t>
            </w:r>
          </w:p>
        </w:tc>
        <w:tc>
          <w:tcPr>
            <w:tcW w:type="dxa" w:w="2268"/>
            <w:tcMar>
              <w:top w:w="70" w:type="dxa"/>
              <w:start w:w="65" w:type="dxa"/>
              <w:bottom w:w="70" w:type="dxa"/>
              <w:end w:w="65" w:type="dxa"/>
            </w:tcMar>
            <w:vAlign w:val="top"/>
          </w:tcPr>
          <w:p>
            <w:pPr>
              <w:spacing w:after="0"/>
            </w:pPr>
            <w:r>
              <w:rPr>
                <w:rFonts w:ascii="Arial" w:hAnsi="Arial" w:eastAsia="Arial"/>
              </w:rPr>
            </w:r>
            <w:r>
              <w:rPr>
                <w:rFonts w:ascii="Arial" w:hAnsi="Arial" w:eastAsia="Arial"/>
                <w:b w:val="0"/>
                <w:sz w:val="16"/>
              </w:rPr>
              <w:t>Folder dự án/CRM/biên bản.</w:t>
            </w:r>
          </w:p>
        </w:tc>
      </w:tr>
    </w:tbl>
    <w:p>
      <w:pPr>
        <w:pStyle w:val="Heading2"/>
        <w:spacing w:before="160" w:after="80"/>
      </w:pPr>
      <w:r>
        <w:rPr>
          <w:rFonts w:ascii="Arial" w:hAnsi="Arial" w:eastAsia="Arial"/>
          <w:b/>
          <w:i w:val="0"/>
          <w:color w:val="2F3338"/>
          <w:sz w:val="25"/>
        </w:rPr>
        <w:t>Cách ARCOVA làm khách muốn liên hệ ngay</w:t>
      </w:r>
    </w:p>
    <w:p>
      <w:pPr>
        <w:pStyle w:val="ListBullet"/>
        <w:spacing w:after="60" w:line="254" w:lineRule="auto"/>
      </w:pPr>
      <w:r>
        <w:rPr>
          <w:rFonts w:ascii="Arial" w:hAnsi="Arial" w:eastAsia="Arial"/>
          <w:b w:val="0"/>
          <w:i w:val="0"/>
          <w:sz w:val="19"/>
        </w:rPr>
        <w:t>Không nói chung chung “bên em làm trọn gói”. Thay vào đó, ARCOVA chỉ rõ khách đang ở giai đoạn nào và nên mua gói nhỏ nào trước.</w:t>
      </w:r>
    </w:p>
    <w:p>
      <w:pPr>
        <w:pStyle w:val="ListBullet"/>
        <w:spacing w:after="60" w:line="254" w:lineRule="auto"/>
      </w:pPr>
      <w:r>
        <w:rPr>
          <w:rFonts w:ascii="Arial" w:hAnsi="Arial" w:eastAsia="Arial"/>
          <w:b w:val="0"/>
          <w:i w:val="0"/>
          <w:sz w:val="19"/>
        </w:rPr>
        <w:t>Không ép khách ký gói lớn khi chưa tin. ARCOVA cho khách bắt đầu bằng bước nhỏ, có đầu ra rõ, rồi tự cảm nhận giá trị.</w:t>
      </w:r>
    </w:p>
    <w:p>
      <w:pPr>
        <w:pStyle w:val="ListBullet"/>
        <w:spacing w:after="60" w:line="254" w:lineRule="auto"/>
      </w:pPr>
      <w:r>
        <w:rPr>
          <w:rFonts w:ascii="Arial" w:hAnsi="Arial" w:eastAsia="Arial"/>
          <w:b w:val="0"/>
          <w:i w:val="0"/>
          <w:sz w:val="19"/>
        </w:rPr>
        <w:t>Không tranh vai với nhà thầu hay kiến trúc sư. ARCOVA giúp khách hiểu đúng và chọn đúng, nhờ vậy các bên làm việc văn minh hơn.</w:t>
      </w:r>
    </w:p>
    <w:p>
      <w:pPr>
        <w:pStyle w:val="ListBullet"/>
        <w:spacing w:after="60" w:line="254" w:lineRule="auto"/>
      </w:pPr>
      <w:r>
        <w:rPr>
          <w:rFonts w:ascii="Arial" w:hAnsi="Arial" w:eastAsia="Arial"/>
          <w:b w:val="0"/>
          <w:i w:val="0"/>
          <w:sz w:val="19"/>
        </w:rPr>
        <w:t>Không hứa rẻ nhất. ARCOVA giúp khách tránh mất tiền vì sai phạm vi, sai vật liệu, sai thứ tự và sai người.</w:t>
      </w:r>
    </w:p>
    <w:p>
      <w:pPr>
        <w:pStyle w:val="Heading1"/>
        <w:spacing w:before="240" w:after="120"/>
        <w:pBdr>
          <w:bottom w:val="single" w:sz="12" w:space="4" w:color="C8A96A"/>
        </w:pBdr>
      </w:pPr>
      <w:r>
        <w:rPr>
          <w:rFonts w:ascii="Arial" w:hAnsi="Arial" w:eastAsia="Arial"/>
          <w:b/>
          <w:i w:val="0"/>
          <w:color w:val="2F3338"/>
          <w:sz w:val="32"/>
        </w:rPr>
        <w:t>09. NĂNG LỰC NỀN TẢNG VÀ KINH NGHIỆM NGÀNH</w:t>
      </w:r>
    </w:p>
    <w:p>
      <w:pPr>
        <w:spacing w:before="0" w:after="100" w:line="259" w:lineRule="auto"/>
      </w:pPr>
      <w:r>
        <w:rPr>
          <w:rFonts w:ascii="Arial" w:hAnsi="Arial" w:eastAsia="Arial"/>
          <w:b w:val="0"/>
          <w:i w:val="0"/>
          <w:sz w:val="19"/>
        </w:rPr>
        <w:t>Giá trị của mô hình ARCOVA đến từ nền tảng người sáng lập và cách vận hành tinh gọn. Công ty không cần chứng minh mình sở hữu tất cả đội thợ, xưởng, nhà cung cấp hoặc chuyên gia. Điều quan trọng là ARCOVA có đủ hiểu biết để hỏi đúng, chọn đúng, kiểm soát đúng và biết lúc nào cần chuyên gia sâu.</w:t>
      </w:r>
    </w:p>
    <w:tbl>
      <w:tblPr>
        <w:tblStyle w:val="TableGrid"/>
        <w:tblW w:type="auto" w:w="0"/>
        <w:jc w:val="center"/>
        <w:tblLook w:firstColumn="1" w:firstRow="1" w:lastColumn="0" w:lastRow="0" w:noHBand="0" w:noVBand="1" w:val="04A0"/>
        <w:tblBorders>
          <w:top w:val="single" w:sz="5" w:space="0" w:color="E7D2A5"/>
          <w:left w:val="single" w:sz="5" w:space="0" w:color="E7D2A5"/>
          <w:bottom w:val="single" w:sz="5" w:space="0" w:color="E7D2A5"/>
          <w:right w:val="single" w:sz="5" w:space="0" w:color="E7D2A5"/>
          <w:insideH w:val="single" w:sz="5" w:space="0" w:color="E7D2A5"/>
          <w:insideV w:val="single" w:sz="5" w:space="0" w:color="E7D2A5"/>
        </w:tblBorders>
      </w:tblPr>
      <w:tblGrid>
        <w:gridCol w:w="5185"/>
        <w:gridCol w:w="5185"/>
      </w:tblGrid>
      <w:tr>
        <w:tc>
          <w:tcPr>
            <w:tcW w:type="dxa" w:w="2438"/>
            <w:tcMar>
              <w:top w:w="85" w:type="dxa"/>
              <w:start w:w="80" w:type="dxa"/>
              <w:bottom w:w="85" w:type="dxa"/>
              <w:end w:w="80" w:type="dxa"/>
            </w:tcMar>
            <w:vAlign w:val="center"/>
            <w:shd w:fill="F2EEE7"/>
          </w:tcPr>
          <w:p>
            <w:pPr>
              <w:spacing w:after="0"/>
            </w:pPr>
            <w:r>
              <w:rPr>
                <w:rFonts w:ascii="Arial" w:hAnsi="Arial" w:eastAsia="Arial"/>
              </w:rPr>
            </w:r>
            <w:r>
              <w:rPr>
                <w:rFonts w:ascii="Arial" w:hAnsi="Arial" w:eastAsia="Arial"/>
                <w:b/>
                <w:color w:val="2F3338"/>
                <w:sz w:val="17"/>
              </w:rPr>
              <w:t>Nền tảng kiến trúc</w:t>
            </w:r>
          </w:p>
        </w:tc>
        <w:tc>
          <w:tcPr>
            <w:tcW w:type="dxa" w:w="6293"/>
            <w:tcMar>
              <w:top w:w="85" w:type="dxa"/>
              <w:start w:w="80" w:type="dxa"/>
              <w:bottom w:w="85" w:type="dxa"/>
              <w:end w:w="80" w:type="dxa"/>
            </w:tcMar>
            <w:vAlign w:val="center"/>
          </w:tcPr>
          <w:p>
            <w:pPr>
              <w:spacing w:after="0"/>
            </w:pPr>
            <w:r>
              <w:rPr>
                <w:rFonts w:ascii="Arial" w:hAnsi="Arial" w:eastAsia="Arial"/>
              </w:rPr>
            </w:r>
            <w:r>
              <w:rPr>
                <w:rFonts w:ascii="Arial" w:hAnsi="Arial" w:eastAsia="Arial"/>
                <w:b w:val="0"/>
                <w:sz w:val="17"/>
              </w:rPr>
              <w:t>Tư duy không gian, công năng, tỷ lệ, phong cách, ánh sáng, vật liệu và trải nghiệm sống.</w:t>
            </w:r>
          </w:p>
        </w:tc>
      </w:tr>
      <w:tr>
        <w:tc>
          <w:tcPr>
            <w:tcW w:type="dxa" w:w="2438"/>
            <w:tcMar>
              <w:top w:w="85" w:type="dxa"/>
              <w:start w:w="80" w:type="dxa"/>
              <w:bottom w:w="85" w:type="dxa"/>
              <w:end w:w="80" w:type="dxa"/>
            </w:tcMar>
            <w:vAlign w:val="center"/>
            <w:shd w:fill="F2EEE7"/>
          </w:tcPr>
          <w:p>
            <w:pPr>
              <w:spacing w:after="0"/>
            </w:pPr>
            <w:r>
              <w:rPr>
                <w:rFonts w:ascii="Arial" w:hAnsi="Arial" w:eastAsia="Arial"/>
              </w:rPr>
            </w:r>
            <w:r>
              <w:rPr>
                <w:rFonts w:ascii="Arial" w:hAnsi="Arial" w:eastAsia="Arial"/>
                <w:b/>
                <w:color w:val="2F3338"/>
                <w:sz w:val="17"/>
              </w:rPr>
              <w:t>Nền tảng kỹ thuật xây dựng</w:t>
            </w:r>
          </w:p>
        </w:tc>
        <w:tc>
          <w:tcPr>
            <w:tcW w:type="dxa" w:w="6293"/>
            <w:tcMar>
              <w:top w:w="85" w:type="dxa"/>
              <w:start w:w="80" w:type="dxa"/>
              <w:bottom w:w="85" w:type="dxa"/>
              <w:end w:w="80" w:type="dxa"/>
            </w:tcMar>
            <w:vAlign w:val="center"/>
          </w:tcPr>
          <w:p>
            <w:pPr>
              <w:spacing w:after="0"/>
            </w:pPr>
            <w:r>
              <w:rPr>
                <w:rFonts w:ascii="Arial" w:hAnsi="Arial" w:eastAsia="Arial"/>
              </w:rPr>
            </w:r>
            <w:r>
              <w:rPr>
                <w:rFonts w:ascii="Arial" w:hAnsi="Arial" w:eastAsia="Arial"/>
                <w:b w:val="0"/>
                <w:sz w:val="17"/>
              </w:rPr>
              <w:t>Hiểu ràng buộc hiện trạng, kết cấu, thi công, MEP, chống thấm, an toàn và nghiệm thu.</w:t>
            </w:r>
          </w:p>
        </w:tc>
      </w:tr>
      <w:tr>
        <w:tc>
          <w:tcPr>
            <w:tcW w:type="dxa" w:w="2438"/>
            <w:tcMar>
              <w:top w:w="85" w:type="dxa"/>
              <w:start w:w="80" w:type="dxa"/>
              <w:bottom w:w="85" w:type="dxa"/>
              <w:end w:w="80" w:type="dxa"/>
            </w:tcMar>
            <w:vAlign w:val="center"/>
            <w:shd w:fill="F2EEE7"/>
          </w:tcPr>
          <w:p>
            <w:pPr>
              <w:spacing w:after="0"/>
            </w:pPr>
            <w:r>
              <w:rPr>
                <w:rFonts w:ascii="Arial" w:hAnsi="Arial" w:eastAsia="Arial"/>
              </w:rPr>
            </w:r>
            <w:r>
              <w:rPr>
                <w:rFonts w:ascii="Arial" w:hAnsi="Arial" w:eastAsia="Arial"/>
                <w:b/>
                <w:color w:val="2F3338"/>
                <w:sz w:val="17"/>
              </w:rPr>
              <w:t>Kinh nghiệm ngành xây dựng</w:t>
            </w:r>
          </w:p>
        </w:tc>
        <w:tc>
          <w:tcPr>
            <w:tcW w:type="dxa" w:w="6293"/>
            <w:tcMar>
              <w:top w:w="85" w:type="dxa"/>
              <w:start w:w="80" w:type="dxa"/>
              <w:bottom w:w="85" w:type="dxa"/>
              <w:end w:w="80" w:type="dxa"/>
            </w:tcMar>
            <w:vAlign w:val="center"/>
          </w:tcPr>
          <w:p>
            <w:pPr>
              <w:spacing w:after="0"/>
            </w:pPr>
            <w:r>
              <w:rPr>
                <w:rFonts w:ascii="Arial" w:hAnsi="Arial" w:eastAsia="Arial"/>
              </w:rPr>
            </w:r>
            <w:r>
              <w:rPr>
                <w:rFonts w:ascii="Arial" w:hAnsi="Arial" w:eastAsia="Arial"/>
                <w:b w:val="0"/>
                <w:sz w:val="17"/>
              </w:rPr>
              <w:t>Nhiều năm làm việc trong môi trường xây dựng, kế hoạch, đấu thầu, quản lý hồ sơ và kiểm soát chi phí.</w:t>
            </w:r>
          </w:p>
        </w:tc>
      </w:tr>
      <w:tr>
        <w:tc>
          <w:tcPr>
            <w:tcW w:type="dxa" w:w="2438"/>
            <w:tcMar>
              <w:top w:w="85" w:type="dxa"/>
              <w:start w:w="80" w:type="dxa"/>
              <w:bottom w:w="85" w:type="dxa"/>
              <w:end w:w="80" w:type="dxa"/>
            </w:tcMar>
            <w:vAlign w:val="center"/>
            <w:shd w:fill="F2EEE7"/>
          </w:tcPr>
          <w:p>
            <w:pPr>
              <w:spacing w:after="0"/>
            </w:pPr>
            <w:r>
              <w:rPr>
                <w:rFonts w:ascii="Arial" w:hAnsi="Arial" w:eastAsia="Arial"/>
              </w:rPr>
            </w:r>
            <w:r>
              <w:rPr>
                <w:rFonts w:ascii="Arial" w:hAnsi="Arial" w:eastAsia="Arial"/>
                <w:b/>
                <w:color w:val="2F3338"/>
                <w:sz w:val="17"/>
              </w:rPr>
              <w:t>Tư duy tài chính/đầu tư</w:t>
            </w:r>
          </w:p>
        </w:tc>
        <w:tc>
          <w:tcPr>
            <w:tcW w:type="dxa" w:w="6293"/>
            <w:tcMar>
              <w:top w:w="85" w:type="dxa"/>
              <w:start w:w="80" w:type="dxa"/>
              <w:bottom w:w="85" w:type="dxa"/>
              <w:end w:w="80" w:type="dxa"/>
            </w:tcMar>
            <w:vAlign w:val="center"/>
          </w:tcPr>
          <w:p>
            <w:pPr>
              <w:spacing w:after="0"/>
            </w:pPr>
            <w:r>
              <w:rPr>
                <w:rFonts w:ascii="Arial" w:hAnsi="Arial" w:eastAsia="Arial"/>
              </w:rPr>
            </w:r>
            <w:r>
              <w:rPr>
                <w:rFonts w:ascii="Arial" w:hAnsi="Arial" w:eastAsia="Arial"/>
                <w:b w:val="0"/>
                <w:sz w:val="17"/>
              </w:rPr>
              <w:t>Biết nhìn công trình như một bài toán giá trị: chi phí, thứ tự ưu tiên, hiệu quả sử dụng, rủi ro phát sinh.</w:t>
            </w:r>
          </w:p>
        </w:tc>
      </w:tr>
      <w:tr>
        <w:tc>
          <w:tcPr>
            <w:tcW w:type="dxa" w:w="2438"/>
            <w:tcMar>
              <w:top w:w="85" w:type="dxa"/>
              <w:start w:w="80" w:type="dxa"/>
              <w:bottom w:w="85" w:type="dxa"/>
              <w:end w:w="80" w:type="dxa"/>
            </w:tcMar>
            <w:vAlign w:val="center"/>
            <w:shd w:fill="F2EEE7"/>
          </w:tcPr>
          <w:p>
            <w:pPr>
              <w:spacing w:after="0"/>
            </w:pPr>
            <w:r>
              <w:rPr>
                <w:rFonts w:ascii="Arial" w:hAnsi="Arial" w:eastAsia="Arial"/>
              </w:rPr>
            </w:r>
            <w:r>
              <w:rPr>
                <w:rFonts w:ascii="Arial" w:hAnsi="Arial" w:eastAsia="Arial"/>
                <w:b/>
                <w:color w:val="2F3338"/>
                <w:sz w:val="17"/>
              </w:rPr>
              <w:t>Mạng lưới đối tác</w:t>
            </w:r>
          </w:p>
        </w:tc>
        <w:tc>
          <w:tcPr>
            <w:tcW w:type="dxa" w:w="6293"/>
            <w:tcMar>
              <w:top w:w="85" w:type="dxa"/>
              <w:start w:w="80" w:type="dxa"/>
              <w:bottom w:w="85" w:type="dxa"/>
              <w:end w:w="80" w:type="dxa"/>
            </w:tcMar>
            <w:vAlign w:val="center"/>
          </w:tcPr>
          <w:p>
            <w:pPr>
              <w:spacing w:after="0"/>
            </w:pPr>
            <w:r>
              <w:rPr>
                <w:rFonts w:ascii="Arial" w:hAnsi="Arial" w:eastAsia="Arial"/>
              </w:rPr>
            </w:r>
            <w:r>
              <w:rPr>
                <w:rFonts w:ascii="Arial" w:hAnsi="Arial" w:eastAsia="Arial"/>
                <w:b w:val="0"/>
                <w:sz w:val="17"/>
              </w:rPr>
              <w:t>Có thể phát triển hệ sinh thái kiến trúc sư, kỹ sư, nhà thầu, xưởng, vật liệu, thiết bị, đồ rời theo từng nhu cầu.</w:t>
            </w:r>
          </w:p>
        </w:tc>
      </w:tr>
      <w:tr>
        <w:tc>
          <w:tcPr>
            <w:tcW w:type="dxa" w:w="2438"/>
            <w:tcMar>
              <w:top w:w="85" w:type="dxa"/>
              <w:start w:w="80" w:type="dxa"/>
              <w:bottom w:w="85" w:type="dxa"/>
              <w:end w:w="80" w:type="dxa"/>
            </w:tcMar>
            <w:vAlign w:val="center"/>
            <w:shd w:fill="F2EEE7"/>
          </w:tcPr>
          <w:p>
            <w:pPr>
              <w:spacing w:after="0"/>
            </w:pPr>
            <w:r>
              <w:rPr>
                <w:rFonts w:ascii="Arial" w:hAnsi="Arial" w:eastAsia="Arial"/>
              </w:rPr>
            </w:r>
            <w:r>
              <w:rPr>
                <w:rFonts w:ascii="Arial" w:hAnsi="Arial" w:eastAsia="Arial"/>
                <w:b/>
                <w:color w:val="2F3338"/>
                <w:sz w:val="17"/>
              </w:rPr>
              <w:t>Vận hành AI-first</w:t>
            </w:r>
          </w:p>
        </w:tc>
        <w:tc>
          <w:tcPr>
            <w:tcW w:type="dxa" w:w="6293"/>
            <w:tcMar>
              <w:top w:w="85" w:type="dxa"/>
              <w:start w:w="80" w:type="dxa"/>
              <w:bottom w:w="85" w:type="dxa"/>
              <w:end w:w="80" w:type="dxa"/>
            </w:tcMar>
            <w:vAlign w:val="center"/>
          </w:tcPr>
          <w:p>
            <w:pPr>
              <w:spacing w:after="0"/>
            </w:pPr>
            <w:r>
              <w:rPr>
                <w:rFonts w:ascii="Arial" w:hAnsi="Arial" w:eastAsia="Arial"/>
              </w:rPr>
            </w:r>
            <w:r>
              <w:rPr>
                <w:rFonts w:ascii="Arial" w:hAnsi="Arial" w:eastAsia="Arial"/>
                <w:b w:val="0"/>
                <w:sz w:val="17"/>
              </w:rPr>
              <w:t>Sử dụng AI để chuẩn hóa quy trình, hỏi đúng câu hỏi, lưu tri thức, tạo checklist, so sánh và quản lý tài liệu dự án.</w:t>
            </w:r>
          </w:p>
        </w:tc>
      </w:tr>
    </w:tbl>
    <w:tbl>
      <w:tblPr>
        <w:tblW w:type="auto" w:w="0"/>
        <w:jc w:val="center"/>
        <w:tblLook w:firstColumn="1" w:firstRow="1" w:lastColumn="0" w:lastRow="0" w:noHBand="0" w:noVBand="1" w:val="04A0"/>
        <w:tblBorders>
          <w:top w:val="single" w:sz="5" w:space="0" w:color="E7D2A5"/>
          <w:left w:val="single" w:sz="5" w:space="0" w:color="E7D2A5"/>
          <w:bottom w:val="single" w:sz="5" w:space="0" w:color="E7D2A5"/>
          <w:right w:val="single" w:sz="5" w:space="0" w:color="E7D2A5"/>
          <w:insideH w:val="single" w:sz="5" w:space="0" w:color="E7D2A5"/>
          <w:insideV w:val="single" w:sz="5" w:space="0" w:color="E7D2A5"/>
        </w:tblBorders>
      </w:tblPr>
      <w:tblGrid>
        <w:gridCol w:w="10370"/>
      </w:tblGrid>
      <w:tr>
        <w:tc>
          <w:tcPr>
            <w:tcW w:type="dxa" w:w="10370"/>
            <w:shd w:fill="F2EEE7"/>
            <w:tcMar>
              <w:top w:w="130" w:type="dxa"/>
              <w:start w:w="160" w:type="dxa"/>
              <w:bottom w:w="130" w:type="dxa"/>
              <w:end w:w="160" w:type="dxa"/>
            </w:tcMar>
          </w:tcPr>
          <w:p>
            <w:pPr>
              <w:spacing w:after="60"/>
            </w:pPr>
            <w:r>
              <w:rPr>
                <w:rFonts w:ascii="Arial" w:hAnsi="Arial" w:eastAsia="Arial"/>
                <w:b/>
                <w:i w:val="0"/>
                <w:color w:val="2F3338"/>
                <w:sz w:val="20"/>
              </w:rPr>
              <w:t>Cách diễn đạt trung thực</w:t>
            </w:r>
          </w:p>
          <w:p>
            <w:pPr>
              <w:spacing w:after="0" w:line="259" w:lineRule="auto"/>
            </w:pPr>
            <w:r>
              <w:rPr>
                <w:rFonts w:ascii="Arial" w:hAnsi="Arial" w:eastAsia="Arial"/>
                <w:b w:val="0"/>
                <w:i w:val="0"/>
                <w:color w:val="222222"/>
                <w:sz w:val="18"/>
              </w:rPr>
              <w:t>ARCOVA không nên tự nhận đã có nhiều dự án nếu chưa có danh mục chính thức. Hồ sơ nên nhấn mạnh “năng lực phương pháp, nền tảng ngành, mô hình tổ chức và mạng lưới triển khai”, đồng thời cập nhật dự án tiêu biểu khi công ty có sản phẩm thực tế.</w:t>
            </w:r>
          </w:p>
        </w:tc>
      </w:tr>
    </w:tbl>
    <w:p>
      <w:pPr>
        <w:pStyle w:val="Heading1"/>
        <w:spacing w:before="240" w:after="120"/>
        <w:pBdr>
          <w:bottom w:val="single" w:sz="12" w:space="4" w:color="C8A96A"/>
        </w:pBdr>
      </w:pPr>
      <w:r>
        <w:rPr>
          <w:rFonts w:ascii="Arial" w:hAnsi="Arial" w:eastAsia="Arial"/>
          <w:b/>
          <w:i w:val="0"/>
          <w:color w:val="2F3338"/>
          <w:sz w:val="32"/>
        </w:rPr>
        <w:t>10. NĂNG LỰC KIỂM SOÁT THIẾT KẾ – THẨM MỸ – CÔNG NĂNG</w:t>
      </w:r>
    </w:p>
    <w:p>
      <w:pPr>
        <w:spacing w:before="0" w:after="100" w:line="259" w:lineRule="auto"/>
      </w:pPr>
      <w:r>
        <w:rPr>
          <w:rFonts w:ascii="Arial" w:hAnsi="Arial" w:eastAsia="Arial"/>
          <w:b w:val="0"/>
          <w:i w:val="0"/>
          <w:sz w:val="19"/>
        </w:rPr>
        <w:t>Một trong các lý do khách hàng cần ARCOVA là vì họ thường không biết đánh giá một phương án thiết kế có đúng hay không. ARCOVA không chỉ hỏi “đẹp hay xấu”, mà kiểm tra thiết kế theo nhiều lớp: công năng, luồng đi, tỷ lệ, ánh sáng, vật liệu, phong cách sống, bảo trì và ngân sách.</w:t>
      </w:r>
    </w:p>
    <w:tbl>
      <w:tblPr>
        <w:tblStyle w:val="TableGrid"/>
        <w:tblW w:type="auto" w:w="0"/>
        <w:jc w:val="center"/>
        <w:tblLook w:firstColumn="1" w:firstRow="1" w:lastColumn="0" w:lastRow="0" w:noHBand="0" w:noVBand="1" w:val="04A0"/>
        <w:tblBorders>
          <w:top w:val="single" w:sz="5" w:space="0" w:color="E7D2A5"/>
          <w:left w:val="single" w:sz="5" w:space="0" w:color="E7D2A5"/>
          <w:bottom w:val="single" w:sz="5" w:space="0" w:color="E7D2A5"/>
          <w:right w:val="single" w:sz="5" w:space="0" w:color="E7D2A5"/>
          <w:insideH w:val="single" w:sz="5" w:space="0" w:color="E7D2A5"/>
          <w:insideV w:val="single" w:sz="5" w:space="0" w:color="E7D2A5"/>
        </w:tblBorders>
      </w:tblPr>
      <w:tblGrid>
        <w:gridCol w:w="5185"/>
        <w:gridCol w:w="5185"/>
      </w:tblGrid>
      <w:tr>
        <w:trPr>
          <w:tblHeader w:val="true"/>
        </w:trPr>
        <w:tc>
          <w:tcPr>
            <w:tcW w:type="dxa" w:w="2381"/>
            <w:shd w:fill="C8A96A"/>
            <w:tcMar>
              <w:top w:w="80" w:type="dxa"/>
              <w:start w:w="70" w:type="dxa"/>
              <w:bottom w:w="80" w:type="dxa"/>
              <w:end w:w="70" w:type="dxa"/>
            </w:tcMar>
          </w:tcPr>
          <w:p>
            <w:pPr>
              <w:spacing w:after="0"/>
              <w:jc w:val="center"/>
            </w:pPr>
            <w:r>
              <w:rPr>
                <w:rFonts w:ascii="Arial" w:hAnsi="Arial" w:eastAsia="Arial"/>
              </w:rPr>
            </w:r>
            <w:r>
              <w:rPr>
                <w:rFonts w:ascii="Arial" w:hAnsi="Arial" w:eastAsia="Arial"/>
                <w:b/>
                <w:color w:val="FFFFFF"/>
                <w:sz w:val="16"/>
              </w:rPr>
              <w:t>Lớp kiểm soát</w:t>
            </w:r>
          </w:p>
        </w:tc>
        <w:tc>
          <w:tcPr>
            <w:tcW w:type="dxa" w:w="6406"/>
            <w:shd w:fill="C8A96A"/>
            <w:tcMar>
              <w:top w:w="80" w:type="dxa"/>
              <w:start w:w="70" w:type="dxa"/>
              <w:bottom w:w="80" w:type="dxa"/>
              <w:end w:w="70" w:type="dxa"/>
            </w:tcMar>
          </w:tcPr>
          <w:p>
            <w:pPr>
              <w:spacing w:after="0"/>
              <w:jc w:val="center"/>
            </w:pPr>
            <w:r>
              <w:rPr>
                <w:rFonts w:ascii="Arial" w:hAnsi="Arial" w:eastAsia="Arial"/>
              </w:rPr>
            </w:r>
            <w:r>
              <w:rPr>
                <w:rFonts w:ascii="Arial" w:hAnsi="Arial" w:eastAsia="Arial"/>
                <w:b/>
                <w:color w:val="FFFFFF"/>
                <w:sz w:val="16"/>
              </w:rPr>
              <w:t>Câu hỏi ARCOVA đặt ra</w:t>
            </w:r>
          </w:p>
        </w:tc>
      </w:tr>
      <w:tr>
        <w:tc>
          <w:tcPr>
            <w:tcW w:type="dxa" w:w="2381"/>
            <w:tcMar>
              <w:top w:w="70" w:type="dxa"/>
              <w:start w:w="65" w:type="dxa"/>
              <w:bottom w:w="70" w:type="dxa"/>
              <w:end w:w="65" w:type="dxa"/>
            </w:tcMar>
            <w:vAlign w:val="top"/>
          </w:tcPr>
          <w:p>
            <w:pPr>
              <w:spacing w:after="0"/>
            </w:pPr>
            <w:r>
              <w:rPr>
                <w:rFonts w:ascii="Arial" w:hAnsi="Arial" w:eastAsia="Arial"/>
              </w:rPr>
            </w:r>
            <w:r>
              <w:rPr>
                <w:rFonts w:ascii="Arial" w:hAnsi="Arial" w:eastAsia="Arial"/>
                <w:b w:val="0"/>
                <w:sz w:val="16"/>
              </w:rPr>
              <w:t>Công năng</w:t>
            </w:r>
          </w:p>
        </w:tc>
        <w:tc>
          <w:tcPr>
            <w:tcW w:type="dxa" w:w="6406"/>
            <w:tcMar>
              <w:top w:w="70" w:type="dxa"/>
              <w:start w:w="65" w:type="dxa"/>
              <w:bottom w:w="70" w:type="dxa"/>
              <w:end w:w="65" w:type="dxa"/>
            </w:tcMar>
            <w:vAlign w:val="top"/>
          </w:tcPr>
          <w:p>
            <w:pPr>
              <w:spacing w:after="0"/>
            </w:pPr>
            <w:r>
              <w:rPr>
                <w:rFonts w:ascii="Arial" w:hAnsi="Arial" w:eastAsia="Arial"/>
              </w:rPr>
            </w:r>
            <w:r>
              <w:rPr>
                <w:rFonts w:ascii="Arial" w:hAnsi="Arial" w:eastAsia="Arial"/>
                <w:b w:val="0"/>
                <w:sz w:val="16"/>
              </w:rPr>
              <w:t>Các phòng, khu phụ trợ, kho, giặt phơi, bếp, WC, chỗ để đồ có phục vụ đời sống thật không?</w:t>
            </w:r>
          </w:p>
        </w:tc>
      </w:tr>
      <w:tr>
        <w:tc>
          <w:tcPr>
            <w:tcW w:type="dxa" w:w="2381"/>
            <w:tcMar>
              <w:top w:w="70" w:type="dxa"/>
              <w:start w:w="65" w:type="dxa"/>
              <w:bottom w:w="70" w:type="dxa"/>
              <w:end w:w="65" w:type="dxa"/>
            </w:tcMar>
            <w:vAlign w:val="top"/>
            <w:shd w:fill="FAF9F6"/>
          </w:tcPr>
          <w:p>
            <w:pPr>
              <w:spacing w:after="0"/>
            </w:pPr>
            <w:r>
              <w:rPr>
                <w:rFonts w:ascii="Arial" w:hAnsi="Arial" w:eastAsia="Arial"/>
              </w:rPr>
            </w:r>
            <w:r>
              <w:rPr>
                <w:rFonts w:ascii="Arial" w:hAnsi="Arial" w:eastAsia="Arial"/>
                <w:b w:val="0"/>
                <w:sz w:val="16"/>
              </w:rPr>
              <w:t>Luồng sống</w:t>
            </w:r>
          </w:p>
        </w:tc>
        <w:tc>
          <w:tcPr>
            <w:tcW w:type="dxa" w:w="6406"/>
            <w:tcMar>
              <w:top w:w="70" w:type="dxa"/>
              <w:start w:w="65" w:type="dxa"/>
              <w:bottom w:w="70" w:type="dxa"/>
              <w:end w:w="65" w:type="dxa"/>
            </w:tcMar>
            <w:vAlign w:val="top"/>
            <w:shd w:fill="FAF9F6"/>
          </w:tcPr>
          <w:p>
            <w:pPr>
              <w:spacing w:after="0"/>
            </w:pPr>
            <w:r>
              <w:rPr>
                <w:rFonts w:ascii="Arial" w:hAnsi="Arial" w:eastAsia="Arial"/>
              </w:rPr>
            </w:r>
            <w:r>
              <w:rPr>
                <w:rFonts w:ascii="Arial" w:hAnsi="Arial" w:eastAsia="Arial"/>
                <w:b w:val="0"/>
                <w:sz w:val="16"/>
              </w:rPr>
              <w:t>Tuyến khách, tuyến gia đình, tuyến service, tuyến rác/giặt/nấu có xung đột không?</w:t>
            </w:r>
          </w:p>
        </w:tc>
      </w:tr>
      <w:tr>
        <w:tc>
          <w:tcPr>
            <w:tcW w:type="dxa" w:w="2381"/>
            <w:tcMar>
              <w:top w:w="70" w:type="dxa"/>
              <w:start w:w="65" w:type="dxa"/>
              <w:bottom w:w="70" w:type="dxa"/>
              <w:end w:w="65" w:type="dxa"/>
            </w:tcMar>
            <w:vAlign w:val="top"/>
          </w:tcPr>
          <w:p>
            <w:pPr>
              <w:spacing w:after="0"/>
            </w:pPr>
            <w:r>
              <w:rPr>
                <w:rFonts w:ascii="Arial" w:hAnsi="Arial" w:eastAsia="Arial"/>
              </w:rPr>
            </w:r>
            <w:r>
              <w:rPr>
                <w:rFonts w:ascii="Arial" w:hAnsi="Arial" w:eastAsia="Arial"/>
                <w:b w:val="0"/>
                <w:sz w:val="16"/>
              </w:rPr>
              <w:t>Tỷ lệ &amp; nhân trắc</w:t>
            </w:r>
          </w:p>
        </w:tc>
        <w:tc>
          <w:tcPr>
            <w:tcW w:type="dxa" w:w="6406"/>
            <w:tcMar>
              <w:top w:w="70" w:type="dxa"/>
              <w:start w:w="65" w:type="dxa"/>
              <w:bottom w:w="70" w:type="dxa"/>
              <w:end w:w="65" w:type="dxa"/>
            </w:tcMar>
            <w:vAlign w:val="top"/>
          </w:tcPr>
          <w:p>
            <w:pPr>
              <w:spacing w:after="0"/>
            </w:pPr>
            <w:r>
              <w:rPr>
                <w:rFonts w:ascii="Arial" w:hAnsi="Arial" w:eastAsia="Arial"/>
              </w:rPr>
            </w:r>
            <w:r>
              <w:rPr>
                <w:rFonts w:ascii="Arial" w:hAnsi="Arial" w:eastAsia="Arial"/>
                <w:b w:val="0"/>
                <w:sz w:val="16"/>
              </w:rPr>
              <w:t>Sofa, giường, bàn ăn, tủ, lối đi, cửa, chiều cao, khoảng thao tác có đúng không?</w:t>
            </w:r>
          </w:p>
        </w:tc>
      </w:tr>
      <w:tr>
        <w:tc>
          <w:tcPr>
            <w:tcW w:type="dxa" w:w="2381"/>
            <w:tcMar>
              <w:top w:w="70" w:type="dxa"/>
              <w:start w:w="65" w:type="dxa"/>
              <w:bottom w:w="70" w:type="dxa"/>
              <w:end w:w="65" w:type="dxa"/>
            </w:tcMar>
            <w:vAlign w:val="top"/>
            <w:shd w:fill="FAF9F6"/>
          </w:tcPr>
          <w:p>
            <w:pPr>
              <w:spacing w:after="0"/>
            </w:pPr>
            <w:r>
              <w:rPr>
                <w:rFonts w:ascii="Arial" w:hAnsi="Arial" w:eastAsia="Arial"/>
              </w:rPr>
            </w:r>
            <w:r>
              <w:rPr>
                <w:rFonts w:ascii="Arial" w:hAnsi="Arial" w:eastAsia="Arial"/>
                <w:b w:val="0"/>
                <w:sz w:val="16"/>
              </w:rPr>
              <w:t>Ánh sáng</w:t>
            </w:r>
          </w:p>
        </w:tc>
        <w:tc>
          <w:tcPr>
            <w:tcW w:type="dxa" w:w="6406"/>
            <w:tcMar>
              <w:top w:w="70" w:type="dxa"/>
              <w:start w:w="65" w:type="dxa"/>
              <w:bottom w:w="70" w:type="dxa"/>
              <w:end w:w="65" w:type="dxa"/>
            </w:tcMar>
            <w:vAlign w:val="top"/>
            <w:shd w:fill="FAF9F6"/>
          </w:tcPr>
          <w:p>
            <w:pPr>
              <w:spacing w:after="0"/>
            </w:pPr>
            <w:r>
              <w:rPr>
                <w:rFonts w:ascii="Arial" w:hAnsi="Arial" w:eastAsia="Arial"/>
              </w:rPr>
            </w:r>
            <w:r>
              <w:rPr>
                <w:rFonts w:ascii="Arial" w:hAnsi="Arial" w:eastAsia="Arial"/>
                <w:b w:val="0"/>
                <w:sz w:val="16"/>
              </w:rPr>
              <w:t>Có đủ ánh sáng nền, ánh sáng chức năng, ánh sáng điểm nhấn và cảm xúc không?</w:t>
            </w:r>
          </w:p>
        </w:tc>
      </w:tr>
      <w:tr>
        <w:tc>
          <w:tcPr>
            <w:tcW w:type="dxa" w:w="2381"/>
            <w:tcMar>
              <w:top w:w="70" w:type="dxa"/>
              <w:start w:w="65" w:type="dxa"/>
              <w:bottom w:w="70" w:type="dxa"/>
              <w:end w:w="65" w:type="dxa"/>
            </w:tcMar>
            <w:vAlign w:val="top"/>
          </w:tcPr>
          <w:p>
            <w:pPr>
              <w:spacing w:after="0"/>
            </w:pPr>
            <w:r>
              <w:rPr>
                <w:rFonts w:ascii="Arial" w:hAnsi="Arial" w:eastAsia="Arial"/>
              </w:rPr>
            </w:r>
            <w:r>
              <w:rPr>
                <w:rFonts w:ascii="Arial" w:hAnsi="Arial" w:eastAsia="Arial"/>
                <w:b w:val="0"/>
                <w:sz w:val="16"/>
              </w:rPr>
              <w:t>Vật liệu</w:t>
            </w:r>
          </w:p>
        </w:tc>
        <w:tc>
          <w:tcPr>
            <w:tcW w:type="dxa" w:w="6406"/>
            <w:tcMar>
              <w:top w:w="70" w:type="dxa"/>
              <w:start w:w="65" w:type="dxa"/>
              <w:bottom w:w="70" w:type="dxa"/>
              <w:end w:w="65" w:type="dxa"/>
            </w:tcMar>
            <w:vAlign w:val="top"/>
          </w:tcPr>
          <w:p>
            <w:pPr>
              <w:spacing w:after="0"/>
            </w:pPr>
            <w:r>
              <w:rPr>
                <w:rFonts w:ascii="Arial" w:hAnsi="Arial" w:eastAsia="Arial"/>
              </w:rPr>
            </w:r>
            <w:r>
              <w:rPr>
                <w:rFonts w:ascii="Arial" w:hAnsi="Arial" w:eastAsia="Arial"/>
                <w:b w:val="0"/>
                <w:sz w:val="16"/>
              </w:rPr>
              <w:t>Vật liệu có hợp ngân sách, khí hậu, thói quen dùng, bảo trì và độ bền không?</w:t>
            </w:r>
          </w:p>
        </w:tc>
      </w:tr>
      <w:tr>
        <w:tc>
          <w:tcPr>
            <w:tcW w:type="dxa" w:w="2381"/>
            <w:tcMar>
              <w:top w:w="70" w:type="dxa"/>
              <w:start w:w="65" w:type="dxa"/>
              <w:bottom w:w="70" w:type="dxa"/>
              <w:end w:w="65" w:type="dxa"/>
            </w:tcMar>
            <w:vAlign w:val="top"/>
            <w:shd w:fill="FAF9F6"/>
          </w:tcPr>
          <w:p>
            <w:pPr>
              <w:spacing w:after="0"/>
            </w:pPr>
            <w:r>
              <w:rPr>
                <w:rFonts w:ascii="Arial" w:hAnsi="Arial" w:eastAsia="Arial"/>
              </w:rPr>
            </w:r>
            <w:r>
              <w:rPr>
                <w:rFonts w:ascii="Arial" w:hAnsi="Arial" w:eastAsia="Arial"/>
                <w:b w:val="0"/>
                <w:sz w:val="16"/>
              </w:rPr>
              <w:t>Phong cách</w:t>
            </w:r>
          </w:p>
        </w:tc>
        <w:tc>
          <w:tcPr>
            <w:tcW w:type="dxa" w:w="6406"/>
            <w:tcMar>
              <w:top w:w="70" w:type="dxa"/>
              <w:start w:w="65" w:type="dxa"/>
              <w:bottom w:w="70" w:type="dxa"/>
              <w:end w:w="65" w:type="dxa"/>
            </w:tcMar>
            <w:vAlign w:val="top"/>
            <w:shd w:fill="FAF9F6"/>
          </w:tcPr>
          <w:p>
            <w:pPr>
              <w:spacing w:after="0"/>
            </w:pPr>
            <w:r>
              <w:rPr>
                <w:rFonts w:ascii="Arial" w:hAnsi="Arial" w:eastAsia="Arial"/>
              </w:rPr>
            </w:r>
            <w:r>
              <w:rPr>
                <w:rFonts w:ascii="Arial" w:hAnsi="Arial" w:eastAsia="Arial"/>
                <w:b w:val="0"/>
                <w:sz w:val="16"/>
              </w:rPr>
              <w:t>Phong cách có đúng bối cảnh, đúng công trình, đúng ngân sách và không bị “sến/giả/lạm dụng” không?</w:t>
            </w:r>
          </w:p>
        </w:tc>
      </w:tr>
      <w:tr>
        <w:tc>
          <w:tcPr>
            <w:tcW w:type="dxa" w:w="2381"/>
            <w:tcMar>
              <w:top w:w="70" w:type="dxa"/>
              <w:start w:w="65" w:type="dxa"/>
              <w:bottom w:w="70" w:type="dxa"/>
              <w:end w:w="65" w:type="dxa"/>
            </w:tcMar>
            <w:vAlign w:val="top"/>
          </w:tcPr>
          <w:p>
            <w:pPr>
              <w:spacing w:after="0"/>
            </w:pPr>
            <w:r>
              <w:rPr>
                <w:rFonts w:ascii="Arial" w:hAnsi="Arial" w:eastAsia="Arial"/>
              </w:rPr>
            </w:r>
            <w:r>
              <w:rPr>
                <w:rFonts w:ascii="Arial" w:hAnsi="Arial" w:eastAsia="Arial"/>
                <w:b w:val="0"/>
                <w:sz w:val="16"/>
              </w:rPr>
              <w:t>Nội thất liền tường/rời</w:t>
            </w:r>
          </w:p>
        </w:tc>
        <w:tc>
          <w:tcPr>
            <w:tcW w:type="dxa" w:w="6406"/>
            <w:tcMar>
              <w:top w:w="70" w:type="dxa"/>
              <w:start w:w="65" w:type="dxa"/>
              <w:bottom w:w="70" w:type="dxa"/>
              <w:end w:w="65" w:type="dxa"/>
            </w:tcMar>
            <w:vAlign w:val="top"/>
          </w:tcPr>
          <w:p>
            <w:pPr>
              <w:spacing w:after="0"/>
            </w:pPr>
            <w:r>
              <w:rPr>
                <w:rFonts w:ascii="Arial" w:hAnsi="Arial" w:eastAsia="Arial"/>
              </w:rPr>
            </w:r>
            <w:r>
              <w:rPr>
                <w:rFonts w:ascii="Arial" w:hAnsi="Arial" w:eastAsia="Arial"/>
                <w:b w:val="0"/>
                <w:sz w:val="16"/>
              </w:rPr>
              <w:t>Hệ tủ, bếp, vách ốp có tạo trật tự; đồ rời có tạo cảm xúc và linh hoạt không?</w:t>
            </w:r>
          </w:p>
        </w:tc>
      </w:tr>
      <w:tr>
        <w:tc>
          <w:tcPr>
            <w:tcW w:type="dxa" w:w="2381"/>
            <w:tcMar>
              <w:top w:w="70" w:type="dxa"/>
              <w:start w:w="65" w:type="dxa"/>
              <w:bottom w:w="70" w:type="dxa"/>
              <w:end w:w="65" w:type="dxa"/>
            </w:tcMar>
            <w:vAlign w:val="top"/>
            <w:shd w:fill="FAF9F6"/>
          </w:tcPr>
          <w:p>
            <w:pPr>
              <w:spacing w:after="0"/>
            </w:pPr>
            <w:r>
              <w:rPr>
                <w:rFonts w:ascii="Arial" w:hAnsi="Arial" w:eastAsia="Arial"/>
              </w:rPr>
            </w:r>
            <w:r>
              <w:rPr>
                <w:rFonts w:ascii="Arial" w:hAnsi="Arial" w:eastAsia="Arial"/>
                <w:b w:val="0"/>
                <w:sz w:val="16"/>
              </w:rPr>
              <w:t>Phong thủy thực dụng</w:t>
            </w:r>
          </w:p>
        </w:tc>
        <w:tc>
          <w:tcPr>
            <w:tcW w:type="dxa" w:w="6406"/>
            <w:tcMar>
              <w:top w:w="70" w:type="dxa"/>
              <w:start w:w="65" w:type="dxa"/>
              <w:bottom w:w="70" w:type="dxa"/>
              <w:end w:w="65" w:type="dxa"/>
            </w:tcMar>
            <w:vAlign w:val="top"/>
            <w:shd w:fill="FAF9F6"/>
          </w:tcPr>
          <w:p>
            <w:pPr>
              <w:spacing w:after="0"/>
            </w:pPr>
            <w:r>
              <w:rPr>
                <w:rFonts w:ascii="Arial" w:hAnsi="Arial" w:eastAsia="Arial"/>
              </w:rPr>
            </w:r>
            <w:r>
              <w:rPr>
                <w:rFonts w:ascii="Arial" w:hAnsi="Arial" w:eastAsia="Arial"/>
                <w:b w:val="0"/>
                <w:sz w:val="16"/>
              </w:rPr>
              <w:t>Tôn trọng niềm tin văn hóa nhưng không phá kỹ thuật, công năng, an toàn và PCCC.</w:t>
            </w:r>
          </w:p>
        </w:tc>
      </w:tr>
    </w:tbl>
    <w:p>
      <w:pPr>
        <w:pStyle w:val="Heading2"/>
        <w:spacing w:before="160" w:after="80"/>
      </w:pPr>
      <w:r>
        <w:rPr>
          <w:rFonts w:ascii="Arial" w:hAnsi="Arial" w:eastAsia="Arial"/>
          <w:b/>
          <w:i w:val="0"/>
          <w:color w:val="2F3338"/>
          <w:sz w:val="25"/>
        </w:rPr>
        <w:t>Nguyên tắc thẩm mỹ ARCOVA tư vấn cho khách</w:t>
      </w:r>
    </w:p>
    <w:p>
      <w:pPr>
        <w:pStyle w:val="ListBullet"/>
        <w:spacing w:after="60" w:line="254" w:lineRule="auto"/>
      </w:pPr>
      <w:r>
        <w:rPr>
          <w:rFonts w:ascii="Arial" w:hAnsi="Arial" w:eastAsia="Arial"/>
          <w:b w:val="0"/>
          <w:i w:val="0"/>
          <w:sz w:val="19"/>
        </w:rPr>
        <w:t>Đẹp không chỉ là hình ảnh 3D; đẹp là khi ở thật thấy tiện, gọn, sáng, có chỗ cất đồ và ít phải chịu đựng bất tiện.</w:t>
      </w:r>
    </w:p>
    <w:p>
      <w:pPr>
        <w:pStyle w:val="ListBullet"/>
        <w:spacing w:after="60" w:line="254" w:lineRule="auto"/>
      </w:pPr>
      <w:r>
        <w:rPr>
          <w:rFonts w:ascii="Arial" w:hAnsi="Arial" w:eastAsia="Arial"/>
          <w:b w:val="0"/>
          <w:i w:val="0"/>
          <w:sz w:val="19"/>
        </w:rPr>
        <w:t>Sang không chỉ là đồ đắt; sang là đúng tỷ lệ, đúng vật liệu, đúng ánh sáng, đúng hành vi sử dụng và không phô trương sai bối cảnh.</w:t>
      </w:r>
    </w:p>
    <w:p>
      <w:pPr>
        <w:pStyle w:val="ListBullet"/>
        <w:spacing w:after="60" w:line="254" w:lineRule="auto"/>
      </w:pPr>
      <w:r>
        <w:rPr>
          <w:rFonts w:ascii="Arial" w:hAnsi="Arial" w:eastAsia="Arial"/>
          <w:b w:val="0"/>
          <w:i w:val="0"/>
          <w:sz w:val="19"/>
        </w:rPr>
        <w:t>Tối giản không đồng nghĩa với rẻ; ít chi tiết thì càng cần tỷ lệ, vật liệu và thi công chuẩn.</w:t>
      </w:r>
    </w:p>
    <w:p>
      <w:pPr>
        <w:pStyle w:val="ListBullet"/>
        <w:spacing w:after="60" w:line="254" w:lineRule="auto"/>
      </w:pPr>
      <w:r>
        <w:rPr>
          <w:rFonts w:ascii="Arial" w:hAnsi="Arial" w:eastAsia="Arial"/>
          <w:b w:val="0"/>
          <w:i w:val="0"/>
          <w:sz w:val="19"/>
        </w:rPr>
        <w:t>Cổ điển/tân cổ điển/luxury không nên làm nếu trần thấp, diện tích nhỏ, ngân sách thiếu và tay nghề không đủ.</w:t>
      </w:r>
    </w:p>
    <w:p>
      <w:pPr>
        <w:pStyle w:val="ListBullet"/>
        <w:spacing w:after="60" w:line="254" w:lineRule="auto"/>
      </w:pPr>
      <w:r>
        <w:rPr>
          <w:rFonts w:ascii="Arial" w:hAnsi="Arial" w:eastAsia="Arial"/>
          <w:b w:val="0"/>
          <w:i w:val="0"/>
          <w:sz w:val="19"/>
        </w:rPr>
        <w:t>Căn hộ/nhà phố Việt Nam cần kiểm soát mùi bếp, kho lưu trữ, giặt phơi, nóng ẩm, chống thấm và bảo trì nhiều hơn ảnh mẫu nước ngoài.</w:t>
      </w:r>
    </w:p>
    <w:p>
      <w:pPr>
        <w:pStyle w:val="Heading1"/>
        <w:spacing w:before="240" w:after="120"/>
        <w:pBdr>
          <w:bottom w:val="single" w:sz="12" w:space="4" w:color="C8A96A"/>
        </w:pBdr>
      </w:pPr>
      <w:r>
        <w:rPr>
          <w:rFonts w:ascii="Arial" w:hAnsi="Arial" w:eastAsia="Arial"/>
          <w:b/>
          <w:i w:val="0"/>
          <w:color w:val="2F3338"/>
          <w:sz w:val="32"/>
        </w:rPr>
        <w:t>11. NĂNG LỰC KIỂM SOÁT CHI PHÍ – BÁO GIÁ – HỢP ĐỒNG</w:t>
      </w:r>
    </w:p>
    <w:p>
      <w:pPr>
        <w:spacing w:before="0" w:after="100" w:line="259" w:lineRule="auto"/>
      </w:pPr>
      <w:r>
        <w:rPr>
          <w:rFonts w:ascii="Arial" w:hAnsi="Arial" w:eastAsia="Arial"/>
          <w:b w:val="0"/>
          <w:i w:val="0"/>
          <w:sz w:val="19"/>
        </w:rPr>
        <w:t>Đây là phần rất dễ chuyển đổi thành doanh thu tư vấn, vì khách hàng thường sợ nhất là phát sinh và bị “mù” khi đọc báo giá. ARCOVA có thể bán các gói rà báo giá, so sánh nhà thầu, kiểm tra phạm vi và chuẩn bị câu hỏi đàm phán.</w:t>
      </w:r>
    </w:p>
    <w:tbl>
      <w:tblPr>
        <w:tblStyle w:val="TableGrid"/>
        <w:tblW w:type="auto" w:w="0"/>
        <w:jc w:val="center"/>
        <w:tblLook w:firstColumn="1" w:firstRow="1" w:lastColumn="0" w:lastRow="0" w:noHBand="0" w:noVBand="1" w:val="04A0"/>
        <w:tblBorders>
          <w:top w:val="single" w:sz="5" w:space="0" w:color="E7D2A5"/>
          <w:left w:val="single" w:sz="5" w:space="0" w:color="E7D2A5"/>
          <w:bottom w:val="single" w:sz="5" w:space="0" w:color="E7D2A5"/>
          <w:right w:val="single" w:sz="5" w:space="0" w:color="E7D2A5"/>
          <w:insideH w:val="single" w:sz="5" w:space="0" w:color="E7D2A5"/>
          <w:insideV w:val="single" w:sz="5" w:space="0" w:color="E7D2A5"/>
        </w:tblBorders>
      </w:tblPr>
      <w:tblGrid>
        <w:gridCol w:w="5185"/>
        <w:gridCol w:w="5185"/>
      </w:tblGrid>
      <w:tr>
        <w:trPr>
          <w:tblHeader w:val="true"/>
        </w:trPr>
        <w:tc>
          <w:tcPr>
            <w:tcW w:type="dxa" w:w="1984"/>
            <w:shd w:fill="C8A96A"/>
            <w:tcMar>
              <w:top w:w="80" w:type="dxa"/>
              <w:start w:w="70" w:type="dxa"/>
              <w:bottom w:w="80" w:type="dxa"/>
              <w:end w:w="70" w:type="dxa"/>
            </w:tcMar>
          </w:tcPr>
          <w:p>
            <w:pPr>
              <w:spacing w:after="0"/>
              <w:jc w:val="center"/>
            </w:pPr>
            <w:r>
              <w:rPr>
                <w:rFonts w:ascii="Arial" w:hAnsi="Arial" w:eastAsia="Arial"/>
              </w:rPr>
            </w:r>
            <w:r>
              <w:rPr>
                <w:rFonts w:ascii="Arial" w:hAnsi="Arial" w:eastAsia="Arial"/>
                <w:b/>
                <w:color w:val="FFFFFF"/>
                <w:sz w:val="16"/>
              </w:rPr>
              <w:t>Nhóm rà soát</w:t>
            </w:r>
          </w:p>
        </w:tc>
        <w:tc>
          <w:tcPr>
            <w:tcW w:type="dxa" w:w="6803"/>
            <w:shd w:fill="C8A96A"/>
            <w:tcMar>
              <w:top w:w="80" w:type="dxa"/>
              <w:start w:w="70" w:type="dxa"/>
              <w:bottom w:w="80" w:type="dxa"/>
              <w:end w:w="70" w:type="dxa"/>
            </w:tcMar>
          </w:tcPr>
          <w:p>
            <w:pPr>
              <w:spacing w:after="0"/>
              <w:jc w:val="center"/>
            </w:pPr>
            <w:r>
              <w:rPr>
                <w:rFonts w:ascii="Arial" w:hAnsi="Arial" w:eastAsia="Arial"/>
              </w:rPr>
            </w:r>
            <w:r>
              <w:rPr>
                <w:rFonts w:ascii="Arial" w:hAnsi="Arial" w:eastAsia="Arial"/>
                <w:b/>
                <w:color w:val="FFFFFF"/>
                <w:sz w:val="16"/>
              </w:rPr>
              <w:t>Câu hỏi kiểm soát</w:t>
            </w:r>
          </w:p>
        </w:tc>
      </w:tr>
      <w:tr>
        <w:tc>
          <w:tcPr>
            <w:tcW w:type="dxa" w:w="1984"/>
            <w:tcMar>
              <w:top w:w="70" w:type="dxa"/>
              <w:start w:w="65" w:type="dxa"/>
              <w:bottom w:w="70" w:type="dxa"/>
              <w:end w:w="65" w:type="dxa"/>
            </w:tcMar>
            <w:vAlign w:val="top"/>
          </w:tcPr>
          <w:p>
            <w:pPr>
              <w:spacing w:after="0"/>
            </w:pPr>
            <w:r>
              <w:rPr>
                <w:rFonts w:ascii="Arial" w:hAnsi="Arial" w:eastAsia="Arial"/>
              </w:rPr>
            </w:r>
            <w:r>
              <w:rPr>
                <w:rFonts w:ascii="Arial" w:hAnsi="Arial" w:eastAsia="Arial"/>
                <w:b w:val="0"/>
                <w:sz w:val="16"/>
              </w:rPr>
              <w:t>Phạm vi công việc</w:t>
            </w:r>
          </w:p>
        </w:tc>
        <w:tc>
          <w:tcPr>
            <w:tcW w:type="dxa" w:w="6803"/>
            <w:tcMar>
              <w:top w:w="70" w:type="dxa"/>
              <w:start w:w="65" w:type="dxa"/>
              <w:bottom w:w="70" w:type="dxa"/>
              <w:end w:w="65" w:type="dxa"/>
            </w:tcMar>
            <w:vAlign w:val="top"/>
          </w:tcPr>
          <w:p>
            <w:pPr>
              <w:spacing w:after="0"/>
            </w:pPr>
            <w:r>
              <w:rPr>
                <w:rFonts w:ascii="Arial" w:hAnsi="Arial" w:eastAsia="Arial"/>
              </w:rPr>
            </w:r>
            <w:r>
              <w:rPr>
                <w:rFonts w:ascii="Arial" w:hAnsi="Arial" w:eastAsia="Arial"/>
                <w:b w:val="0"/>
                <w:sz w:val="16"/>
              </w:rPr>
              <w:t>Báo giá đã gồm tháo dỡ, vận chuyển, bảo vệ hiện trạng, vệ sinh, phụ kiện, lắp đặt, kiểm tra chưa?</w:t>
            </w:r>
          </w:p>
        </w:tc>
      </w:tr>
      <w:tr>
        <w:tc>
          <w:tcPr>
            <w:tcW w:type="dxa" w:w="1984"/>
            <w:tcMar>
              <w:top w:w="70" w:type="dxa"/>
              <w:start w:w="65" w:type="dxa"/>
              <w:bottom w:w="70" w:type="dxa"/>
              <w:end w:w="65" w:type="dxa"/>
            </w:tcMar>
            <w:vAlign w:val="top"/>
            <w:shd w:fill="FAF9F6"/>
          </w:tcPr>
          <w:p>
            <w:pPr>
              <w:spacing w:after="0"/>
            </w:pPr>
            <w:r>
              <w:rPr>
                <w:rFonts w:ascii="Arial" w:hAnsi="Arial" w:eastAsia="Arial"/>
              </w:rPr>
            </w:r>
            <w:r>
              <w:rPr>
                <w:rFonts w:ascii="Arial" w:hAnsi="Arial" w:eastAsia="Arial"/>
                <w:b w:val="0"/>
                <w:sz w:val="16"/>
              </w:rPr>
              <w:t>Vật liệu</w:t>
            </w:r>
          </w:p>
        </w:tc>
        <w:tc>
          <w:tcPr>
            <w:tcW w:type="dxa" w:w="6803"/>
            <w:tcMar>
              <w:top w:w="70" w:type="dxa"/>
              <w:start w:w="65" w:type="dxa"/>
              <w:bottom w:w="70" w:type="dxa"/>
              <w:end w:w="65" w:type="dxa"/>
            </w:tcMar>
            <w:vAlign w:val="top"/>
            <w:shd w:fill="FAF9F6"/>
          </w:tcPr>
          <w:p>
            <w:pPr>
              <w:spacing w:after="0"/>
            </w:pPr>
            <w:r>
              <w:rPr>
                <w:rFonts w:ascii="Arial" w:hAnsi="Arial" w:eastAsia="Arial"/>
              </w:rPr>
            </w:r>
            <w:r>
              <w:rPr>
                <w:rFonts w:ascii="Arial" w:hAnsi="Arial" w:eastAsia="Arial"/>
                <w:b w:val="0"/>
                <w:sz w:val="16"/>
              </w:rPr>
              <w:t>Mã hàng, thương hiệu, độ dày, bề mặt, xuất xứ, cấp chất lượng, mẫu đối chứng đã rõ chưa?</w:t>
            </w:r>
          </w:p>
        </w:tc>
      </w:tr>
      <w:tr>
        <w:tc>
          <w:tcPr>
            <w:tcW w:type="dxa" w:w="1984"/>
            <w:tcMar>
              <w:top w:w="70" w:type="dxa"/>
              <w:start w:w="65" w:type="dxa"/>
              <w:bottom w:w="70" w:type="dxa"/>
              <w:end w:w="65" w:type="dxa"/>
            </w:tcMar>
            <w:vAlign w:val="top"/>
          </w:tcPr>
          <w:p>
            <w:pPr>
              <w:spacing w:after="0"/>
            </w:pPr>
            <w:r>
              <w:rPr>
                <w:rFonts w:ascii="Arial" w:hAnsi="Arial" w:eastAsia="Arial"/>
              </w:rPr>
            </w:r>
            <w:r>
              <w:rPr>
                <w:rFonts w:ascii="Arial" w:hAnsi="Arial" w:eastAsia="Arial"/>
                <w:b w:val="0"/>
                <w:sz w:val="16"/>
              </w:rPr>
              <w:t>Khối lượng</w:t>
            </w:r>
          </w:p>
        </w:tc>
        <w:tc>
          <w:tcPr>
            <w:tcW w:type="dxa" w:w="6803"/>
            <w:tcMar>
              <w:top w:w="70" w:type="dxa"/>
              <w:start w:w="65" w:type="dxa"/>
              <w:bottom w:w="70" w:type="dxa"/>
              <w:end w:w="65" w:type="dxa"/>
            </w:tcMar>
            <w:vAlign w:val="top"/>
          </w:tcPr>
          <w:p>
            <w:pPr>
              <w:spacing w:after="0"/>
            </w:pPr>
            <w:r>
              <w:rPr>
                <w:rFonts w:ascii="Arial" w:hAnsi="Arial" w:eastAsia="Arial"/>
              </w:rPr>
            </w:r>
            <w:r>
              <w:rPr>
                <w:rFonts w:ascii="Arial" w:hAnsi="Arial" w:eastAsia="Arial"/>
                <w:b w:val="0"/>
                <w:sz w:val="16"/>
              </w:rPr>
              <w:t>Cách đo m2/md/bộ/cái đã nhất quán chưa, có phần nào dễ đo thiếu không?</w:t>
            </w:r>
          </w:p>
        </w:tc>
      </w:tr>
      <w:tr>
        <w:tc>
          <w:tcPr>
            <w:tcW w:type="dxa" w:w="1984"/>
            <w:tcMar>
              <w:top w:w="70" w:type="dxa"/>
              <w:start w:w="65" w:type="dxa"/>
              <w:bottom w:w="70" w:type="dxa"/>
              <w:end w:w="65" w:type="dxa"/>
            </w:tcMar>
            <w:vAlign w:val="top"/>
            <w:shd w:fill="FAF9F6"/>
          </w:tcPr>
          <w:p>
            <w:pPr>
              <w:spacing w:after="0"/>
            </w:pPr>
            <w:r>
              <w:rPr>
                <w:rFonts w:ascii="Arial" w:hAnsi="Arial" w:eastAsia="Arial"/>
              </w:rPr>
            </w:r>
            <w:r>
              <w:rPr>
                <w:rFonts w:ascii="Arial" w:hAnsi="Arial" w:eastAsia="Arial"/>
                <w:b w:val="0"/>
                <w:sz w:val="16"/>
              </w:rPr>
              <w:t>Đơn giá</w:t>
            </w:r>
          </w:p>
        </w:tc>
        <w:tc>
          <w:tcPr>
            <w:tcW w:type="dxa" w:w="6803"/>
            <w:tcMar>
              <w:top w:w="70" w:type="dxa"/>
              <w:start w:w="65" w:type="dxa"/>
              <w:bottom w:w="70" w:type="dxa"/>
              <w:end w:w="65" w:type="dxa"/>
            </w:tcMar>
            <w:vAlign w:val="top"/>
            <w:shd w:fill="FAF9F6"/>
          </w:tcPr>
          <w:p>
            <w:pPr>
              <w:spacing w:after="0"/>
            </w:pPr>
            <w:r>
              <w:rPr>
                <w:rFonts w:ascii="Arial" w:hAnsi="Arial" w:eastAsia="Arial"/>
              </w:rPr>
            </w:r>
            <w:r>
              <w:rPr>
                <w:rFonts w:ascii="Arial" w:hAnsi="Arial" w:eastAsia="Arial"/>
                <w:b w:val="0"/>
                <w:sz w:val="16"/>
              </w:rPr>
              <w:t>Đơn giá thấp có do thiếu hạng mục, vật liệu thấp cấp, chưa gồm nhân công/phụ kiện/VAT không?</w:t>
            </w:r>
          </w:p>
        </w:tc>
      </w:tr>
      <w:tr>
        <w:tc>
          <w:tcPr>
            <w:tcW w:type="dxa" w:w="1984"/>
            <w:tcMar>
              <w:top w:w="70" w:type="dxa"/>
              <w:start w:w="65" w:type="dxa"/>
              <w:bottom w:w="70" w:type="dxa"/>
              <w:end w:w="65" w:type="dxa"/>
            </w:tcMar>
            <w:vAlign w:val="top"/>
          </w:tcPr>
          <w:p>
            <w:pPr>
              <w:spacing w:after="0"/>
            </w:pPr>
            <w:r>
              <w:rPr>
                <w:rFonts w:ascii="Arial" w:hAnsi="Arial" w:eastAsia="Arial"/>
              </w:rPr>
            </w:r>
            <w:r>
              <w:rPr>
                <w:rFonts w:ascii="Arial" w:hAnsi="Arial" w:eastAsia="Arial"/>
                <w:b w:val="0"/>
                <w:sz w:val="16"/>
              </w:rPr>
              <w:t>Tiến độ</w:t>
            </w:r>
          </w:p>
        </w:tc>
        <w:tc>
          <w:tcPr>
            <w:tcW w:type="dxa" w:w="6803"/>
            <w:tcMar>
              <w:top w:w="70" w:type="dxa"/>
              <w:start w:w="65" w:type="dxa"/>
              <w:bottom w:w="70" w:type="dxa"/>
              <w:end w:w="65" w:type="dxa"/>
            </w:tcMar>
            <w:vAlign w:val="top"/>
          </w:tcPr>
          <w:p>
            <w:pPr>
              <w:spacing w:after="0"/>
            </w:pPr>
            <w:r>
              <w:rPr>
                <w:rFonts w:ascii="Arial" w:hAnsi="Arial" w:eastAsia="Arial"/>
              </w:rPr>
            </w:r>
            <w:r>
              <w:rPr>
                <w:rFonts w:ascii="Arial" w:hAnsi="Arial" w:eastAsia="Arial"/>
                <w:b w:val="0"/>
                <w:sz w:val="16"/>
              </w:rPr>
              <w:t>Có thời gian sản xuất, chờ vật liệu, lắp đặt, sửa lỗi, nghiệm thu, bàn giao không?</w:t>
            </w:r>
          </w:p>
        </w:tc>
      </w:tr>
      <w:tr>
        <w:tc>
          <w:tcPr>
            <w:tcW w:type="dxa" w:w="1984"/>
            <w:tcMar>
              <w:top w:w="70" w:type="dxa"/>
              <w:start w:w="65" w:type="dxa"/>
              <w:bottom w:w="70" w:type="dxa"/>
              <w:end w:w="65" w:type="dxa"/>
            </w:tcMar>
            <w:vAlign w:val="top"/>
            <w:shd w:fill="FAF9F6"/>
          </w:tcPr>
          <w:p>
            <w:pPr>
              <w:spacing w:after="0"/>
            </w:pPr>
            <w:r>
              <w:rPr>
                <w:rFonts w:ascii="Arial" w:hAnsi="Arial" w:eastAsia="Arial"/>
              </w:rPr>
            </w:r>
            <w:r>
              <w:rPr>
                <w:rFonts w:ascii="Arial" w:hAnsi="Arial" w:eastAsia="Arial"/>
                <w:b w:val="0"/>
                <w:sz w:val="16"/>
              </w:rPr>
              <w:t>Thanh toán</w:t>
            </w:r>
          </w:p>
        </w:tc>
        <w:tc>
          <w:tcPr>
            <w:tcW w:type="dxa" w:w="6803"/>
            <w:tcMar>
              <w:top w:w="70" w:type="dxa"/>
              <w:start w:w="65" w:type="dxa"/>
              <w:bottom w:w="70" w:type="dxa"/>
              <w:end w:w="65" w:type="dxa"/>
            </w:tcMar>
            <w:vAlign w:val="top"/>
            <w:shd w:fill="FAF9F6"/>
          </w:tcPr>
          <w:p>
            <w:pPr>
              <w:spacing w:after="0"/>
            </w:pPr>
            <w:r>
              <w:rPr>
                <w:rFonts w:ascii="Arial" w:hAnsi="Arial" w:eastAsia="Arial"/>
              </w:rPr>
            </w:r>
            <w:r>
              <w:rPr>
                <w:rFonts w:ascii="Arial" w:hAnsi="Arial" w:eastAsia="Arial"/>
                <w:b w:val="0"/>
                <w:sz w:val="16"/>
              </w:rPr>
              <w:t>Mốc thanh toán có gắn với đầu ra và nghiệm thu không, có giữ lại bảo hành không?</w:t>
            </w:r>
          </w:p>
        </w:tc>
      </w:tr>
      <w:tr>
        <w:tc>
          <w:tcPr>
            <w:tcW w:type="dxa" w:w="1984"/>
            <w:tcMar>
              <w:top w:w="70" w:type="dxa"/>
              <w:start w:w="65" w:type="dxa"/>
              <w:bottom w:w="70" w:type="dxa"/>
              <w:end w:w="65" w:type="dxa"/>
            </w:tcMar>
            <w:vAlign w:val="top"/>
          </w:tcPr>
          <w:p>
            <w:pPr>
              <w:spacing w:after="0"/>
            </w:pPr>
            <w:r>
              <w:rPr>
                <w:rFonts w:ascii="Arial" w:hAnsi="Arial" w:eastAsia="Arial"/>
              </w:rPr>
            </w:r>
            <w:r>
              <w:rPr>
                <w:rFonts w:ascii="Arial" w:hAnsi="Arial" w:eastAsia="Arial"/>
                <w:b w:val="0"/>
                <w:sz w:val="16"/>
              </w:rPr>
              <w:t>Bảo hành</w:t>
            </w:r>
          </w:p>
        </w:tc>
        <w:tc>
          <w:tcPr>
            <w:tcW w:type="dxa" w:w="6803"/>
            <w:tcMar>
              <w:top w:w="70" w:type="dxa"/>
              <w:start w:w="65" w:type="dxa"/>
              <w:bottom w:w="70" w:type="dxa"/>
              <w:end w:w="65" w:type="dxa"/>
            </w:tcMar>
            <w:vAlign w:val="top"/>
          </w:tcPr>
          <w:p>
            <w:pPr>
              <w:spacing w:after="0"/>
            </w:pPr>
            <w:r>
              <w:rPr>
                <w:rFonts w:ascii="Arial" w:hAnsi="Arial" w:eastAsia="Arial"/>
              </w:rPr>
            </w:r>
            <w:r>
              <w:rPr>
                <w:rFonts w:ascii="Arial" w:hAnsi="Arial" w:eastAsia="Arial"/>
                <w:b w:val="0"/>
                <w:sz w:val="16"/>
              </w:rPr>
              <w:t>Thời hạn, điều kiện, đầu mối, phạm vi bảo hành vật liệu/thi công/thiết bị có rõ không?</w:t>
            </w:r>
          </w:p>
        </w:tc>
      </w:tr>
      <w:tr>
        <w:tc>
          <w:tcPr>
            <w:tcW w:type="dxa" w:w="1984"/>
            <w:tcMar>
              <w:top w:w="70" w:type="dxa"/>
              <w:start w:w="65" w:type="dxa"/>
              <w:bottom w:w="70" w:type="dxa"/>
              <w:end w:w="65" w:type="dxa"/>
            </w:tcMar>
            <w:vAlign w:val="top"/>
            <w:shd w:fill="FAF9F6"/>
          </w:tcPr>
          <w:p>
            <w:pPr>
              <w:spacing w:after="0"/>
            </w:pPr>
            <w:r>
              <w:rPr>
                <w:rFonts w:ascii="Arial" w:hAnsi="Arial" w:eastAsia="Arial"/>
              </w:rPr>
            </w:r>
            <w:r>
              <w:rPr>
                <w:rFonts w:ascii="Arial" w:hAnsi="Arial" w:eastAsia="Arial"/>
                <w:b w:val="0"/>
                <w:sz w:val="16"/>
              </w:rPr>
              <w:t>Phát sinh</w:t>
            </w:r>
          </w:p>
        </w:tc>
        <w:tc>
          <w:tcPr>
            <w:tcW w:type="dxa" w:w="6803"/>
            <w:tcMar>
              <w:top w:w="70" w:type="dxa"/>
              <w:start w:w="65" w:type="dxa"/>
              <w:bottom w:w="70" w:type="dxa"/>
              <w:end w:w="65" w:type="dxa"/>
            </w:tcMar>
            <w:vAlign w:val="top"/>
            <w:shd w:fill="FAF9F6"/>
          </w:tcPr>
          <w:p>
            <w:pPr>
              <w:spacing w:after="0"/>
            </w:pPr>
            <w:r>
              <w:rPr>
                <w:rFonts w:ascii="Arial" w:hAnsi="Arial" w:eastAsia="Arial"/>
              </w:rPr>
            </w:r>
            <w:r>
              <w:rPr>
                <w:rFonts w:ascii="Arial" w:hAnsi="Arial" w:eastAsia="Arial"/>
                <w:b w:val="0"/>
                <w:sz w:val="16"/>
              </w:rPr>
              <w:t>Cơ chế báo phát sinh, duyệt phát sinh và căn cứ tính phát sinh có minh bạch không?</w:t>
            </w:r>
          </w:p>
        </w:tc>
      </w:tr>
    </w:tbl>
    <w:tbl>
      <w:tblPr>
        <w:tblW w:type="auto" w:w="0"/>
        <w:jc w:val="center"/>
        <w:tblLook w:firstColumn="1" w:firstRow="1" w:lastColumn="0" w:lastRow="0" w:noHBand="0" w:noVBand="1" w:val="04A0"/>
        <w:tblBorders>
          <w:top w:val="single" w:sz="5" w:space="0" w:color="E7D2A5"/>
          <w:left w:val="single" w:sz="5" w:space="0" w:color="E7D2A5"/>
          <w:bottom w:val="single" w:sz="5" w:space="0" w:color="E7D2A5"/>
          <w:right w:val="single" w:sz="5" w:space="0" w:color="E7D2A5"/>
          <w:insideH w:val="single" w:sz="5" w:space="0" w:color="E7D2A5"/>
          <w:insideV w:val="single" w:sz="5" w:space="0" w:color="E7D2A5"/>
        </w:tblBorders>
      </w:tblPr>
      <w:tblGrid>
        <w:gridCol w:w="10370"/>
      </w:tblGrid>
      <w:tr>
        <w:tc>
          <w:tcPr>
            <w:tcW w:type="dxa" w:w="10370"/>
            <w:shd w:fill="FAF9F6"/>
            <w:tcMar>
              <w:top w:w="130" w:type="dxa"/>
              <w:start w:w="160" w:type="dxa"/>
              <w:bottom w:w="130" w:type="dxa"/>
              <w:end w:w="160" w:type="dxa"/>
            </w:tcMar>
          </w:tcPr>
          <w:p>
            <w:pPr>
              <w:spacing w:after="60"/>
            </w:pPr>
            <w:r>
              <w:rPr>
                <w:rFonts w:ascii="Arial" w:hAnsi="Arial" w:eastAsia="Arial"/>
                <w:b/>
                <w:i w:val="0"/>
                <w:color w:val="2F3338"/>
                <w:sz w:val="20"/>
              </w:rPr>
              <w:t>Thông điệp với khách</w:t>
            </w:r>
          </w:p>
          <w:p>
            <w:pPr>
              <w:spacing w:after="0" w:line="259" w:lineRule="auto"/>
            </w:pPr>
            <w:r>
              <w:rPr>
                <w:rFonts w:ascii="Arial" w:hAnsi="Arial" w:eastAsia="Arial"/>
                <w:b w:val="0"/>
                <w:i w:val="0"/>
                <w:color w:val="222222"/>
                <w:sz w:val="18"/>
              </w:rPr>
              <w:t>“Không phải báo giá nào thấp cũng tiết kiệm, và không phải báo giá nào cao cũng đắt. Quan trọng là so đúng phạm vi, đúng vật liệu, đúng trách nhiệm và đúng điều kiện nghiệm thu.”</w:t>
            </w:r>
          </w:p>
        </w:tc>
      </w:tr>
    </w:tbl>
    <w:p>
      <w:pPr>
        <w:pStyle w:val="Heading1"/>
        <w:spacing w:before="240" w:after="120"/>
        <w:pBdr>
          <w:bottom w:val="single" w:sz="12" w:space="4" w:color="C8A96A"/>
        </w:pBdr>
      </w:pPr>
      <w:r>
        <w:rPr>
          <w:rFonts w:ascii="Arial" w:hAnsi="Arial" w:eastAsia="Arial"/>
          <w:b/>
          <w:i w:val="0"/>
          <w:color w:val="2F3338"/>
          <w:sz w:val="32"/>
        </w:rPr>
        <w:t>12. NĂNG LỰC KẾT NỐI ĐỐI TÁC</w:t>
      </w:r>
    </w:p>
    <w:p>
      <w:pPr>
        <w:spacing w:before="0" w:after="100" w:line="259" w:lineRule="auto"/>
      </w:pPr>
      <w:r>
        <w:rPr>
          <w:rFonts w:ascii="Arial" w:hAnsi="Arial" w:eastAsia="Arial"/>
          <w:b w:val="0"/>
          <w:i w:val="0"/>
          <w:sz w:val="19"/>
        </w:rPr>
        <w:t>ARCOVA định hướng hoạt động như một đầu mối tổ chức hệ sinh thái. Thay vì tự nhận làm mọi thứ, ARCOVA giúp khách hàng chọn đúng đơn vị cho từng việc, kiểm soát phạm vi và ghép các phần lại thành một lộ trình mạch lạc.</w:t>
      </w:r>
    </w:p>
    <w:tbl>
      <w:tblPr>
        <w:tblStyle w:val="TableGrid"/>
        <w:tblW w:type="auto" w:w="0"/>
        <w:jc w:val="center"/>
        <w:tblLook w:firstColumn="1" w:firstRow="1" w:lastColumn="0" w:lastRow="0" w:noHBand="0" w:noVBand="1" w:val="04A0"/>
        <w:tblBorders>
          <w:top w:val="single" w:sz="5" w:space="0" w:color="E7D2A5"/>
          <w:left w:val="single" w:sz="5" w:space="0" w:color="E7D2A5"/>
          <w:bottom w:val="single" w:sz="5" w:space="0" w:color="E7D2A5"/>
          <w:right w:val="single" w:sz="5" w:space="0" w:color="E7D2A5"/>
          <w:insideH w:val="single" w:sz="5" w:space="0" w:color="E7D2A5"/>
          <w:insideV w:val="single" w:sz="5" w:space="0" w:color="E7D2A5"/>
        </w:tblBorders>
      </w:tblPr>
      <w:tblGrid>
        <w:gridCol w:w="3457"/>
        <w:gridCol w:w="3457"/>
        <w:gridCol w:w="3457"/>
      </w:tblGrid>
      <w:tr>
        <w:trPr>
          <w:tblHeader w:val="true"/>
        </w:trPr>
        <w:tc>
          <w:tcPr>
            <w:tcW w:type="dxa" w:w="2041"/>
            <w:shd w:fill="C8A96A"/>
            <w:tcMar>
              <w:top w:w="80" w:type="dxa"/>
              <w:start w:w="70" w:type="dxa"/>
              <w:bottom w:w="80" w:type="dxa"/>
              <w:end w:w="70" w:type="dxa"/>
            </w:tcMar>
          </w:tcPr>
          <w:p>
            <w:pPr>
              <w:spacing w:after="0"/>
              <w:jc w:val="center"/>
            </w:pPr>
            <w:r>
              <w:rPr>
                <w:rFonts w:ascii="Arial" w:hAnsi="Arial" w:eastAsia="Arial"/>
              </w:rPr>
            </w:r>
            <w:r>
              <w:rPr>
                <w:rFonts w:ascii="Arial" w:hAnsi="Arial" w:eastAsia="Arial"/>
                <w:b/>
                <w:color w:val="FFFFFF"/>
                <w:sz w:val="16"/>
              </w:rPr>
              <w:t>Nhóm đối tác</w:t>
            </w:r>
          </w:p>
        </w:tc>
        <w:tc>
          <w:tcPr>
            <w:tcW w:type="dxa" w:w="3515"/>
            <w:shd w:fill="C8A96A"/>
            <w:tcMar>
              <w:top w:w="80" w:type="dxa"/>
              <w:start w:w="70" w:type="dxa"/>
              <w:bottom w:w="80" w:type="dxa"/>
              <w:end w:w="70" w:type="dxa"/>
            </w:tcMar>
          </w:tcPr>
          <w:p>
            <w:pPr>
              <w:spacing w:after="0"/>
              <w:jc w:val="center"/>
            </w:pPr>
            <w:r>
              <w:rPr>
                <w:rFonts w:ascii="Arial" w:hAnsi="Arial" w:eastAsia="Arial"/>
              </w:rPr>
            </w:r>
            <w:r>
              <w:rPr>
                <w:rFonts w:ascii="Arial" w:hAnsi="Arial" w:eastAsia="Arial"/>
                <w:b/>
                <w:color w:val="FFFFFF"/>
                <w:sz w:val="16"/>
              </w:rPr>
              <w:t>Hạng mục có thể tham gia</w:t>
            </w:r>
          </w:p>
        </w:tc>
        <w:tc>
          <w:tcPr>
            <w:tcW w:type="dxa" w:w="3231"/>
            <w:shd w:fill="C8A96A"/>
            <w:tcMar>
              <w:top w:w="80" w:type="dxa"/>
              <w:start w:w="70" w:type="dxa"/>
              <w:bottom w:w="80" w:type="dxa"/>
              <w:end w:w="70" w:type="dxa"/>
            </w:tcMar>
          </w:tcPr>
          <w:p>
            <w:pPr>
              <w:spacing w:after="0"/>
              <w:jc w:val="center"/>
            </w:pPr>
            <w:r>
              <w:rPr>
                <w:rFonts w:ascii="Arial" w:hAnsi="Arial" w:eastAsia="Arial"/>
              </w:rPr>
            </w:r>
            <w:r>
              <w:rPr>
                <w:rFonts w:ascii="Arial" w:hAnsi="Arial" w:eastAsia="Arial"/>
                <w:b/>
                <w:color w:val="FFFFFF"/>
                <w:sz w:val="16"/>
              </w:rPr>
              <w:t>ARCOVA kiểm soát gì</w:t>
            </w:r>
          </w:p>
        </w:tc>
      </w:tr>
      <w:tr>
        <w:tc>
          <w:tcPr>
            <w:tcW w:type="dxa" w:w="2041"/>
            <w:tcMar>
              <w:top w:w="70" w:type="dxa"/>
              <w:start w:w="65" w:type="dxa"/>
              <w:bottom w:w="70" w:type="dxa"/>
              <w:end w:w="65" w:type="dxa"/>
            </w:tcMar>
            <w:vAlign w:val="top"/>
          </w:tcPr>
          <w:p>
            <w:pPr>
              <w:spacing w:after="0"/>
            </w:pPr>
            <w:r>
              <w:rPr>
                <w:rFonts w:ascii="Arial" w:hAnsi="Arial" w:eastAsia="Arial"/>
              </w:rPr>
            </w:r>
            <w:r>
              <w:rPr>
                <w:rFonts w:ascii="Arial" w:hAnsi="Arial" w:eastAsia="Arial"/>
                <w:b w:val="0"/>
                <w:sz w:val="16"/>
              </w:rPr>
              <w:t>Kiến trúc sư/studio thiết kế</w:t>
            </w:r>
          </w:p>
        </w:tc>
        <w:tc>
          <w:tcPr>
            <w:tcW w:type="dxa" w:w="3515"/>
            <w:tcMar>
              <w:top w:w="70" w:type="dxa"/>
              <w:start w:w="65" w:type="dxa"/>
              <w:bottom w:w="70" w:type="dxa"/>
              <w:end w:w="65" w:type="dxa"/>
            </w:tcMar>
            <w:vAlign w:val="top"/>
          </w:tcPr>
          <w:p>
            <w:pPr>
              <w:spacing w:after="0"/>
            </w:pPr>
            <w:r>
              <w:rPr>
                <w:rFonts w:ascii="Arial" w:hAnsi="Arial" w:eastAsia="Arial"/>
              </w:rPr>
            </w:r>
            <w:r>
              <w:rPr>
                <w:rFonts w:ascii="Arial" w:hAnsi="Arial" w:eastAsia="Arial"/>
                <w:b w:val="0"/>
                <w:sz w:val="16"/>
              </w:rPr>
              <w:t>Thiết kế kiến trúc, nội thất, concept, layout, hồ sơ triển khai.</w:t>
            </w:r>
          </w:p>
        </w:tc>
        <w:tc>
          <w:tcPr>
            <w:tcW w:type="dxa" w:w="3231"/>
            <w:tcMar>
              <w:top w:w="70" w:type="dxa"/>
              <w:start w:w="65" w:type="dxa"/>
              <w:bottom w:w="70" w:type="dxa"/>
              <w:end w:w="65" w:type="dxa"/>
            </w:tcMar>
            <w:vAlign w:val="top"/>
          </w:tcPr>
          <w:p>
            <w:pPr>
              <w:spacing w:after="0"/>
            </w:pPr>
            <w:r>
              <w:rPr>
                <w:rFonts w:ascii="Arial" w:hAnsi="Arial" w:eastAsia="Arial"/>
              </w:rPr>
            </w:r>
            <w:r>
              <w:rPr>
                <w:rFonts w:ascii="Arial" w:hAnsi="Arial" w:eastAsia="Arial"/>
                <w:b w:val="0"/>
                <w:sz w:val="16"/>
              </w:rPr>
              <w:t>Gu, năng lực hồ sơ, kinh nghiệm loại công trình, cách làm việc với khách.</w:t>
            </w:r>
          </w:p>
        </w:tc>
      </w:tr>
      <w:tr>
        <w:tc>
          <w:tcPr>
            <w:tcW w:type="dxa" w:w="2041"/>
            <w:tcMar>
              <w:top w:w="70" w:type="dxa"/>
              <w:start w:w="65" w:type="dxa"/>
              <w:bottom w:w="70" w:type="dxa"/>
              <w:end w:w="65" w:type="dxa"/>
            </w:tcMar>
            <w:vAlign w:val="top"/>
            <w:shd w:fill="FAF9F6"/>
          </w:tcPr>
          <w:p>
            <w:pPr>
              <w:spacing w:after="0"/>
            </w:pPr>
            <w:r>
              <w:rPr>
                <w:rFonts w:ascii="Arial" w:hAnsi="Arial" w:eastAsia="Arial"/>
              </w:rPr>
            </w:r>
            <w:r>
              <w:rPr>
                <w:rFonts w:ascii="Arial" w:hAnsi="Arial" w:eastAsia="Arial"/>
                <w:b w:val="0"/>
                <w:sz w:val="16"/>
              </w:rPr>
              <w:t>Kỹ sư/chuyên gia</w:t>
            </w:r>
          </w:p>
        </w:tc>
        <w:tc>
          <w:tcPr>
            <w:tcW w:type="dxa" w:w="3515"/>
            <w:tcMar>
              <w:top w:w="70" w:type="dxa"/>
              <w:start w:w="65" w:type="dxa"/>
              <w:bottom w:w="70" w:type="dxa"/>
              <w:end w:w="65" w:type="dxa"/>
            </w:tcMar>
            <w:vAlign w:val="top"/>
            <w:shd w:fill="FAF9F6"/>
          </w:tcPr>
          <w:p>
            <w:pPr>
              <w:spacing w:after="0"/>
            </w:pPr>
            <w:r>
              <w:rPr>
                <w:rFonts w:ascii="Arial" w:hAnsi="Arial" w:eastAsia="Arial"/>
              </w:rPr>
            </w:r>
            <w:r>
              <w:rPr>
                <w:rFonts w:ascii="Arial" w:hAnsi="Arial" w:eastAsia="Arial"/>
                <w:b w:val="0"/>
                <w:sz w:val="16"/>
              </w:rPr>
              <w:t>Kết cấu, MEP, PCCC, chống thấm, điều hòa, điện nhẹ, smart home.</w:t>
            </w:r>
          </w:p>
        </w:tc>
        <w:tc>
          <w:tcPr>
            <w:tcW w:type="dxa" w:w="3231"/>
            <w:tcMar>
              <w:top w:w="70" w:type="dxa"/>
              <w:start w:w="65" w:type="dxa"/>
              <w:bottom w:w="70" w:type="dxa"/>
              <w:end w:w="65" w:type="dxa"/>
            </w:tcMar>
            <w:vAlign w:val="top"/>
            <w:shd w:fill="FAF9F6"/>
          </w:tcPr>
          <w:p>
            <w:pPr>
              <w:spacing w:after="0"/>
            </w:pPr>
            <w:r>
              <w:rPr>
                <w:rFonts w:ascii="Arial" w:hAnsi="Arial" w:eastAsia="Arial"/>
              </w:rPr>
            </w:r>
            <w:r>
              <w:rPr>
                <w:rFonts w:ascii="Arial" w:hAnsi="Arial" w:eastAsia="Arial"/>
                <w:b w:val="0"/>
                <w:sz w:val="16"/>
              </w:rPr>
              <w:t>Chứng chỉ/năng lực, phạm vi trách nhiệm, phương án kỹ thuật, tính an toàn.</w:t>
            </w:r>
          </w:p>
        </w:tc>
      </w:tr>
      <w:tr>
        <w:tc>
          <w:tcPr>
            <w:tcW w:type="dxa" w:w="2041"/>
            <w:tcMar>
              <w:top w:w="70" w:type="dxa"/>
              <w:start w:w="65" w:type="dxa"/>
              <w:bottom w:w="70" w:type="dxa"/>
              <w:end w:w="65" w:type="dxa"/>
            </w:tcMar>
            <w:vAlign w:val="top"/>
          </w:tcPr>
          <w:p>
            <w:pPr>
              <w:spacing w:after="0"/>
            </w:pPr>
            <w:r>
              <w:rPr>
                <w:rFonts w:ascii="Arial" w:hAnsi="Arial" w:eastAsia="Arial"/>
              </w:rPr>
            </w:r>
            <w:r>
              <w:rPr>
                <w:rFonts w:ascii="Arial" w:hAnsi="Arial" w:eastAsia="Arial"/>
                <w:b w:val="0"/>
                <w:sz w:val="16"/>
              </w:rPr>
              <w:t>Nhà thầu/đội thi công</w:t>
            </w:r>
          </w:p>
        </w:tc>
        <w:tc>
          <w:tcPr>
            <w:tcW w:type="dxa" w:w="3515"/>
            <w:tcMar>
              <w:top w:w="70" w:type="dxa"/>
              <w:start w:w="65" w:type="dxa"/>
              <w:bottom w:w="70" w:type="dxa"/>
              <w:end w:w="65" w:type="dxa"/>
            </w:tcMar>
            <w:vAlign w:val="top"/>
          </w:tcPr>
          <w:p>
            <w:pPr>
              <w:spacing w:after="0"/>
            </w:pPr>
            <w:r>
              <w:rPr>
                <w:rFonts w:ascii="Arial" w:hAnsi="Arial" w:eastAsia="Arial"/>
              </w:rPr>
            </w:r>
            <w:r>
              <w:rPr>
                <w:rFonts w:ascii="Arial" w:hAnsi="Arial" w:eastAsia="Arial"/>
                <w:b w:val="0"/>
                <w:sz w:val="16"/>
              </w:rPr>
              <w:t>Tháo dỡ, hoàn thiện, điện nước, trần, sàn, sơn, ốp lát, lắp đặt.</w:t>
            </w:r>
          </w:p>
        </w:tc>
        <w:tc>
          <w:tcPr>
            <w:tcW w:type="dxa" w:w="3231"/>
            <w:tcMar>
              <w:top w:w="70" w:type="dxa"/>
              <w:start w:w="65" w:type="dxa"/>
              <w:bottom w:w="70" w:type="dxa"/>
              <w:end w:w="65" w:type="dxa"/>
            </w:tcMar>
            <w:vAlign w:val="top"/>
          </w:tcPr>
          <w:p>
            <w:pPr>
              <w:spacing w:after="0"/>
            </w:pPr>
            <w:r>
              <w:rPr>
                <w:rFonts w:ascii="Arial" w:hAnsi="Arial" w:eastAsia="Arial"/>
              </w:rPr>
            </w:r>
            <w:r>
              <w:rPr>
                <w:rFonts w:ascii="Arial" w:hAnsi="Arial" w:eastAsia="Arial"/>
                <w:b w:val="0"/>
                <w:sz w:val="16"/>
              </w:rPr>
              <w:t>Biện pháp, tiến độ, báo giá, an toàn, nghiệm thu, bảo hành.</w:t>
            </w:r>
          </w:p>
        </w:tc>
      </w:tr>
      <w:tr>
        <w:tc>
          <w:tcPr>
            <w:tcW w:type="dxa" w:w="2041"/>
            <w:tcMar>
              <w:top w:w="70" w:type="dxa"/>
              <w:start w:w="65" w:type="dxa"/>
              <w:bottom w:w="70" w:type="dxa"/>
              <w:end w:w="65" w:type="dxa"/>
            </w:tcMar>
            <w:vAlign w:val="top"/>
            <w:shd w:fill="FAF9F6"/>
          </w:tcPr>
          <w:p>
            <w:pPr>
              <w:spacing w:after="0"/>
            </w:pPr>
            <w:r>
              <w:rPr>
                <w:rFonts w:ascii="Arial" w:hAnsi="Arial" w:eastAsia="Arial"/>
              </w:rPr>
            </w:r>
            <w:r>
              <w:rPr>
                <w:rFonts w:ascii="Arial" w:hAnsi="Arial" w:eastAsia="Arial"/>
                <w:b w:val="0"/>
                <w:sz w:val="16"/>
              </w:rPr>
              <w:t>Xưởng nội thất</w:t>
            </w:r>
          </w:p>
        </w:tc>
        <w:tc>
          <w:tcPr>
            <w:tcW w:type="dxa" w:w="3515"/>
            <w:tcMar>
              <w:top w:w="70" w:type="dxa"/>
              <w:start w:w="65" w:type="dxa"/>
              <w:bottom w:w="70" w:type="dxa"/>
              <w:end w:w="65" w:type="dxa"/>
            </w:tcMar>
            <w:vAlign w:val="top"/>
            <w:shd w:fill="FAF9F6"/>
          </w:tcPr>
          <w:p>
            <w:pPr>
              <w:spacing w:after="0"/>
            </w:pPr>
            <w:r>
              <w:rPr>
                <w:rFonts w:ascii="Arial" w:hAnsi="Arial" w:eastAsia="Arial"/>
              </w:rPr>
            </w:r>
            <w:r>
              <w:rPr>
                <w:rFonts w:ascii="Arial" w:hAnsi="Arial" w:eastAsia="Arial"/>
                <w:b w:val="0"/>
                <w:sz w:val="16"/>
              </w:rPr>
              <w:t>Tủ bếp, tủ áo, hệ tủ liền tường, sofa, đồ gỗ, đá, kính, kim loại.</w:t>
            </w:r>
          </w:p>
        </w:tc>
        <w:tc>
          <w:tcPr>
            <w:tcW w:type="dxa" w:w="3231"/>
            <w:tcMar>
              <w:top w:w="70" w:type="dxa"/>
              <w:start w:w="65" w:type="dxa"/>
              <w:bottom w:w="70" w:type="dxa"/>
              <w:end w:w="65" w:type="dxa"/>
            </w:tcMar>
            <w:vAlign w:val="top"/>
            <w:shd w:fill="FAF9F6"/>
          </w:tcPr>
          <w:p>
            <w:pPr>
              <w:spacing w:after="0"/>
            </w:pPr>
            <w:r>
              <w:rPr>
                <w:rFonts w:ascii="Arial" w:hAnsi="Arial" w:eastAsia="Arial"/>
              </w:rPr>
            </w:r>
            <w:r>
              <w:rPr>
                <w:rFonts w:ascii="Arial" w:hAnsi="Arial" w:eastAsia="Arial"/>
                <w:b w:val="0"/>
                <w:sz w:val="16"/>
              </w:rPr>
              <w:t>Shopdrawing, mẫu vật liệu, sai số, phụ kiện, lắp đặt, bảo hành.</w:t>
            </w:r>
          </w:p>
        </w:tc>
      </w:tr>
      <w:tr>
        <w:tc>
          <w:tcPr>
            <w:tcW w:type="dxa" w:w="2041"/>
            <w:tcMar>
              <w:top w:w="70" w:type="dxa"/>
              <w:start w:w="65" w:type="dxa"/>
              <w:bottom w:w="70" w:type="dxa"/>
              <w:end w:w="65" w:type="dxa"/>
            </w:tcMar>
            <w:vAlign w:val="top"/>
          </w:tcPr>
          <w:p>
            <w:pPr>
              <w:spacing w:after="0"/>
            </w:pPr>
            <w:r>
              <w:rPr>
                <w:rFonts w:ascii="Arial" w:hAnsi="Arial" w:eastAsia="Arial"/>
              </w:rPr>
            </w:r>
            <w:r>
              <w:rPr>
                <w:rFonts w:ascii="Arial" w:hAnsi="Arial" w:eastAsia="Arial"/>
                <w:b w:val="0"/>
                <w:sz w:val="16"/>
              </w:rPr>
              <w:t>Nhà cung cấp vật liệu</w:t>
            </w:r>
          </w:p>
        </w:tc>
        <w:tc>
          <w:tcPr>
            <w:tcW w:type="dxa" w:w="3515"/>
            <w:tcMar>
              <w:top w:w="70" w:type="dxa"/>
              <w:start w:w="65" w:type="dxa"/>
              <w:bottom w:w="70" w:type="dxa"/>
              <w:end w:w="65" w:type="dxa"/>
            </w:tcMar>
            <w:vAlign w:val="top"/>
          </w:tcPr>
          <w:p>
            <w:pPr>
              <w:spacing w:after="0"/>
            </w:pPr>
            <w:r>
              <w:rPr>
                <w:rFonts w:ascii="Arial" w:hAnsi="Arial" w:eastAsia="Arial"/>
              </w:rPr>
            </w:r>
            <w:r>
              <w:rPr>
                <w:rFonts w:ascii="Arial" w:hAnsi="Arial" w:eastAsia="Arial"/>
                <w:b w:val="0"/>
                <w:sz w:val="16"/>
              </w:rPr>
              <w:t>Gạch, sàn, đá, sơn, thiết bị vệ sinh, đèn, phụ kiện, rèm, smart home.</w:t>
            </w:r>
          </w:p>
        </w:tc>
        <w:tc>
          <w:tcPr>
            <w:tcW w:type="dxa" w:w="3231"/>
            <w:tcMar>
              <w:top w:w="70" w:type="dxa"/>
              <w:start w:w="65" w:type="dxa"/>
              <w:bottom w:w="70" w:type="dxa"/>
              <w:end w:w="65" w:type="dxa"/>
            </w:tcMar>
            <w:vAlign w:val="top"/>
          </w:tcPr>
          <w:p>
            <w:pPr>
              <w:spacing w:after="0"/>
            </w:pPr>
            <w:r>
              <w:rPr>
                <w:rFonts w:ascii="Arial" w:hAnsi="Arial" w:eastAsia="Arial"/>
              </w:rPr>
            </w:r>
            <w:r>
              <w:rPr>
                <w:rFonts w:ascii="Arial" w:hAnsi="Arial" w:eastAsia="Arial"/>
                <w:b w:val="0"/>
                <w:sz w:val="16"/>
              </w:rPr>
              <w:t>Mã hàng, tồn kho, giá, nguồn gốc, thời gian giao, chính sách đổi trả.</w:t>
            </w:r>
          </w:p>
        </w:tc>
      </w:tr>
      <w:tr>
        <w:tc>
          <w:tcPr>
            <w:tcW w:type="dxa" w:w="2041"/>
            <w:tcMar>
              <w:top w:w="70" w:type="dxa"/>
              <w:start w:w="65" w:type="dxa"/>
              <w:bottom w:w="70" w:type="dxa"/>
              <w:end w:w="65" w:type="dxa"/>
            </w:tcMar>
            <w:vAlign w:val="top"/>
            <w:shd w:fill="FAF9F6"/>
          </w:tcPr>
          <w:p>
            <w:pPr>
              <w:spacing w:after="0"/>
            </w:pPr>
            <w:r>
              <w:rPr>
                <w:rFonts w:ascii="Arial" w:hAnsi="Arial" w:eastAsia="Arial"/>
              </w:rPr>
            </w:r>
            <w:r>
              <w:rPr>
                <w:rFonts w:ascii="Arial" w:hAnsi="Arial" w:eastAsia="Arial"/>
                <w:b w:val="0"/>
                <w:sz w:val="16"/>
              </w:rPr>
              <w:t>Đồ rời/decor/cảnh quan</w:t>
            </w:r>
          </w:p>
        </w:tc>
        <w:tc>
          <w:tcPr>
            <w:tcW w:type="dxa" w:w="3515"/>
            <w:tcMar>
              <w:top w:w="70" w:type="dxa"/>
              <w:start w:w="65" w:type="dxa"/>
              <w:bottom w:w="70" w:type="dxa"/>
              <w:end w:w="65" w:type="dxa"/>
            </w:tcMar>
            <w:vAlign w:val="top"/>
            <w:shd w:fill="FAF9F6"/>
          </w:tcPr>
          <w:p>
            <w:pPr>
              <w:spacing w:after="0"/>
            </w:pPr>
            <w:r>
              <w:rPr>
                <w:rFonts w:ascii="Arial" w:hAnsi="Arial" w:eastAsia="Arial"/>
              </w:rPr>
            </w:r>
            <w:r>
              <w:rPr>
                <w:rFonts w:ascii="Arial" w:hAnsi="Arial" w:eastAsia="Arial"/>
                <w:b w:val="0"/>
                <w:sz w:val="16"/>
              </w:rPr>
              <w:t>Sofa, bàn ghế, tranh, thảm, cây, sân vườn, đèn trang trí.</w:t>
            </w:r>
          </w:p>
        </w:tc>
        <w:tc>
          <w:tcPr>
            <w:tcW w:type="dxa" w:w="3231"/>
            <w:tcMar>
              <w:top w:w="70" w:type="dxa"/>
              <w:start w:w="65" w:type="dxa"/>
              <w:bottom w:w="70" w:type="dxa"/>
              <w:end w:w="65" w:type="dxa"/>
            </w:tcMar>
            <w:vAlign w:val="top"/>
            <w:shd w:fill="FAF9F6"/>
          </w:tcPr>
          <w:p>
            <w:pPr>
              <w:spacing w:after="0"/>
            </w:pPr>
            <w:r>
              <w:rPr>
                <w:rFonts w:ascii="Arial" w:hAnsi="Arial" w:eastAsia="Arial"/>
              </w:rPr>
            </w:r>
            <w:r>
              <w:rPr>
                <w:rFonts w:ascii="Arial" w:hAnsi="Arial" w:eastAsia="Arial"/>
                <w:b w:val="0"/>
                <w:sz w:val="16"/>
              </w:rPr>
              <w:t>Tỷ lệ, phong cách, khả năng bảo trì, mức độ phù hợp với lối sống.</w:t>
            </w:r>
          </w:p>
        </w:tc>
      </w:tr>
    </w:tbl>
    <w:p>
      <w:pPr>
        <w:pStyle w:val="Heading2"/>
        <w:spacing w:before="160" w:after="80"/>
      </w:pPr>
      <w:r>
        <w:rPr>
          <w:rFonts w:ascii="Arial" w:hAnsi="Arial" w:eastAsia="Arial"/>
          <w:b/>
          <w:i w:val="0"/>
          <w:color w:val="2F3338"/>
          <w:sz w:val="25"/>
        </w:rPr>
        <w:t>Nguyên tắc chọn đối tác</w:t>
      </w:r>
    </w:p>
    <w:p>
      <w:pPr>
        <w:pStyle w:val="ListBullet"/>
        <w:spacing w:after="60" w:line="254" w:lineRule="auto"/>
      </w:pPr>
      <w:r>
        <w:rPr>
          <w:rFonts w:ascii="Arial" w:hAnsi="Arial" w:eastAsia="Arial"/>
          <w:b w:val="0"/>
          <w:i w:val="0"/>
          <w:sz w:val="19"/>
        </w:rPr>
        <w:t>Không chọn chỉ vì rẻ; chọn vì phù hợp phạm vi, năng lực, tiến độ và khả năng chịu trách nhiệm.</w:t>
      </w:r>
    </w:p>
    <w:p>
      <w:pPr>
        <w:pStyle w:val="ListBullet"/>
        <w:spacing w:after="60" w:line="254" w:lineRule="auto"/>
      </w:pPr>
      <w:r>
        <w:rPr>
          <w:rFonts w:ascii="Arial" w:hAnsi="Arial" w:eastAsia="Arial"/>
          <w:b w:val="0"/>
          <w:i w:val="0"/>
          <w:sz w:val="19"/>
        </w:rPr>
        <w:t>Không chọn chỉ vì ảnh đẹp; phải xem hồ sơ triển khai, quy trình làm việc và cách xử lý phát sinh.</w:t>
      </w:r>
    </w:p>
    <w:p>
      <w:pPr>
        <w:pStyle w:val="ListBullet"/>
        <w:spacing w:after="60" w:line="254" w:lineRule="auto"/>
      </w:pPr>
      <w:r>
        <w:rPr>
          <w:rFonts w:ascii="Arial" w:hAnsi="Arial" w:eastAsia="Arial"/>
          <w:b w:val="0"/>
          <w:i w:val="0"/>
          <w:sz w:val="19"/>
        </w:rPr>
        <w:t>Không để một bên vừa tự nêu tiêu chuẩn, tự báo giá, tự nghiệm thu mà không có kiểm tra chéo khi dự án phức tạp.</w:t>
      </w:r>
    </w:p>
    <w:p>
      <w:pPr>
        <w:pStyle w:val="ListBullet"/>
        <w:spacing w:after="60" w:line="254" w:lineRule="auto"/>
      </w:pPr>
      <w:r>
        <w:rPr>
          <w:rFonts w:ascii="Arial" w:hAnsi="Arial" w:eastAsia="Arial"/>
          <w:b w:val="0"/>
          <w:i w:val="0"/>
          <w:sz w:val="19"/>
        </w:rPr>
        <w:t>Không ép mọi dự án dùng một nhóm đối tác cố định; mỗi dự án cần hệ đối tác phù hợp mức đầu tư và yêu cầu kỹ thuật.</w:t>
      </w:r>
    </w:p>
    <w:p>
      <w:pPr>
        <w:pStyle w:val="Heading1"/>
        <w:spacing w:before="240" w:after="120"/>
        <w:pBdr>
          <w:bottom w:val="single" w:sz="12" w:space="4" w:color="C8A96A"/>
        </w:pBdr>
      </w:pPr>
      <w:r>
        <w:rPr>
          <w:rFonts w:ascii="Arial" w:hAnsi="Arial" w:eastAsia="Arial"/>
          <w:b/>
          <w:i w:val="0"/>
          <w:color w:val="2F3338"/>
          <w:sz w:val="32"/>
        </w:rPr>
        <w:t>13. NĂNG LỰC KIỂM SOÁT THI CÔNG VÀ NGHIỆM THU</w:t>
      </w:r>
    </w:p>
    <w:p>
      <w:pPr>
        <w:spacing w:before="0" w:after="100" w:line="259" w:lineRule="auto"/>
      </w:pPr>
      <w:r>
        <w:rPr>
          <w:rFonts w:ascii="Arial" w:hAnsi="Arial" w:eastAsia="Arial"/>
          <w:b w:val="0"/>
          <w:i w:val="0"/>
          <w:sz w:val="19"/>
        </w:rPr>
        <w:t>ARCOVA không nhất thiết phải có mặt hằng ngày ở công trường nếu khách chỉ mua gói tư vấn mốc. Giá trị hợp lý hơn là chọn đúng các điểm kiểm soát quan trọng, nơi nếu bỏ qua thì sau này sửa rất tốn kém: tháo dỡ, MEP âm, chống thấm, hoàn thiện nền – tường – trần, lắp nội thất, vận hành thiết bị và bàn giao.</w:t>
      </w:r>
    </w:p>
    <w:tbl>
      <w:tblPr>
        <w:tblStyle w:val="TableGrid"/>
        <w:tblW w:type="auto" w:w="0"/>
        <w:jc w:val="center"/>
        <w:tblLook w:firstColumn="1" w:firstRow="1" w:lastColumn="0" w:lastRow="0" w:noHBand="0" w:noVBand="1" w:val="04A0"/>
        <w:tblBorders>
          <w:top w:val="single" w:sz="5" w:space="0" w:color="E7D2A5"/>
          <w:left w:val="single" w:sz="5" w:space="0" w:color="E7D2A5"/>
          <w:bottom w:val="single" w:sz="5" w:space="0" w:color="E7D2A5"/>
          <w:right w:val="single" w:sz="5" w:space="0" w:color="E7D2A5"/>
          <w:insideH w:val="single" w:sz="5" w:space="0" w:color="E7D2A5"/>
          <w:insideV w:val="single" w:sz="5" w:space="0" w:color="E7D2A5"/>
        </w:tblBorders>
      </w:tblPr>
      <w:tblGrid>
        <w:gridCol w:w="3457"/>
        <w:gridCol w:w="3457"/>
        <w:gridCol w:w="3457"/>
      </w:tblGrid>
      <w:tr>
        <w:trPr>
          <w:tblHeader w:val="true"/>
        </w:trPr>
        <w:tc>
          <w:tcPr>
            <w:tcW w:type="dxa" w:w="1701"/>
            <w:shd w:fill="C8A96A"/>
            <w:tcMar>
              <w:top w:w="80" w:type="dxa"/>
              <w:start w:w="70" w:type="dxa"/>
              <w:bottom w:w="80" w:type="dxa"/>
              <w:end w:w="70" w:type="dxa"/>
            </w:tcMar>
          </w:tcPr>
          <w:p>
            <w:pPr>
              <w:spacing w:after="0"/>
              <w:jc w:val="center"/>
            </w:pPr>
            <w:r>
              <w:rPr>
                <w:rFonts w:ascii="Arial" w:hAnsi="Arial" w:eastAsia="Arial"/>
              </w:rPr>
            </w:r>
            <w:r>
              <w:rPr>
                <w:rFonts w:ascii="Arial" w:hAnsi="Arial" w:eastAsia="Arial"/>
                <w:b/>
                <w:color w:val="FFFFFF"/>
                <w:sz w:val="16"/>
              </w:rPr>
              <w:t>Mốc</w:t>
            </w:r>
          </w:p>
        </w:tc>
        <w:tc>
          <w:tcPr>
            <w:tcW w:type="dxa" w:w="4932"/>
            <w:shd w:fill="C8A96A"/>
            <w:tcMar>
              <w:top w:w="80" w:type="dxa"/>
              <w:start w:w="70" w:type="dxa"/>
              <w:bottom w:w="80" w:type="dxa"/>
              <w:end w:w="70" w:type="dxa"/>
            </w:tcMar>
          </w:tcPr>
          <w:p>
            <w:pPr>
              <w:spacing w:after="0"/>
              <w:jc w:val="center"/>
            </w:pPr>
            <w:r>
              <w:rPr>
                <w:rFonts w:ascii="Arial" w:hAnsi="Arial" w:eastAsia="Arial"/>
              </w:rPr>
            </w:r>
            <w:r>
              <w:rPr>
                <w:rFonts w:ascii="Arial" w:hAnsi="Arial" w:eastAsia="Arial"/>
                <w:b/>
                <w:color w:val="FFFFFF"/>
                <w:sz w:val="16"/>
              </w:rPr>
              <w:t>Nội dung kiểm soát</w:t>
            </w:r>
          </w:p>
        </w:tc>
        <w:tc>
          <w:tcPr>
            <w:tcW w:type="dxa" w:w="2154"/>
            <w:shd w:fill="C8A96A"/>
            <w:tcMar>
              <w:top w:w="80" w:type="dxa"/>
              <w:start w:w="70" w:type="dxa"/>
              <w:bottom w:w="80" w:type="dxa"/>
              <w:end w:w="70" w:type="dxa"/>
            </w:tcMar>
          </w:tcPr>
          <w:p>
            <w:pPr>
              <w:spacing w:after="0"/>
              <w:jc w:val="center"/>
            </w:pPr>
            <w:r>
              <w:rPr>
                <w:rFonts w:ascii="Arial" w:hAnsi="Arial" w:eastAsia="Arial"/>
              </w:rPr>
            </w:r>
            <w:r>
              <w:rPr>
                <w:rFonts w:ascii="Arial" w:hAnsi="Arial" w:eastAsia="Arial"/>
                <w:b/>
                <w:color w:val="FFFFFF"/>
                <w:sz w:val="16"/>
              </w:rPr>
              <w:t>Đầu ra</w:t>
            </w:r>
          </w:p>
        </w:tc>
      </w:tr>
      <w:tr>
        <w:tc>
          <w:tcPr>
            <w:tcW w:type="dxa" w:w="1701"/>
            <w:tcMar>
              <w:top w:w="70" w:type="dxa"/>
              <w:start w:w="65" w:type="dxa"/>
              <w:bottom w:w="70" w:type="dxa"/>
              <w:end w:w="65" w:type="dxa"/>
            </w:tcMar>
            <w:vAlign w:val="top"/>
          </w:tcPr>
          <w:p>
            <w:pPr>
              <w:spacing w:after="0"/>
            </w:pPr>
            <w:r>
              <w:rPr>
                <w:rFonts w:ascii="Arial" w:hAnsi="Arial" w:eastAsia="Arial"/>
              </w:rPr>
            </w:r>
            <w:r>
              <w:rPr>
                <w:rFonts w:ascii="Arial" w:hAnsi="Arial" w:eastAsia="Arial"/>
                <w:b w:val="0"/>
                <w:sz w:val="16"/>
              </w:rPr>
              <w:t>Trước thi công</w:t>
            </w:r>
          </w:p>
        </w:tc>
        <w:tc>
          <w:tcPr>
            <w:tcW w:type="dxa" w:w="4932"/>
            <w:tcMar>
              <w:top w:w="70" w:type="dxa"/>
              <w:start w:w="65" w:type="dxa"/>
              <w:bottom w:w="70" w:type="dxa"/>
              <w:end w:w="65" w:type="dxa"/>
            </w:tcMar>
            <w:vAlign w:val="top"/>
          </w:tcPr>
          <w:p>
            <w:pPr>
              <w:spacing w:after="0"/>
            </w:pPr>
            <w:r>
              <w:rPr>
                <w:rFonts w:ascii="Arial" w:hAnsi="Arial" w:eastAsia="Arial"/>
              </w:rPr>
            </w:r>
            <w:r>
              <w:rPr>
                <w:rFonts w:ascii="Arial" w:hAnsi="Arial" w:eastAsia="Arial"/>
                <w:b w:val="0"/>
                <w:sz w:val="16"/>
              </w:rPr>
              <w:t>Kiểm tra phạm vi, tiến độ, vật liệu, điều kiện tòa nhà/khu dân cư, đầu mối liên hệ.</w:t>
            </w:r>
          </w:p>
        </w:tc>
        <w:tc>
          <w:tcPr>
            <w:tcW w:type="dxa" w:w="2154"/>
            <w:tcMar>
              <w:top w:w="70" w:type="dxa"/>
              <w:start w:w="65" w:type="dxa"/>
              <w:bottom w:w="70" w:type="dxa"/>
              <w:end w:w="65" w:type="dxa"/>
            </w:tcMar>
            <w:vAlign w:val="top"/>
          </w:tcPr>
          <w:p>
            <w:pPr>
              <w:spacing w:after="0"/>
            </w:pPr>
            <w:r>
              <w:rPr>
                <w:rFonts w:ascii="Arial" w:hAnsi="Arial" w:eastAsia="Arial"/>
              </w:rPr>
            </w:r>
            <w:r>
              <w:rPr>
                <w:rFonts w:ascii="Arial" w:hAnsi="Arial" w:eastAsia="Arial"/>
                <w:b w:val="0"/>
                <w:sz w:val="16"/>
              </w:rPr>
              <w:t>Biên bản kick-off/checklist rủi ro.</w:t>
            </w:r>
          </w:p>
        </w:tc>
      </w:tr>
      <w:tr>
        <w:tc>
          <w:tcPr>
            <w:tcW w:type="dxa" w:w="1701"/>
            <w:tcMar>
              <w:top w:w="70" w:type="dxa"/>
              <w:start w:w="65" w:type="dxa"/>
              <w:bottom w:w="70" w:type="dxa"/>
              <w:end w:w="65" w:type="dxa"/>
            </w:tcMar>
            <w:vAlign w:val="top"/>
            <w:shd w:fill="FAF9F6"/>
          </w:tcPr>
          <w:p>
            <w:pPr>
              <w:spacing w:after="0"/>
            </w:pPr>
            <w:r>
              <w:rPr>
                <w:rFonts w:ascii="Arial" w:hAnsi="Arial" w:eastAsia="Arial"/>
              </w:rPr>
            </w:r>
            <w:r>
              <w:rPr>
                <w:rFonts w:ascii="Arial" w:hAnsi="Arial" w:eastAsia="Arial"/>
                <w:b w:val="0"/>
                <w:sz w:val="16"/>
              </w:rPr>
              <w:t>Sau tháo dỡ</w:t>
            </w:r>
          </w:p>
        </w:tc>
        <w:tc>
          <w:tcPr>
            <w:tcW w:type="dxa" w:w="4932"/>
            <w:tcMar>
              <w:top w:w="70" w:type="dxa"/>
              <w:start w:w="65" w:type="dxa"/>
              <w:bottom w:w="70" w:type="dxa"/>
              <w:end w:w="65" w:type="dxa"/>
            </w:tcMar>
            <w:vAlign w:val="top"/>
            <w:shd w:fill="FAF9F6"/>
          </w:tcPr>
          <w:p>
            <w:pPr>
              <w:spacing w:after="0"/>
            </w:pPr>
            <w:r>
              <w:rPr>
                <w:rFonts w:ascii="Arial" w:hAnsi="Arial" w:eastAsia="Arial"/>
              </w:rPr>
            </w:r>
            <w:r>
              <w:rPr>
                <w:rFonts w:ascii="Arial" w:hAnsi="Arial" w:eastAsia="Arial"/>
                <w:b w:val="0"/>
                <w:sz w:val="16"/>
              </w:rPr>
              <w:t>Xem hiện trạng thật sau khi mở lớp cũ: tường, sàn, ống, dây, thấm, nứt.</w:t>
            </w:r>
          </w:p>
        </w:tc>
        <w:tc>
          <w:tcPr>
            <w:tcW w:type="dxa" w:w="2154"/>
            <w:tcMar>
              <w:top w:w="70" w:type="dxa"/>
              <w:start w:w="65" w:type="dxa"/>
              <w:bottom w:w="70" w:type="dxa"/>
              <w:end w:w="65" w:type="dxa"/>
            </w:tcMar>
            <w:vAlign w:val="top"/>
            <w:shd w:fill="FAF9F6"/>
          </w:tcPr>
          <w:p>
            <w:pPr>
              <w:spacing w:after="0"/>
            </w:pPr>
            <w:r>
              <w:rPr>
                <w:rFonts w:ascii="Arial" w:hAnsi="Arial" w:eastAsia="Arial"/>
              </w:rPr>
            </w:r>
            <w:r>
              <w:rPr>
                <w:rFonts w:ascii="Arial" w:hAnsi="Arial" w:eastAsia="Arial"/>
                <w:b w:val="0"/>
                <w:sz w:val="16"/>
              </w:rPr>
              <w:t>Danh sách việc phải xử lý trước khi làm tiếp.</w:t>
            </w:r>
          </w:p>
        </w:tc>
      </w:tr>
      <w:tr>
        <w:tc>
          <w:tcPr>
            <w:tcW w:type="dxa" w:w="1701"/>
            <w:tcMar>
              <w:top w:w="70" w:type="dxa"/>
              <w:start w:w="65" w:type="dxa"/>
              <w:bottom w:w="70" w:type="dxa"/>
              <w:end w:w="65" w:type="dxa"/>
            </w:tcMar>
            <w:vAlign w:val="top"/>
          </w:tcPr>
          <w:p>
            <w:pPr>
              <w:spacing w:after="0"/>
            </w:pPr>
            <w:r>
              <w:rPr>
                <w:rFonts w:ascii="Arial" w:hAnsi="Arial" w:eastAsia="Arial"/>
              </w:rPr>
            </w:r>
            <w:r>
              <w:rPr>
                <w:rFonts w:ascii="Arial" w:hAnsi="Arial" w:eastAsia="Arial"/>
                <w:b w:val="0"/>
                <w:sz w:val="16"/>
              </w:rPr>
              <w:t>MEP âm</w:t>
            </w:r>
          </w:p>
        </w:tc>
        <w:tc>
          <w:tcPr>
            <w:tcW w:type="dxa" w:w="4932"/>
            <w:tcMar>
              <w:top w:w="70" w:type="dxa"/>
              <w:start w:w="65" w:type="dxa"/>
              <w:bottom w:w="70" w:type="dxa"/>
              <w:end w:w="65" w:type="dxa"/>
            </w:tcMar>
            <w:vAlign w:val="top"/>
          </w:tcPr>
          <w:p>
            <w:pPr>
              <w:spacing w:after="0"/>
            </w:pPr>
            <w:r>
              <w:rPr>
                <w:rFonts w:ascii="Arial" w:hAnsi="Arial" w:eastAsia="Arial"/>
              </w:rPr>
            </w:r>
            <w:r>
              <w:rPr>
                <w:rFonts w:ascii="Arial" w:hAnsi="Arial" w:eastAsia="Arial"/>
                <w:b w:val="0"/>
                <w:sz w:val="16"/>
              </w:rPr>
              <w:t>Kiểm tra vị trí điện, nước, điều hòa, hút mùi, ổ cắm, thoát nước trước khi che kín.</w:t>
            </w:r>
          </w:p>
        </w:tc>
        <w:tc>
          <w:tcPr>
            <w:tcW w:type="dxa" w:w="2154"/>
            <w:tcMar>
              <w:top w:w="70" w:type="dxa"/>
              <w:start w:w="65" w:type="dxa"/>
              <w:bottom w:w="70" w:type="dxa"/>
              <w:end w:w="65" w:type="dxa"/>
            </w:tcMar>
            <w:vAlign w:val="top"/>
          </w:tcPr>
          <w:p>
            <w:pPr>
              <w:spacing w:after="0"/>
            </w:pPr>
            <w:r>
              <w:rPr>
                <w:rFonts w:ascii="Arial" w:hAnsi="Arial" w:eastAsia="Arial"/>
              </w:rPr>
            </w:r>
            <w:r>
              <w:rPr>
                <w:rFonts w:ascii="Arial" w:hAnsi="Arial" w:eastAsia="Arial"/>
                <w:b w:val="0"/>
                <w:sz w:val="16"/>
              </w:rPr>
              <w:t>Ảnh nghiệm thu, checklist vị trí, vấn đề tồn tại.</w:t>
            </w:r>
          </w:p>
        </w:tc>
      </w:tr>
      <w:tr>
        <w:tc>
          <w:tcPr>
            <w:tcW w:type="dxa" w:w="1701"/>
            <w:tcMar>
              <w:top w:w="70" w:type="dxa"/>
              <w:start w:w="65" w:type="dxa"/>
              <w:bottom w:w="70" w:type="dxa"/>
              <w:end w:w="65" w:type="dxa"/>
            </w:tcMar>
            <w:vAlign w:val="top"/>
            <w:shd w:fill="FAF9F6"/>
          </w:tcPr>
          <w:p>
            <w:pPr>
              <w:spacing w:after="0"/>
            </w:pPr>
            <w:r>
              <w:rPr>
                <w:rFonts w:ascii="Arial" w:hAnsi="Arial" w:eastAsia="Arial"/>
              </w:rPr>
            </w:r>
            <w:r>
              <w:rPr>
                <w:rFonts w:ascii="Arial" w:hAnsi="Arial" w:eastAsia="Arial"/>
                <w:b w:val="0"/>
                <w:sz w:val="16"/>
              </w:rPr>
              <w:t>Chống thấm</w:t>
            </w:r>
          </w:p>
        </w:tc>
        <w:tc>
          <w:tcPr>
            <w:tcW w:type="dxa" w:w="4932"/>
            <w:tcMar>
              <w:top w:w="70" w:type="dxa"/>
              <w:start w:w="65" w:type="dxa"/>
              <w:bottom w:w="70" w:type="dxa"/>
              <w:end w:w="65" w:type="dxa"/>
            </w:tcMar>
            <w:vAlign w:val="top"/>
            <w:shd w:fill="FAF9F6"/>
          </w:tcPr>
          <w:p>
            <w:pPr>
              <w:spacing w:after="0"/>
            </w:pPr>
            <w:r>
              <w:rPr>
                <w:rFonts w:ascii="Arial" w:hAnsi="Arial" w:eastAsia="Arial"/>
              </w:rPr>
            </w:r>
            <w:r>
              <w:rPr>
                <w:rFonts w:ascii="Arial" w:hAnsi="Arial" w:eastAsia="Arial"/>
                <w:b w:val="0"/>
                <w:sz w:val="16"/>
              </w:rPr>
              <w:t>Kiểm tra khu vệ sinh, ban công, sân thượng, bếp/giặt nếu có can thiệp nước.</w:t>
            </w:r>
          </w:p>
        </w:tc>
        <w:tc>
          <w:tcPr>
            <w:tcW w:type="dxa" w:w="2154"/>
            <w:tcMar>
              <w:top w:w="70" w:type="dxa"/>
              <w:start w:w="65" w:type="dxa"/>
              <w:bottom w:w="70" w:type="dxa"/>
              <w:end w:w="65" w:type="dxa"/>
            </w:tcMar>
            <w:vAlign w:val="top"/>
            <w:shd w:fill="FAF9F6"/>
          </w:tcPr>
          <w:p>
            <w:pPr>
              <w:spacing w:after="0"/>
            </w:pPr>
            <w:r>
              <w:rPr>
                <w:rFonts w:ascii="Arial" w:hAnsi="Arial" w:eastAsia="Arial"/>
              </w:rPr>
            </w:r>
            <w:r>
              <w:rPr>
                <w:rFonts w:ascii="Arial" w:hAnsi="Arial" w:eastAsia="Arial"/>
                <w:b w:val="0"/>
                <w:sz w:val="16"/>
              </w:rPr>
              <w:t>Biên bản thử nước/khuyến nghị xử lý.</w:t>
            </w:r>
          </w:p>
        </w:tc>
      </w:tr>
      <w:tr>
        <w:tc>
          <w:tcPr>
            <w:tcW w:type="dxa" w:w="1701"/>
            <w:tcMar>
              <w:top w:w="70" w:type="dxa"/>
              <w:start w:w="65" w:type="dxa"/>
              <w:bottom w:w="70" w:type="dxa"/>
              <w:end w:w="65" w:type="dxa"/>
            </w:tcMar>
            <w:vAlign w:val="top"/>
          </w:tcPr>
          <w:p>
            <w:pPr>
              <w:spacing w:after="0"/>
            </w:pPr>
            <w:r>
              <w:rPr>
                <w:rFonts w:ascii="Arial" w:hAnsi="Arial" w:eastAsia="Arial"/>
              </w:rPr>
            </w:r>
            <w:r>
              <w:rPr>
                <w:rFonts w:ascii="Arial" w:hAnsi="Arial" w:eastAsia="Arial"/>
                <w:b w:val="0"/>
                <w:sz w:val="16"/>
              </w:rPr>
              <w:t>Hoàn thiện</w:t>
            </w:r>
          </w:p>
        </w:tc>
        <w:tc>
          <w:tcPr>
            <w:tcW w:type="dxa" w:w="4932"/>
            <w:tcMar>
              <w:top w:w="70" w:type="dxa"/>
              <w:start w:w="65" w:type="dxa"/>
              <w:bottom w:w="70" w:type="dxa"/>
              <w:end w:w="65" w:type="dxa"/>
            </w:tcMar>
            <w:vAlign w:val="top"/>
          </w:tcPr>
          <w:p>
            <w:pPr>
              <w:spacing w:after="0"/>
            </w:pPr>
            <w:r>
              <w:rPr>
                <w:rFonts w:ascii="Arial" w:hAnsi="Arial" w:eastAsia="Arial"/>
              </w:rPr>
            </w:r>
            <w:r>
              <w:rPr>
                <w:rFonts w:ascii="Arial" w:hAnsi="Arial" w:eastAsia="Arial"/>
                <w:b w:val="0"/>
                <w:sz w:val="16"/>
              </w:rPr>
              <w:t>Kiểm tra sàn, tường, trần, màu, ron, phẳng, thẳng, đèn, cửa, mép kết thúc.</w:t>
            </w:r>
          </w:p>
        </w:tc>
        <w:tc>
          <w:tcPr>
            <w:tcW w:type="dxa" w:w="2154"/>
            <w:tcMar>
              <w:top w:w="70" w:type="dxa"/>
              <w:start w:w="65" w:type="dxa"/>
              <w:bottom w:w="70" w:type="dxa"/>
              <w:end w:w="65" w:type="dxa"/>
            </w:tcMar>
            <w:vAlign w:val="top"/>
          </w:tcPr>
          <w:p>
            <w:pPr>
              <w:spacing w:after="0"/>
            </w:pPr>
            <w:r>
              <w:rPr>
                <w:rFonts w:ascii="Arial" w:hAnsi="Arial" w:eastAsia="Arial"/>
              </w:rPr>
            </w:r>
            <w:r>
              <w:rPr>
                <w:rFonts w:ascii="Arial" w:hAnsi="Arial" w:eastAsia="Arial"/>
                <w:b w:val="0"/>
                <w:sz w:val="16"/>
              </w:rPr>
              <w:t>Danh sách lỗi hoàn thiện.</w:t>
            </w:r>
          </w:p>
        </w:tc>
      </w:tr>
      <w:tr>
        <w:tc>
          <w:tcPr>
            <w:tcW w:type="dxa" w:w="1701"/>
            <w:tcMar>
              <w:top w:w="70" w:type="dxa"/>
              <w:start w:w="65" w:type="dxa"/>
              <w:bottom w:w="70" w:type="dxa"/>
              <w:end w:w="65" w:type="dxa"/>
            </w:tcMar>
            <w:vAlign w:val="top"/>
            <w:shd w:fill="FAF9F6"/>
          </w:tcPr>
          <w:p>
            <w:pPr>
              <w:spacing w:after="0"/>
            </w:pPr>
            <w:r>
              <w:rPr>
                <w:rFonts w:ascii="Arial" w:hAnsi="Arial" w:eastAsia="Arial"/>
              </w:rPr>
            </w:r>
            <w:r>
              <w:rPr>
                <w:rFonts w:ascii="Arial" w:hAnsi="Arial" w:eastAsia="Arial"/>
                <w:b w:val="0"/>
                <w:sz w:val="16"/>
              </w:rPr>
              <w:t>Lắp nội thất</w:t>
            </w:r>
          </w:p>
        </w:tc>
        <w:tc>
          <w:tcPr>
            <w:tcW w:type="dxa" w:w="4932"/>
            <w:tcMar>
              <w:top w:w="70" w:type="dxa"/>
              <w:start w:w="65" w:type="dxa"/>
              <w:bottom w:w="70" w:type="dxa"/>
              <w:end w:w="65" w:type="dxa"/>
            </w:tcMar>
            <w:vAlign w:val="top"/>
            <w:shd w:fill="FAF9F6"/>
          </w:tcPr>
          <w:p>
            <w:pPr>
              <w:spacing w:after="0"/>
            </w:pPr>
            <w:r>
              <w:rPr>
                <w:rFonts w:ascii="Arial" w:hAnsi="Arial" w:eastAsia="Arial"/>
              </w:rPr>
            </w:r>
            <w:r>
              <w:rPr>
                <w:rFonts w:ascii="Arial" w:hAnsi="Arial" w:eastAsia="Arial"/>
                <w:b w:val="0"/>
                <w:sz w:val="16"/>
              </w:rPr>
              <w:t>Kiểm tra kích thước, màu, khe hở, phụ kiện, ray trượt, cánh, tay nắm, vận hành.</w:t>
            </w:r>
          </w:p>
        </w:tc>
        <w:tc>
          <w:tcPr>
            <w:tcW w:type="dxa" w:w="2154"/>
            <w:tcMar>
              <w:top w:w="70" w:type="dxa"/>
              <w:start w:w="65" w:type="dxa"/>
              <w:bottom w:w="70" w:type="dxa"/>
              <w:end w:w="65" w:type="dxa"/>
            </w:tcMar>
            <w:vAlign w:val="top"/>
            <w:shd w:fill="FAF9F6"/>
          </w:tcPr>
          <w:p>
            <w:pPr>
              <w:spacing w:after="0"/>
            </w:pPr>
            <w:r>
              <w:rPr>
                <w:rFonts w:ascii="Arial" w:hAnsi="Arial" w:eastAsia="Arial"/>
              </w:rPr>
            </w:r>
            <w:r>
              <w:rPr>
                <w:rFonts w:ascii="Arial" w:hAnsi="Arial" w:eastAsia="Arial"/>
                <w:b w:val="0"/>
                <w:sz w:val="16"/>
              </w:rPr>
              <w:t>Defect list nội thất.</w:t>
            </w:r>
          </w:p>
        </w:tc>
      </w:tr>
      <w:tr>
        <w:tc>
          <w:tcPr>
            <w:tcW w:type="dxa" w:w="1701"/>
            <w:tcMar>
              <w:top w:w="70" w:type="dxa"/>
              <w:start w:w="65" w:type="dxa"/>
              <w:bottom w:w="70" w:type="dxa"/>
              <w:end w:w="65" w:type="dxa"/>
            </w:tcMar>
            <w:vAlign w:val="top"/>
          </w:tcPr>
          <w:p>
            <w:pPr>
              <w:spacing w:after="0"/>
            </w:pPr>
            <w:r>
              <w:rPr>
                <w:rFonts w:ascii="Arial" w:hAnsi="Arial" w:eastAsia="Arial"/>
              </w:rPr>
            </w:r>
            <w:r>
              <w:rPr>
                <w:rFonts w:ascii="Arial" w:hAnsi="Arial" w:eastAsia="Arial"/>
                <w:b w:val="0"/>
                <w:sz w:val="16"/>
              </w:rPr>
              <w:t>Bàn giao</w:t>
            </w:r>
          </w:p>
        </w:tc>
        <w:tc>
          <w:tcPr>
            <w:tcW w:type="dxa" w:w="4932"/>
            <w:tcMar>
              <w:top w:w="70" w:type="dxa"/>
              <w:start w:w="65" w:type="dxa"/>
              <w:bottom w:w="70" w:type="dxa"/>
              <w:end w:w="65" w:type="dxa"/>
            </w:tcMar>
            <w:vAlign w:val="top"/>
          </w:tcPr>
          <w:p>
            <w:pPr>
              <w:spacing w:after="0"/>
            </w:pPr>
            <w:r>
              <w:rPr>
                <w:rFonts w:ascii="Arial" w:hAnsi="Arial" w:eastAsia="Arial"/>
              </w:rPr>
            </w:r>
            <w:r>
              <w:rPr>
                <w:rFonts w:ascii="Arial" w:hAnsi="Arial" w:eastAsia="Arial"/>
                <w:b w:val="0"/>
                <w:sz w:val="16"/>
              </w:rPr>
              <w:t>Kiểm tra vệ sinh, thiết bị, bảo hành, hướng dẫn dùng, hồ sơ vật liệu.</w:t>
            </w:r>
          </w:p>
        </w:tc>
        <w:tc>
          <w:tcPr>
            <w:tcW w:type="dxa" w:w="2154"/>
            <w:tcMar>
              <w:top w:w="70" w:type="dxa"/>
              <w:start w:w="65" w:type="dxa"/>
              <w:bottom w:w="70" w:type="dxa"/>
              <w:end w:w="65" w:type="dxa"/>
            </w:tcMar>
            <w:vAlign w:val="top"/>
          </w:tcPr>
          <w:p>
            <w:pPr>
              <w:spacing w:after="0"/>
            </w:pPr>
            <w:r>
              <w:rPr>
                <w:rFonts w:ascii="Arial" w:hAnsi="Arial" w:eastAsia="Arial"/>
              </w:rPr>
            </w:r>
            <w:r>
              <w:rPr>
                <w:rFonts w:ascii="Arial" w:hAnsi="Arial" w:eastAsia="Arial"/>
                <w:b w:val="0"/>
                <w:sz w:val="16"/>
              </w:rPr>
              <w:t>Biên bản bàn giao và danh sách việc còn lại.</w:t>
            </w:r>
          </w:p>
        </w:tc>
      </w:tr>
    </w:tbl>
    <w:tbl>
      <w:tblPr>
        <w:tblW w:type="auto" w:w="0"/>
        <w:jc w:val="center"/>
        <w:tblLook w:firstColumn="1" w:firstRow="1" w:lastColumn="0" w:lastRow="0" w:noHBand="0" w:noVBand="1" w:val="04A0"/>
        <w:tblBorders>
          <w:top w:val="single" w:sz="5" w:space="0" w:color="E7D2A5"/>
          <w:left w:val="single" w:sz="5" w:space="0" w:color="E7D2A5"/>
          <w:bottom w:val="single" w:sz="5" w:space="0" w:color="E7D2A5"/>
          <w:right w:val="single" w:sz="5" w:space="0" w:color="E7D2A5"/>
          <w:insideH w:val="single" w:sz="5" w:space="0" w:color="E7D2A5"/>
          <w:insideV w:val="single" w:sz="5" w:space="0" w:color="E7D2A5"/>
        </w:tblBorders>
      </w:tblPr>
      <w:tblGrid>
        <w:gridCol w:w="10370"/>
      </w:tblGrid>
      <w:tr>
        <w:tc>
          <w:tcPr>
            <w:tcW w:type="dxa" w:w="10370"/>
            <w:shd w:fill="F2EEE7"/>
            <w:tcMar>
              <w:top w:w="130" w:type="dxa"/>
              <w:start w:w="160" w:type="dxa"/>
              <w:bottom w:w="130" w:type="dxa"/>
              <w:end w:w="160" w:type="dxa"/>
            </w:tcMar>
          </w:tcPr>
          <w:p>
            <w:pPr>
              <w:spacing w:after="60"/>
            </w:pPr>
            <w:r>
              <w:rPr>
                <w:rFonts w:ascii="Arial" w:hAnsi="Arial" w:eastAsia="Arial"/>
                <w:b/>
                <w:i w:val="0"/>
                <w:color w:val="2F3338"/>
                <w:sz w:val="20"/>
              </w:rPr>
              <w:t>Khi nào phải tính phí cao hơn?</w:t>
            </w:r>
          </w:p>
          <w:p>
            <w:pPr>
              <w:spacing w:after="0" w:line="259" w:lineRule="auto"/>
            </w:pPr>
            <w:r>
              <w:rPr>
                <w:rFonts w:ascii="Arial" w:hAnsi="Arial" w:eastAsia="Arial"/>
                <w:b w:val="0"/>
                <w:i w:val="0"/>
                <w:color w:val="222222"/>
                <w:sz w:val="18"/>
              </w:rPr>
              <w:t>Khi khách yêu cầu ARCOVA theo sát hằng ngày, điều phối nhiều thầu phụ, xử lý phát sinh sâu, có mặt liên tục tại công trình hoặc chịu trách nhiệm quản lý tiến độ như ban quản lý dự án mini, cần chuyển sang gói premium/retainer.</w:t>
            </w:r>
          </w:p>
        </w:tc>
      </w:tr>
    </w:tbl>
    <w:p>
      <w:pPr>
        <w:pStyle w:val="Heading1"/>
        <w:spacing w:before="240" w:after="120"/>
        <w:pBdr>
          <w:bottom w:val="single" w:sz="12" w:space="4" w:color="C8A96A"/>
        </w:pBdr>
      </w:pPr>
      <w:r>
        <w:rPr>
          <w:rFonts w:ascii="Arial" w:hAnsi="Arial" w:eastAsia="Arial"/>
          <w:b/>
          <w:i w:val="0"/>
          <w:color w:val="2F3338"/>
          <w:sz w:val="32"/>
        </w:rPr>
        <w:t>14. MÔ HÌNH TÍNH PHÍ VÀ THANH TOÁN</w:t>
      </w:r>
    </w:p>
    <w:p>
      <w:pPr>
        <w:spacing w:before="0" w:after="100" w:line="259" w:lineRule="auto"/>
      </w:pPr>
      <w:r>
        <w:rPr>
          <w:rFonts w:ascii="Arial" w:hAnsi="Arial" w:eastAsia="Arial"/>
          <w:b w:val="0"/>
          <w:i w:val="0"/>
          <w:sz w:val="19"/>
        </w:rPr>
        <w:t>Mô hình thương mại của ARCOVA cần minh bạch để khách dễ mua và công ty dễ thu tiền. Không nên gộp tất cả vào một phí mơ hồ. Mỗi gói nên nêu rõ phạm vi, số buổi/số giờ, tài liệu đầu ra, thời hạn hoàn thành và mốc thanh toán.</w:t>
      </w:r>
    </w:p>
    <w:tbl>
      <w:tblPr>
        <w:tblStyle w:val="TableGrid"/>
        <w:tblW w:type="auto" w:w="0"/>
        <w:jc w:val="center"/>
        <w:tblLook w:firstColumn="1" w:firstRow="1" w:lastColumn="0" w:lastRow="0" w:noHBand="0" w:noVBand="1" w:val="04A0"/>
        <w:tblBorders>
          <w:top w:val="single" w:sz="5" w:space="0" w:color="E7D2A5"/>
          <w:left w:val="single" w:sz="5" w:space="0" w:color="E7D2A5"/>
          <w:bottom w:val="single" w:sz="5" w:space="0" w:color="E7D2A5"/>
          <w:right w:val="single" w:sz="5" w:space="0" w:color="E7D2A5"/>
          <w:insideH w:val="single" w:sz="5" w:space="0" w:color="E7D2A5"/>
          <w:insideV w:val="single" w:sz="5" w:space="0" w:color="E7D2A5"/>
        </w:tblBorders>
      </w:tblPr>
      <w:tblGrid>
        <w:gridCol w:w="3457"/>
        <w:gridCol w:w="3457"/>
        <w:gridCol w:w="3457"/>
      </w:tblGrid>
      <w:tr>
        <w:trPr>
          <w:tblHeader w:val="true"/>
        </w:trPr>
        <w:tc>
          <w:tcPr>
            <w:tcW w:type="dxa" w:w="2154"/>
            <w:shd w:fill="C8A96A"/>
            <w:tcMar>
              <w:top w:w="80" w:type="dxa"/>
              <w:start w:w="70" w:type="dxa"/>
              <w:bottom w:w="80" w:type="dxa"/>
              <w:end w:w="70" w:type="dxa"/>
            </w:tcMar>
          </w:tcPr>
          <w:p>
            <w:pPr>
              <w:spacing w:after="0"/>
              <w:jc w:val="center"/>
            </w:pPr>
            <w:r>
              <w:rPr>
                <w:rFonts w:ascii="Arial" w:hAnsi="Arial" w:eastAsia="Arial"/>
              </w:rPr>
            </w:r>
            <w:r>
              <w:rPr>
                <w:rFonts w:ascii="Arial" w:hAnsi="Arial" w:eastAsia="Arial"/>
                <w:b/>
                <w:color w:val="FFFFFF"/>
                <w:sz w:val="16"/>
              </w:rPr>
              <w:t>Mô hình phí</w:t>
            </w:r>
          </w:p>
        </w:tc>
        <w:tc>
          <w:tcPr>
            <w:tcW w:type="dxa" w:w="3969"/>
            <w:shd w:fill="C8A96A"/>
            <w:tcMar>
              <w:top w:w="80" w:type="dxa"/>
              <w:start w:w="70" w:type="dxa"/>
              <w:bottom w:w="80" w:type="dxa"/>
              <w:end w:w="70" w:type="dxa"/>
            </w:tcMar>
          </w:tcPr>
          <w:p>
            <w:pPr>
              <w:spacing w:after="0"/>
              <w:jc w:val="center"/>
            </w:pPr>
            <w:r>
              <w:rPr>
                <w:rFonts w:ascii="Arial" w:hAnsi="Arial" w:eastAsia="Arial"/>
              </w:rPr>
            </w:r>
            <w:r>
              <w:rPr>
                <w:rFonts w:ascii="Arial" w:hAnsi="Arial" w:eastAsia="Arial"/>
                <w:b/>
                <w:color w:val="FFFFFF"/>
                <w:sz w:val="16"/>
              </w:rPr>
              <w:t>Phù hợp khi</w:t>
            </w:r>
          </w:p>
        </w:tc>
        <w:tc>
          <w:tcPr>
            <w:tcW w:type="dxa" w:w="2665"/>
            <w:shd w:fill="C8A96A"/>
            <w:tcMar>
              <w:top w:w="80" w:type="dxa"/>
              <w:start w:w="70" w:type="dxa"/>
              <w:bottom w:w="80" w:type="dxa"/>
              <w:end w:w="70" w:type="dxa"/>
            </w:tcMar>
          </w:tcPr>
          <w:p>
            <w:pPr>
              <w:spacing w:after="0"/>
              <w:jc w:val="center"/>
            </w:pPr>
            <w:r>
              <w:rPr>
                <w:rFonts w:ascii="Arial" w:hAnsi="Arial" w:eastAsia="Arial"/>
              </w:rPr>
            </w:r>
            <w:r>
              <w:rPr>
                <w:rFonts w:ascii="Arial" w:hAnsi="Arial" w:eastAsia="Arial"/>
                <w:b/>
                <w:color w:val="FFFFFF"/>
                <w:sz w:val="16"/>
              </w:rPr>
              <w:t>Nguyên tắc thu</w:t>
            </w:r>
          </w:p>
        </w:tc>
      </w:tr>
      <w:tr>
        <w:tc>
          <w:tcPr>
            <w:tcW w:type="dxa" w:w="2154"/>
            <w:tcMar>
              <w:top w:w="70" w:type="dxa"/>
              <w:start w:w="65" w:type="dxa"/>
              <w:bottom w:w="70" w:type="dxa"/>
              <w:end w:w="65" w:type="dxa"/>
            </w:tcMar>
            <w:vAlign w:val="top"/>
          </w:tcPr>
          <w:p>
            <w:pPr>
              <w:spacing w:after="0"/>
            </w:pPr>
            <w:r>
              <w:rPr>
                <w:rFonts w:ascii="Arial" w:hAnsi="Arial" w:eastAsia="Arial"/>
              </w:rPr>
            </w:r>
            <w:r>
              <w:rPr>
                <w:rFonts w:ascii="Arial" w:hAnsi="Arial" w:eastAsia="Arial"/>
                <w:b w:val="0"/>
                <w:sz w:val="16"/>
              </w:rPr>
              <w:t>Phí tư vấn theo buổi</w:t>
            </w:r>
          </w:p>
        </w:tc>
        <w:tc>
          <w:tcPr>
            <w:tcW w:type="dxa" w:w="3969"/>
            <w:tcMar>
              <w:top w:w="70" w:type="dxa"/>
              <w:start w:w="65" w:type="dxa"/>
              <w:bottom w:w="70" w:type="dxa"/>
              <w:end w:w="65" w:type="dxa"/>
            </w:tcMar>
            <w:vAlign w:val="top"/>
          </w:tcPr>
          <w:p>
            <w:pPr>
              <w:spacing w:after="0"/>
            </w:pPr>
            <w:r>
              <w:rPr>
                <w:rFonts w:ascii="Arial" w:hAnsi="Arial" w:eastAsia="Arial"/>
              </w:rPr>
            </w:r>
            <w:r>
              <w:rPr>
                <w:rFonts w:ascii="Arial" w:hAnsi="Arial" w:eastAsia="Arial"/>
                <w:b w:val="0"/>
                <w:sz w:val="16"/>
              </w:rPr>
              <w:t>Tư vấn định hướng, đọc nhanh hiện trạng, trao đổi phong cách, gỡ rối quyết định.</w:t>
            </w:r>
          </w:p>
        </w:tc>
        <w:tc>
          <w:tcPr>
            <w:tcW w:type="dxa" w:w="2665"/>
            <w:tcMar>
              <w:top w:w="70" w:type="dxa"/>
              <w:start w:w="65" w:type="dxa"/>
              <w:bottom w:w="70" w:type="dxa"/>
              <w:end w:w="65" w:type="dxa"/>
            </w:tcMar>
            <w:vAlign w:val="top"/>
          </w:tcPr>
          <w:p>
            <w:pPr>
              <w:spacing w:after="0"/>
            </w:pPr>
            <w:r>
              <w:rPr>
                <w:rFonts w:ascii="Arial" w:hAnsi="Arial" w:eastAsia="Arial"/>
              </w:rPr>
            </w:r>
            <w:r>
              <w:rPr>
                <w:rFonts w:ascii="Arial" w:hAnsi="Arial" w:eastAsia="Arial"/>
                <w:b w:val="0"/>
                <w:sz w:val="16"/>
              </w:rPr>
              <w:t>Thu trước hoặc ngay sau buổi tư vấn.</w:t>
            </w:r>
          </w:p>
        </w:tc>
      </w:tr>
      <w:tr>
        <w:tc>
          <w:tcPr>
            <w:tcW w:type="dxa" w:w="2154"/>
            <w:tcMar>
              <w:top w:w="70" w:type="dxa"/>
              <w:start w:w="65" w:type="dxa"/>
              <w:bottom w:w="70" w:type="dxa"/>
              <w:end w:w="65" w:type="dxa"/>
            </w:tcMar>
            <w:vAlign w:val="top"/>
            <w:shd w:fill="FAF9F6"/>
          </w:tcPr>
          <w:p>
            <w:pPr>
              <w:spacing w:after="0"/>
            </w:pPr>
            <w:r>
              <w:rPr>
                <w:rFonts w:ascii="Arial" w:hAnsi="Arial" w:eastAsia="Arial"/>
              </w:rPr>
            </w:r>
            <w:r>
              <w:rPr>
                <w:rFonts w:ascii="Arial" w:hAnsi="Arial" w:eastAsia="Arial"/>
                <w:b w:val="0"/>
                <w:sz w:val="16"/>
              </w:rPr>
              <w:t>Phí theo gói đầu ra</w:t>
            </w:r>
          </w:p>
        </w:tc>
        <w:tc>
          <w:tcPr>
            <w:tcW w:type="dxa" w:w="3969"/>
            <w:tcMar>
              <w:top w:w="70" w:type="dxa"/>
              <w:start w:w="65" w:type="dxa"/>
              <w:bottom w:w="70" w:type="dxa"/>
              <w:end w:w="65" w:type="dxa"/>
            </w:tcMar>
            <w:vAlign w:val="top"/>
            <w:shd w:fill="FAF9F6"/>
          </w:tcPr>
          <w:p>
            <w:pPr>
              <w:spacing w:after="0"/>
            </w:pPr>
            <w:r>
              <w:rPr>
                <w:rFonts w:ascii="Arial" w:hAnsi="Arial" w:eastAsia="Arial"/>
              </w:rPr>
            </w:r>
            <w:r>
              <w:rPr>
                <w:rFonts w:ascii="Arial" w:hAnsi="Arial" w:eastAsia="Arial"/>
                <w:b w:val="0"/>
                <w:sz w:val="16"/>
              </w:rPr>
              <w:t>Brief, khảo sát, lộ trình, rà layout, rà báo giá, checklist nghiệm thu.</w:t>
            </w:r>
          </w:p>
        </w:tc>
        <w:tc>
          <w:tcPr>
            <w:tcW w:type="dxa" w:w="2665"/>
            <w:tcMar>
              <w:top w:w="70" w:type="dxa"/>
              <w:start w:w="65" w:type="dxa"/>
              <w:bottom w:w="70" w:type="dxa"/>
              <w:end w:w="65" w:type="dxa"/>
            </w:tcMar>
            <w:vAlign w:val="top"/>
            <w:shd w:fill="FAF9F6"/>
          </w:tcPr>
          <w:p>
            <w:pPr>
              <w:spacing w:after="0"/>
            </w:pPr>
            <w:r>
              <w:rPr>
                <w:rFonts w:ascii="Arial" w:hAnsi="Arial" w:eastAsia="Arial"/>
              </w:rPr>
            </w:r>
            <w:r>
              <w:rPr>
                <w:rFonts w:ascii="Arial" w:hAnsi="Arial" w:eastAsia="Arial"/>
                <w:b w:val="0"/>
                <w:sz w:val="16"/>
              </w:rPr>
              <w:t>Thu 50-100% trước tùy gói, bàn giao file sau khi hoàn tất.</w:t>
            </w:r>
          </w:p>
        </w:tc>
      </w:tr>
      <w:tr>
        <w:tc>
          <w:tcPr>
            <w:tcW w:type="dxa" w:w="2154"/>
            <w:tcMar>
              <w:top w:w="70" w:type="dxa"/>
              <w:start w:w="65" w:type="dxa"/>
              <w:bottom w:w="70" w:type="dxa"/>
              <w:end w:w="65" w:type="dxa"/>
            </w:tcMar>
            <w:vAlign w:val="top"/>
          </w:tcPr>
          <w:p>
            <w:pPr>
              <w:spacing w:after="0"/>
            </w:pPr>
            <w:r>
              <w:rPr>
                <w:rFonts w:ascii="Arial" w:hAnsi="Arial" w:eastAsia="Arial"/>
              </w:rPr>
            </w:r>
            <w:r>
              <w:rPr>
                <w:rFonts w:ascii="Arial" w:hAnsi="Arial" w:eastAsia="Arial"/>
                <w:b w:val="0"/>
                <w:sz w:val="16"/>
              </w:rPr>
              <w:t>Phí theo mốc hiện trường</w:t>
            </w:r>
          </w:p>
        </w:tc>
        <w:tc>
          <w:tcPr>
            <w:tcW w:type="dxa" w:w="3969"/>
            <w:tcMar>
              <w:top w:w="70" w:type="dxa"/>
              <w:start w:w="65" w:type="dxa"/>
              <w:bottom w:w="70" w:type="dxa"/>
              <w:end w:w="65" w:type="dxa"/>
            </w:tcMar>
            <w:vAlign w:val="top"/>
          </w:tcPr>
          <w:p>
            <w:pPr>
              <w:spacing w:after="0"/>
            </w:pPr>
            <w:r>
              <w:rPr>
                <w:rFonts w:ascii="Arial" w:hAnsi="Arial" w:eastAsia="Arial"/>
              </w:rPr>
            </w:r>
            <w:r>
              <w:rPr>
                <w:rFonts w:ascii="Arial" w:hAnsi="Arial" w:eastAsia="Arial"/>
                <w:b w:val="0"/>
                <w:sz w:val="16"/>
              </w:rPr>
              <w:t>Kiểm tra MEP, chống thấm, hoàn thiện, lắp nội thất, bàn giao.</w:t>
            </w:r>
          </w:p>
        </w:tc>
        <w:tc>
          <w:tcPr>
            <w:tcW w:type="dxa" w:w="2665"/>
            <w:tcMar>
              <w:top w:w="70" w:type="dxa"/>
              <w:start w:w="65" w:type="dxa"/>
              <w:bottom w:w="70" w:type="dxa"/>
              <w:end w:w="65" w:type="dxa"/>
            </w:tcMar>
            <w:vAlign w:val="top"/>
          </w:tcPr>
          <w:p>
            <w:pPr>
              <w:spacing w:after="0"/>
            </w:pPr>
            <w:r>
              <w:rPr>
                <w:rFonts w:ascii="Arial" w:hAnsi="Arial" w:eastAsia="Arial"/>
              </w:rPr>
            </w:r>
            <w:r>
              <w:rPr>
                <w:rFonts w:ascii="Arial" w:hAnsi="Arial" w:eastAsia="Arial"/>
                <w:b w:val="0"/>
                <w:sz w:val="16"/>
              </w:rPr>
              <w:t>Thu theo từng buổi/mốc, có biên bản/ảnh/checklist.</w:t>
            </w:r>
          </w:p>
        </w:tc>
      </w:tr>
      <w:tr>
        <w:tc>
          <w:tcPr>
            <w:tcW w:type="dxa" w:w="2154"/>
            <w:tcMar>
              <w:top w:w="70" w:type="dxa"/>
              <w:start w:w="65" w:type="dxa"/>
              <w:bottom w:w="70" w:type="dxa"/>
              <w:end w:w="65" w:type="dxa"/>
            </w:tcMar>
            <w:vAlign w:val="top"/>
            <w:shd w:fill="FAF9F6"/>
          </w:tcPr>
          <w:p>
            <w:pPr>
              <w:spacing w:after="0"/>
            </w:pPr>
            <w:r>
              <w:rPr>
                <w:rFonts w:ascii="Arial" w:hAnsi="Arial" w:eastAsia="Arial"/>
              </w:rPr>
            </w:r>
            <w:r>
              <w:rPr>
                <w:rFonts w:ascii="Arial" w:hAnsi="Arial" w:eastAsia="Arial"/>
                <w:b w:val="0"/>
                <w:sz w:val="16"/>
              </w:rPr>
              <w:t>Phí điều phối dự án</w:t>
            </w:r>
          </w:p>
        </w:tc>
        <w:tc>
          <w:tcPr>
            <w:tcW w:type="dxa" w:w="3969"/>
            <w:tcMar>
              <w:top w:w="70" w:type="dxa"/>
              <w:start w:w="65" w:type="dxa"/>
              <w:bottom w:w="70" w:type="dxa"/>
              <w:end w:w="65" w:type="dxa"/>
            </w:tcMar>
            <w:vAlign w:val="top"/>
            <w:shd w:fill="FAF9F6"/>
          </w:tcPr>
          <w:p>
            <w:pPr>
              <w:spacing w:after="0"/>
            </w:pPr>
            <w:r>
              <w:rPr>
                <w:rFonts w:ascii="Arial" w:hAnsi="Arial" w:eastAsia="Arial"/>
              </w:rPr>
            </w:r>
            <w:r>
              <w:rPr>
                <w:rFonts w:ascii="Arial" w:hAnsi="Arial" w:eastAsia="Arial"/>
                <w:b w:val="0"/>
                <w:sz w:val="16"/>
              </w:rPr>
              <w:t>Tổ chức họp, làm việc với đối tác, tổng hợp báo cáo, theo dõi tiến độ.</w:t>
            </w:r>
          </w:p>
        </w:tc>
        <w:tc>
          <w:tcPr>
            <w:tcW w:type="dxa" w:w="2665"/>
            <w:tcMar>
              <w:top w:w="70" w:type="dxa"/>
              <w:start w:w="65" w:type="dxa"/>
              <w:bottom w:w="70" w:type="dxa"/>
              <w:end w:w="65" w:type="dxa"/>
            </w:tcMar>
            <w:vAlign w:val="top"/>
            <w:shd w:fill="FAF9F6"/>
          </w:tcPr>
          <w:p>
            <w:pPr>
              <w:spacing w:after="0"/>
            </w:pPr>
            <w:r>
              <w:rPr>
                <w:rFonts w:ascii="Arial" w:hAnsi="Arial" w:eastAsia="Arial"/>
              </w:rPr>
            </w:r>
            <w:r>
              <w:rPr>
                <w:rFonts w:ascii="Arial" w:hAnsi="Arial" w:eastAsia="Arial"/>
                <w:b w:val="0"/>
                <w:sz w:val="16"/>
              </w:rPr>
              <w:t>Thu theo tháng/giai đoạn/retainer.</w:t>
            </w:r>
          </w:p>
        </w:tc>
      </w:tr>
      <w:tr>
        <w:tc>
          <w:tcPr>
            <w:tcW w:type="dxa" w:w="2154"/>
            <w:tcMar>
              <w:top w:w="70" w:type="dxa"/>
              <w:start w:w="65" w:type="dxa"/>
              <w:bottom w:w="70" w:type="dxa"/>
              <w:end w:w="65" w:type="dxa"/>
            </w:tcMar>
            <w:vAlign w:val="top"/>
          </w:tcPr>
          <w:p>
            <w:pPr>
              <w:spacing w:after="0"/>
            </w:pPr>
            <w:r>
              <w:rPr>
                <w:rFonts w:ascii="Arial" w:hAnsi="Arial" w:eastAsia="Arial"/>
              </w:rPr>
            </w:r>
            <w:r>
              <w:rPr>
                <w:rFonts w:ascii="Arial" w:hAnsi="Arial" w:eastAsia="Arial"/>
                <w:b w:val="0"/>
                <w:sz w:val="16"/>
              </w:rPr>
              <w:t>Phí đại diện khách hàng premium</w:t>
            </w:r>
          </w:p>
        </w:tc>
        <w:tc>
          <w:tcPr>
            <w:tcW w:type="dxa" w:w="3969"/>
            <w:tcMar>
              <w:top w:w="70" w:type="dxa"/>
              <w:start w:w="65" w:type="dxa"/>
              <w:bottom w:w="70" w:type="dxa"/>
              <w:end w:w="65" w:type="dxa"/>
            </w:tcMar>
            <w:vAlign w:val="top"/>
          </w:tcPr>
          <w:p>
            <w:pPr>
              <w:spacing w:after="0"/>
            </w:pPr>
            <w:r>
              <w:rPr>
                <w:rFonts w:ascii="Arial" w:hAnsi="Arial" w:eastAsia="Arial"/>
              </w:rPr>
            </w:r>
            <w:r>
              <w:rPr>
                <w:rFonts w:ascii="Arial" w:hAnsi="Arial" w:eastAsia="Arial"/>
                <w:b w:val="0"/>
                <w:sz w:val="16"/>
              </w:rPr>
              <w:t>ARCOVA tham gia sâu, nhiều bên, nhiều quyết định, có trách nhiệm theo dõi cao.</w:t>
            </w:r>
          </w:p>
        </w:tc>
        <w:tc>
          <w:tcPr>
            <w:tcW w:type="dxa" w:w="2665"/>
            <w:tcMar>
              <w:top w:w="70" w:type="dxa"/>
              <w:start w:w="65" w:type="dxa"/>
              <w:bottom w:w="70" w:type="dxa"/>
              <w:end w:w="65" w:type="dxa"/>
            </w:tcMar>
            <w:vAlign w:val="top"/>
          </w:tcPr>
          <w:p>
            <w:pPr>
              <w:spacing w:after="0"/>
            </w:pPr>
            <w:r>
              <w:rPr>
                <w:rFonts w:ascii="Arial" w:hAnsi="Arial" w:eastAsia="Arial"/>
              </w:rPr>
            </w:r>
            <w:r>
              <w:rPr>
                <w:rFonts w:ascii="Arial" w:hAnsi="Arial" w:eastAsia="Arial"/>
                <w:b w:val="0"/>
                <w:sz w:val="16"/>
              </w:rPr>
              <w:t>Báo riêng theo phạm vi, độ phức tạp và thời gian.</w:t>
            </w:r>
          </w:p>
        </w:tc>
      </w:tr>
      <w:tr>
        <w:tc>
          <w:tcPr>
            <w:tcW w:type="dxa" w:w="2154"/>
            <w:tcMar>
              <w:top w:w="70" w:type="dxa"/>
              <w:start w:w="65" w:type="dxa"/>
              <w:bottom w:w="70" w:type="dxa"/>
              <w:end w:w="65" w:type="dxa"/>
            </w:tcMar>
            <w:vAlign w:val="top"/>
            <w:shd w:fill="FAF9F6"/>
          </w:tcPr>
          <w:p>
            <w:pPr>
              <w:spacing w:after="0"/>
            </w:pPr>
            <w:r>
              <w:rPr>
                <w:rFonts w:ascii="Arial" w:hAnsi="Arial" w:eastAsia="Arial"/>
              </w:rPr>
            </w:r>
            <w:r>
              <w:rPr>
                <w:rFonts w:ascii="Arial" w:hAnsi="Arial" w:eastAsia="Arial"/>
                <w:b w:val="0"/>
                <w:sz w:val="16"/>
              </w:rPr>
              <w:t>Phí sourcing/hoa hồng minh bạch</w:t>
            </w:r>
          </w:p>
        </w:tc>
        <w:tc>
          <w:tcPr>
            <w:tcW w:type="dxa" w:w="3969"/>
            <w:tcMar>
              <w:top w:w="70" w:type="dxa"/>
              <w:start w:w="65" w:type="dxa"/>
              <w:bottom w:w="70" w:type="dxa"/>
              <w:end w:w="65" w:type="dxa"/>
            </w:tcMar>
            <w:vAlign w:val="top"/>
            <w:shd w:fill="FAF9F6"/>
          </w:tcPr>
          <w:p>
            <w:pPr>
              <w:spacing w:after="0"/>
            </w:pPr>
            <w:r>
              <w:rPr>
                <w:rFonts w:ascii="Arial" w:hAnsi="Arial" w:eastAsia="Arial"/>
              </w:rPr>
            </w:r>
            <w:r>
              <w:rPr>
                <w:rFonts w:ascii="Arial" w:hAnsi="Arial" w:eastAsia="Arial"/>
                <w:b w:val="0"/>
                <w:sz w:val="16"/>
              </w:rPr>
              <w:t>Hỗ trợ chọn vật liệu/đồ rời/nhà cung cấp.</w:t>
            </w:r>
          </w:p>
        </w:tc>
        <w:tc>
          <w:tcPr>
            <w:tcW w:type="dxa" w:w="2665"/>
            <w:tcMar>
              <w:top w:w="70" w:type="dxa"/>
              <w:start w:w="65" w:type="dxa"/>
              <w:bottom w:w="70" w:type="dxa"/>
              <w:end w:w="65" w:type="dxa"/>
            </w:tcMar>
            <w:vAlign w:val="top"/>
            <w:shd w:fill="FAF9F6"/>
          </w:tcPr>
          <w:p>
            <w:pPr>
              <w:spacing w:after="0"/>
            </w:pPr>
            <w:r>
              <w:rPr>
                <w:rFonts w:ascii="Arial" w:hAnsi="Arial" w:eastAsia="Arial"/>
              </w:rPr>
            </w:r>
            <w:r>
              <w:rPr>
                <w:rFonts w:ascii="Arial" w:hAnsi="Arial" w:eastAsia="Arial"/>
                <w:b w:val="0"/>
                <w:sz w:val="16"/>
              </w:rPr>
              <w:t>Nên công khai cách tính: phí dịch vụ, hoa hồng nhà cung cấp hoặc cả hai nếu có.</w:t>
            </w:r>
          </w:p>
        </w:tc>
      </w:tr>
    </w:tbl>
    <w:p>
      <w:pPr>
        <w:pStyle w:val="Heading2"/>
        <w:spacing w:before="160" w:after="80"/>
      </w:pPr>
      <w:r>
        <w:rPr>
          <w:rFonts w:ascii="Arial" w:hAnsi="Arial" w:eastAsia="Arial"/>
          <w:b/>
          <w:i w:val="0"/>
          <w:color w:val="2F3338"/>
          <w:sz w:val="25"/>
        </w:rPr>
        <w:t>Nguyên tắc để dễ đòi tiền</w:t>
      </w:r>
    </w:p>
    <w:p>
      <w:pPr>
        <w:pStyle w:val="ListBullet"/>
        <w:spacing w:after="60" w:line="254" w:lineRule="auto"/>
      </w:pPr>
      <w:r>
        <w:rPr>
          <w:rFonts w:ascii="Arial" w:hAnsi="Arial" w:eastAsia="Arial"/>
          <w:b w:val="0"/>
          <w:i w:val="0"/>
          <w:sz w:val="19"/>
        </w:rPr>
        <w:t>Luôn có tên gói và đầu ra trước khi làm: không làm “giúp” quá nhiều khi chưa chốt phạm vi.</w:t>
      </w:r>
    </w:p>
    <w:p>
      <w:pPr>
        <w:pStyle w:val="ListBullet"/>
        <w:spacing w:after="60" w:line="254" w:lineRule="auto"/>
      </w:pPr>
      <w:r>
        <w:rPr>
          <w:rFonts w:ascii="Arial" w:hAnsi="Arial" w:eastAsia="Arial"/>
          <w:b w:val="0"/>
          <w:i w:val="0"/>
          <w:sz w:val="19"/>
        </w:rPr>
        <w:t>Gói nhỏ nên thu trước hoặc thu ngay khi hoàn thành đầu ra; tránh để khách dùng kết quả rồi mới bàn phí.</w:t>
      </w:r>
    </w:p>
    <w:p>
      <w:pPr>
        <w:pStyle w:val="ListBullet"/>
        <w:spacing w:after="60" w:line="254" w:lineRule="auto"/>
      </w:pPr>
      <w:r>
        <w:rPr>
          <w:rFonts w:ascii="Arial" w:hAnsi="Arial" w:eastAsia="Arial"/>
          <w:b w:val="0"/>
          <w:i w:val="0"/>
          <w:sz w:val="19"/>
        </w:rPr>
        <w:t>Bất kỳ việc nào phát sinh ngoài phạm vi phải có xác nhận ngắn bằng tin nhắn/email/biên bản.</w:t>
      </w:r>
    </w:p>
    <w:p>
      <w:pPr>
        <w:pStyle w:val="ListBullet"/>
        <w:spacing w:after="60" w:line="254" w:lineRule="auto"/>
      </w:pPr>
      <w:r>
        <w:rPr>
          <w:rFonts w:ascii="Arial" w:hAnsi="Arial" w:eastAsia="Arial"/>
          <w:b w:val="0"/>
          <w:i w:val="0"/>
          <w:sz w:val="19"/>
        </w:rPr>
        <w:t>Với gói đi hiện trường, tính phí theo buổi/mốc rõ ràng, không để biến thành giám sát miễn phí.</w:t>
      </w:r>
    </w:p>
    <w:p>
      <w:pPr>
        <w:pStyle w:val="ListBullet"/>
        <w:spacing w:after="60" w:line="254" w:lineRule="auto"/>
      </w:pPr>
      <w:r>
        <w:rPr>
          <w:rFonts w:ascii="Arial" w:hAnsi="Arial" w:eastAsia="Arial"/>
          <w:b w:val="0"/>
          <w:i w:val="0"/>
          <w:sz w:val="19"/>
        </w:rPr>
        <w:t>Với gói đại diện premium, cần hợp đồng/đề xuất riêng, nêu rõ trách nhiệm ARCOVA không thay thế nhà thầu hoặc tư vấn chuyên ngành.</w:t>
      </w:r>
    </w:p>
    <w:p>
      <w:pPr>
        <w:pStyle w:val="Heading1"/>
        <w:spacing w:before="240" w:after="120"/>
        <w:pBdr>
          <w:bottom w:val="single" w:sz="12" w:space="4" w:color="C8A96A"/>
        </w:pBdr>
      </w:pPr>
      <w:r>
        <w:rPr>
          <w:rFonts w:ascii="Arial" w:hAnsi="Arial" w:eastAsia="Arial"/>
          <w:b/>
          <w:i w:val="0"/>
          <w:color w:val="2F3338"/>
          <w:sz w:val="32"/>
        </w:rPr>
        <w:t>15. TỆP KHÁCH HÀNG MỤC TIÊU</w:t>
      </w:r>
    </w:p>
    <w:tbl>
      <w:tblPr>
        <w:tblStyle w:val="TableGrid"/>
        <w:tblW w:type="auto" w:w="0"/>
        <w:jc w:val="center"/>
        <w:tblLook w:firstColumn="1" w:firstRow="1" w:lastColumn="0" w:lastRow="0" w:noHBand="0" w:noVBand="1" w:val="04A0"/>
        <w:tblBorders>
          <w:top w:val="single" w:sz="5" w:space="0" w:color="E7D2A5"/>
          <w:left w:val="single" w:sz="5" w:space="0" w:color="E7D2A5"/>
          <w:bottom w:val="single" w:sz="5" w:space="0" w:color="E7D2A5"/>
          <w:right w:val="single" w:sz="5" w:space="0" w:color="E7D2A5"/>
          <w:insideH w:val="single" w:sz="5" w:space="0" w:color="E7D2A5"/>
          <w:insideV w:val="single" w:sz="5" w:space="0" w:color="E7D2A5"/>
        </w:tblBorders>
      </w:tblPr>
      <w:tblGrid>
        <w:gridCol w:w="3457"/>
        <w:gridCol w:w="3457"/>
        <w:gridCol w:w="3457"/>
      </w:tblGrid>
      <w:tr>
        <w:trPr>
          <w:tblHeader w:val="true"/>
        </w:trPr>
        <w:tc>
          <w:tcPr>
            <w:tcW w:type="dxa" w:w="2154"/>
            <w:shd w:fill="C8A96A"/>
            <w:tcMar>
              <w:top w:w="80" w:type="dxa"/>
              <w:start w:w="70" w:type="dxa"/>
              <w:bottom w:w="80" w:type="dxa"/>
              <w:end w:w="70" w:type="dxa"/>
            </w:tcMar>
          </w:tcPr>
          <w:p>
            <w:pPr>
              <w:spacing w:after="0"/>
              <w:jc w:val="center"/>
            </w:pPr>
            <w:r>
              <w:rPr>
                <w:rFonts w:ascii="Arial" w:hAnsi="Arial" w:eastAsia="Arial"/>
              </w:rPr>
            </w:r>
            <w:r>
              <w:rPr>
                <w:rFonts w:ascii="Arial" w:hAnsi="Arial" w:eastAsia="Arial"/>
                <w:b/>
                <w:color w:val="FFFFFF"/>
                <w:sz w:val="16"/>
              </w:rPr>
              <w:t>Nhóm khách</w:t>
            </w:r>
          </w:p>
        </w:tc>
        <w:tc>
          <w:tcPr>
            <w:tcW w:type="dxa" w:w="3628"/>
            <w:shd w:fill="C8A96A"/>
            <w:tcMar>
              <w:top w:w="80" w:type="dxa"/>
              <w:start w:w="70" w:type="dxa"/>
              <w:bottom w:w="80" w:type="dxa"/>
              <w:end w:w="70" w:type="dxa"/>
            </w:tcMar>
          </w:tcPr>
          <w:p>
            <w:pPr>
              <w:spacing w:after="0"/>
              <w:jc w:val="center"/>
            </w:pPr>
            <w:r>
              <w:rPr>
                <w:rFonts w:ascii="Arial" w:hAnsi="Arial" w:eastAsia="Arial"/>
              </w:rPr>
            </w:r>
            <w:r>
              <w:rPr>
                <w:rFonts w:ascii="Arial" w:hAnsi="Arial" w:eastAsia="Arial"/>
                <w:b/>
                <w:color w:val="FFFFFF"/>
                <w:sz w:val="16"/>
              </w:rPr>
              <w:t>Nỗi đau chính</w:t>
            </w:r>
          </w:p>
        </w:tc>
        <w:tc>
          <w:tcPr>
            <w:tcW w:type="dxa" w:w="3005"/>
            <w:shd w:fill="C8A96A"/>
            <w:tcMar>
              <w:top w:w="80" w:type="dxa"/>
              <w:start w:w="70" w:type="dxa"/>
              <w:bottom w:w="80" w:type="dxa"/>
              <w:end w:w="70" w:type="dxa"/>
            </w:tcMar>
          </w:tcPr>
          <w:p>
            <w:pPr>
              <w:spacing w:after="0"/>
              <w:jc w:val="center"/>
            </w:pPr>
            <w:r>
              <w:rPr>
                <w:rFonts w:ascii="Arial" w:hAnsi="Arial" w:eastAsia="Arial"/>
              </w:rPr>
            </w:r>
            <w:r>
              <w:rPr>
                <w:rFonts w:ascii="Arial" w:hAnsi="Arial" w:eastAsia="Arial"/>
                <w:b/>
                <w:color w:val="FFFFFF"/>
                <w:sz w:val="16"/>
              </w:rPr>
              <w:t>Gói nên giới thiệu</w:t>
            </w:r>
          </w:p>
        </w:tc>
      </w:tr>
      <w:tr>
        <w:tc>
          <w:tcPr>
            <w:tcW w:type="dxa" w:w="2154"/>
            <w:tcMar>
              <w:top w:w="70" w:type="dxa"/>
              <w:start w:w="65" w:type="dxa"/>
              <w:bottom w:w="70" w:type="dxa"/>
              <w:end w:w="65" w:type="dxa"/>
            </w:tcMar>
            <w:vAlign w:val="top"/>
          </w:tcPr>
          <w:p>
            <w:pPr>
              <w:spacing w:after="0"/>
            </w:pPr>
            <w:r>
              <w:rPr>
                <w:rFonts w:ascii="Arial" w:hAnsi="Arial" w:eastAsia="Arial"/>
              </w:rPr>
            </w:r>
            <w:r>
              <w:rPr>
                <w:rFonts w:ascii="Arial" w:hAnsi="Arial" w:eastAsia="Arial"/>
                <w:b w:val="0"/>
                <w:sz w:val="16"/>
              </w:rPr>
              <w:t>Chủ căn hộ mới bàn giao</w:t>
            </w:r>
          </w:p>
        </w:tc>
        <w:tc>
          <w:tcPr>
            <w:tcW w:type="dxa" w:w="3628"/>
            <w:tcMar>
              <w:top w:w="70" w:type="dxa"/>
              <w:start w:w="65" w:type="dxa"/>
              <w:bottom w:w="70" w:type="dxa"/>
              <w:end w:w="65" w:type="dxa"/>
            </w:tcMar>
            <w:vAlign w:val="top"/>
          </w:tcPr>
          <w:p>
            <w:pPr>
              <w:spacing w:after="0"/>
            </w:pPr>
            <w:r>
              <w:rPr>
                <w:rFonts w:ascii="Arial" w:hAnsi="Arial" w:eastAsia="Arial"/>
              </w:rPr>
            </w:r>
            <w:r>
              <w:rPr>
                <w:rFonts w:ascii="Arial" w:hAnsi="Arial" w:eastAsia="Arial"/>
                <w:b w:val="0"/>
                <w:sz w:val="16"/>
              </w:rPr>
              <w:t>Muốn làm nội thất nhưng chưa biết chọn phong cách, xưởng, vật liệu, báo giá.</w:t>
            </w:r>
          </w:p>
        </w:tc>
        <w:tc>
          <w:tcPr>
            <w:tcW w:type="dxa" w:w="3005"/>
            <w:tcMar>
              <w:top w:w="70" w:type="dxa"/>
              <w:start w:w="65" w:type="dxa"/>
              <w:bottom w:w="70" w:type="dxa"/>
              <w:end w:w="65" w:type="dxa"/>
            </w:tcMar>
            <w:vAlign w:val="top"/>
          </w:tcPr>
          <w:p>
            <w:pPr>
              <w:spacing w:after="0"/>
            </w:pPr>
            <w:r>
              <w:rPr>
                <w:rFonts w:ascii="Arial" w:hAnsi="Arial" w:eastAsia="Arial"/>
              </w:rPr>
            </w:r>
            <w:r>
              <w:rPr>
                <w:rFonts w:ascii="Arial" w:hAnsi="Arial" w:eastAsia="Arial"/>
                <w:b w:val="0"/>
                <w:sz w:val="16"/>
              </w:rPr>
              <w:t>Tư vấn brief, rà layout, chọn vật liệu, rà báo giá, nghiệm thu nội thất.</w:t>
            </w:r>
          </w:p>
        </w:tc>
      </w:tr>
      <w:tr>
        <w:tc>
          <w:tcPr>
            <w:tcW w:type="dxa" w:w="2154"/>
            <w:tcMar>
              <w:top w:w="70" w:type="dxa"/>
              <w:start w:w="65" w:type="dxa"/>
              <w:bottom w:w="70" w:type="dxa"/>
              <w:end w:w="65" w:type="dxa"/>
            </w:tcMar>
            <w:vAlign w:val="top"/>
            <w:shd w:fill="FAF9F6"/>
          </w:tcPr>
          <w:p>
            <w:pPr>
              <w:spacing w:after="0"/>
            </w:pPr>
            <w:r>
              <w:rPr>
                <w:rFonts w:ascii="Arial" w:hAnsi="Arial" w:eastAsia="Arial"/>
              </w:rPr>
            </w:r>
            <w:r>
              <w:rPr>
                <w:rFonts w:ascii="Arial" w:hAnsi="Arial" w:eastAsia="Arial"/>
                <w:b w:val="0"/>
                <w:sz w:val="16"/>
              </w:rPr>
              <w:t>Chủ nhà phố cần cải tạo</w:t>
            </w:r>
          </w:p>
        </w:tc>
        <w:tc>
          <w:tcPr>
            <w:tcW w:type="dxa" w:w="3628"/>
            <w:tcMar>
              <w:top w:w="70" w:type="dxa"/>
              <w:start w:w="65" w:type="dxa"/>
              <w:bottom w:w="70" w:type="dxa"/>
              <w:end w:w="65" w:type="dxa"/>
            </w:tcMar>
            <w:vAlign w:val="top"/>
            <w:shd w:fill="FAF9F6"/>
          </w:tcPr>
          <w:p>
            <w:pPr>
              <w:spacing w:after="0"/>
            </w:pPr>
            <w:r>
              <w:rPr>
                <w:rFonts w:ascii="Arial" w:hAnsi="Arial" w:eastAsia="Arial"/>
              </w:rPr>
            </w:r>
            <w:r>
              <w:rPr>
                <w:rFonts w:ascii="Arial" w:hAnsi="Arial" w:eastAsia="Arial"/>
                <w:b w:val="0"/>
                <w:sz w:val="16"/>
              </w:rPr>
              <w:t>Nhà cũ, tối, bí, thấm, công năng rối, sợ phát sinh và phá dỡ sai.</w:t>
            </w:r>
          </w:p>
        </w:tc>
        <w:tc>
          <w:tcPr>
            <w:tcW w:type="dxa" w:w="3005"/>
            <w:tcMar>
              <w:top w:w="70" w:type="dxa"/>
              <w:start w:w="65" w:type="dxa"/>
              <w:bottom w:w="70" w:type="dxa"/>
              <w:end w:w="65" w:type="dxa"/>
            </w:tcMar>
            <w:vAlign w:val="top"/>
            <w:shd w:fill="FAF9F6"/>
          </w:tcPr>
          <w:p>
            <w:pPr>
              <w:spacing w:after="0"/>
            </w:pPr>
            <w:r>
              <w:rPr>
                <w:rFonts w:ascii="Arial" w:hAnsi="Arial" w:eastAsia="Arial"/>
              </w:rPr>
            </w:r>
            <w:r>
              <w:rPr>
                <w:rFonts w:ascii="Arial" w:hAnsi="Arial" w:eastAsia="Arial"/>
                <w:b w:val="0"/>
                <w:sz w:val="16"/>
              </w:rPr>
              <w:t>Khảo sát hiện trạng, risk list, roadmap cải tạo, chọn thầu, kiểm soát mốc.</w:t>
            </w:r>
          </w:p>
        </w:tc>
      </w:tr>
      <w:tr>
        <w:tc>
          <w:tcPr>
            <w:tcW w:type="dxa" w:w="2154"/>
            <w:tcMar>
              <w:top w:w="70" w:type="dxa"/>
              <w:start w:w="65" w:type="dxa"/>
              <w:bottom w:w="70" w:type="dxa"/>
              <w:end w:w="65" w:type="dxa"/>
            </w:tcMar>
            <w:vAlign w:val="top"/>
          </w:tcPr>
          <w:p>
            <w:pPr>
              <w:spacing w:after="0"/>
            </w:pPr>
            <w:r>
              <w:rPr>
                <w:rFonts w:ascii="Arial" w:hAnsi="Arial" w:eastAsia="Arial"/>
              </w:rPr>
            </w:r>
            <w:r>
              <w:rPr>
                <w:rFonts w:ascii="Arial" w:hAnsi="Arial" w:eastAsia="Arial"/>
                <w:b w:val="0"/>
                <w:sz w:val="16"/>
              </w:rPr>
              <w:t>Gia đình khá giả nhưng bận</w:t>
            </w:r>
          </w:p>
        </w:tc>
        <w:tc>
          <w:tcPr>
            <w:tcW w:type="dxa" w:w="3628"/>
            <w:tcMar>
              <w:top w:w="70" w:type="dxa"/>
              <w:start w:w="65" w:type="dxa"/>
              <w:bottom w:w="70" w:type="dxa"/>
              <w:end w:w="65" w:type="dxa"/>
            </w:tcMar>
            <w:vAlign w:val="top"/>
          </w:tcPr>
          <w:p>
            <w:pPr>
              <w:spacing w:after="0"/>
            </w:pPr>
            <w:r>
              <w:rPr>
                <w:rFonts w:ascii="Arial" w:hAnsi="Arial" w:eastAsia="Arial"/>
              </w:rPr>
            </w:r>
            <w:r>
              <w:rPr>
                <w:rFonts w:ascii="Arial" w:hAnsi="Arial" w:eastAsia="Arial"/>
                <w:b w:val="0"/>
                <w:sz w:val="16"/>
              </w:rPr>
              <w:t>Có ngân sách nhưng không có thời gian làm việc với nhiều bên.</w:t>
            </w:r>
          </w:p>
        </w:tc>
        <w:tc>
          <w:tcPr>
            <w:tcW w:type="dxa" w:w="3005"/>
            <w:tcMar>
              <w:top w:w="70" w:type="dxa"/>
              <w:start w:w="65" w:type="dxa"/>
              <w:bottom w:w="70" w:type="dxa"/>
              <w:end w:w="65" w:type="dxa"/>
            </w:tcMar>
            <w:vAlign w:val="top"/>
          </w:tcPr>
          <w:p>
            <w:pPr>
              <w:spacing w:after="0"/>
            </w:pPr>
            <w:r>
              <w:rPr>
                <w:rFonts w:ascii="Arial" w:hAnsi="Arial" w:eastAsia="Arial"/>
              </w:rPr>
            </w:r>
            <w:r>
              <w:rPr>
                <w:rFonts w:ascii="Arial" w:hAnsi="Arial" w:eastAsia="Arial"/>
                <w:b w:val="0"/>
                <w:sz w:val="16"/>
              </w:rPr>
              <w:t>Gói đại diện khách hàng, điều phối dự án, báo cáo định kỳ.</w:t>
            </w:r>
          </w:p>
        </w:tc>
      </w:tr>
      <w:tr>
        <w:tc>
          <w:tcPr>
            <w:tcW w:type="dxa" w:w="2154"/>
            <w:tcMar>
              <w:top w:w="70" w:type="dxa"/>
              <w:start w:w="65" w:type="dxa"/>
              <w:bottom w:w="70" w:type="dxa"/>
              <w:end w:w="65" w:type="dxa"/>
            </w:tcMar>
            <w:vAlign w:val="top"/>
            <w:shd w:fill="FAF9F6"/>
          </w:tcPr>
          <w:p>
            <w:pPr>
              <w:spacing w:after="0"/>
            </w:pPr>
            <w:r>
              <w:rPr>
                <w:rFonts w:ascii="Arial" w:hAnsi="Arial" w:eastAsia="Arial"/>
              </w:rPr>
            </w:r>
            <w:r>
              <w:rPr>
                <w:rFonts w:ascii="Arial" w:hAnsi="Arial" w:eastAsia="Arial"/>
                <w:b w:val="0"/>
                <w:sz w:val="16"/>
              </w:rPr>
              <w:t>Chủ biệt thự/villa</w:t>
            </w:r>
          </w:p>
        </w:tc>
        <w:tc>
          <w:tcPr>
            <w:tcW w:type="dxa" w:w="3628"/>
            <w:tcMar>
              <w:top w:w="70" w:type="dxa"/>
              <w:start w:w="65" w:type="dxa"/>
              <w:bottom w:w="70" w:type="dxa"/>
              <w:end w:w="65" w:type="dxa"/>
            </w:tcMar>
            <w:vAlign w:val="top"/>
            <w:shd w:fill="FAF9F6"/>
          </w:tcPr>
          <w:p>
            <w:pPr>
              <w:spacing w:after="0"/>
            </w:pPr>
            <w:r>
              <w:rPr>
                <w:rFonts w:ascii="Arial" w:hAnsi="Arial" w:eastAsia="Arial"/>
              </w:rPr>
            </w:r>
            <w:r>
              <w:rPr>
                <w:rFonts w:ascii="Arial" w:hAnsi="Arial" w:eastAsia="Arial"/>
                <w:b w:val="0"/>
                <w:sz w:val="16"/>
              </w:rPr>
              <w:t>Cần đồng bộ kiến trúc, nội thất, cảnh quan, vật liệu, đồ rời.</w:t>
            </w:r>
          </w:p>
        </w:tc>
        <w:tc>
          <w:tcPr>
            <w:tcW w:type="dxa" w:w="3005"/>
            <w:tcMar>
              <w:top w:w="70" w:type="dxa"/>
              <w:start w:w="65" w:type="dxa"/>
              <w:bottom w:w="70" w:type="dxa"/>
              <w:end w:w="65" w:type="dxa"/>
            </w:tcMar>
            <w:vAlign w:val="top"/>
            <w:shd w:fill="FAF9F6"/>
          </w:tcPr>
          <w:p>
            <w:pPr>
              <w:spacing w:after="0"/>
            </w:pPr>
            <w:r>
              <w:rPr>
                <w:rFonts w:ascii="Arial" w:hAnsi="Arial" w:eastAsia="Arial"/>
              </w:rPr>
            </w:r>
            <w:r>
              <w:rPr>
                <w:rFonts w:ascii="Arial" w:hAnsi="Arial" w:eastAsia="Arial"/>
                <w:b w:val="0"/>
                <w:sz w:val="16"/>
              </w:rPr>
              <w:t>Điều phối nhiều bên, kiểm soát concept, sourcing, nghiệm thu theo mốc.</w:t>
            </w:r>
          </w:p>
        </w:tc>
      </w:tr>
      <w:tr>
        <w:tc>
          <w:tcPr>
            <w:tcW w:type="dxa" w:w="2154"/>
            <w:tcMar>
              <w:top w:w="70" w:type="dxa"/>
              <w:start w:w="65" w:type="dxa"/>
              <w:bottom w:w="70" w:type="dxa"/>
              <w:end w:w="65" w:type="dxa"/>
            </w:tcMar>
            <w:vAlign w:val="top"/>
          </w:tcPr>
          <w:p>
            <w:pPr>
              <w:spacing w:after="0"/>
            </w:pPr>
            <w:r>
              <w:rPr>
                <w:rFonts w:ascii="Arial" w:hAnsi="Arial" w:eastAsia="Arial"/>
              </w:rPr>
            </w:r>
            <w:r>
              <w:rPr>
                <w:rFonts w:ascii="Arial" w:hAnsi="Arial" w:eastAsia="Arial"/>
                <w:b w:val="0"/>
                <w:sz w:val="16"/>
              </w:rPr>
              <w:t>Chủ showroom/văn phòng nhỏ</w:t>
            </w:r>
          </w:p>
        </w:tc>
        <w:tc>
          <w:tcPr>
            <w:tcW w:type="dxa" w:w="3628"/>
            <w:tcMar>
              <w:top w:w="70" w:type="dxa"/>
              <w:start w:w="65" w:type="dxa"/>
              <w:bottom w:w="70" w:type="dxa"/>
              <w:end w:w="65" w:type="dxa"/>
            </w:tcMar>
            <w:vAlign w:val="top"/>
          </w:tcPr>
          <w:p>
            <w:pPr>
              <w:spacing w:after="0"/>
            </w:pPr>
            <w:r>
              <w:rPr>
                <w:rFonts w:ascii="Arial" w:hAnsi="Arial" w:eastAsia="Arial"/>
              </w:rPr>
            </w:r>
            <w:r>
              <w:rPr>
                <w:rFonts w:ascii="Arial" w:hAnsi="Arial" w:eastAsia="Arial"/>
                <w:b w:val="0"/>
                <w:sz w:val="16"/>
              </w:rPr>
              <w:t>Cần mặt bằng đẹp, đúng thương hiệu, mở cửa đúng thời điểm.</w:t>
            </w:r>
          </w:p>
        </w:tc>
        <w:tc>
          <w:tcPr>
            <w:tcW w:type="dxa" w:w="3005"/>
            <w:tcMar>
              <w:top w:w="70" w:type="dxa"/>
              <w:start w:w="65" w:type="dxa"/>
              <w:bottom w:w="70" w:type="dxa"/>
              <w:end w:w="65" w:type="dxa"/>
            </w:tcMar>
            <w:vAlign w:val="top"/>
          </w:tcPr>
          <w:p>
            <w:pPr>
              <w:spacing w:after="0"/>
            </w:pPr>
            <w:r>
              <w:rPr>
                <w:rFonts w:ascii="Arial" w:hAnsi="Arial" w:eastAsia="Arial"/>
              </w:rPr>
            </w:r>
            <w:r>
              <w:rPr>
                <w:rFonts w:ascii="Arial" w:hAnsi="Arial" w:eastAsia="Arial"/>
                <w:b w:val="0"/>
                <w:sz w:val="16"/>
              </w:rPr>
              <w:t>Brief thương hiệu không gian, chọn thiết kế/fit-out, kiểm soát tiến độ.</w:t>
            </w:r>
          </w:p>
        </w:tc>
      </w:tr>
      <w:tr>
        <w:tc>
          <w:tcPr>
            <w:tcW w:type="dxa" w:w="2154"/>
            <w:tcMar>
              <w:top w:w="70" w:type="dxa"/>
              <w:start w:w="65" w:type="dxa"/>
              <w:bottom w:w="70" w:type="dxa"/>
              <w:end w:w="65" w:type="dxa"/>
            </w:tcMar>
            <w:vAlign w:val="top"/>
            <w:shd w:fill="FAF9F6"/>
          </w:tcPr>
          <w:p>
            <w:pPr>
              <w:spacing w:after="0"/>
            </w:pPr>
            <w:r>
              <w:rPr>
                <w:rFonts w:ascii="Arial" w:hAnsi="Arial" w:eastAsia="Arial"/>
              </w:rPr>
            </w:r>
            <w:r>
              <w:rPr>
                <w:rFonts w:ascii="Arial" w:hAnsi="Arial" w:eastAsia="Arial"/>
                <w:b w:val="0"/>
                <w:sz w:val="16"/>
              </w:rPr>
              <w:t>Khách đã có thiết kế/báo giá</w:t>
            </w:r>
          </w:p>
        </w:tc>
        <w:tc>
          <w:tcPr>
            <w:tcW w:type="dxa" w:w="3628"/>
            <w:tcMar>
              <w:top w:w="70" w:type="dxa"/>
              <w:start w:w="65" w:type="dxa"/>
              <w:bottom w:w="70" w:type="dxa"/>
              <w:end w:w="65" w:type="dxa"/>
            </w:tcMar>
            <w:vAlign w:val="top"/>
            <w:shd w:fill="FAF9F6"/>
          </w:tcPr>
          <w:p>
            <w:pPr>
              <w:spacing w:after="0"/>
            </w:pPr>
            <w:r>
              <w:rPr>
                <w:rFonts w:ascii="Arial" w:hAnsi="Arial" w:eastAsia="Arial"/>
              </w:rPr>
            </w:r>
            <w:r>
              <w:rPr>
                <w:rFonts w:ascii="Arial" w:hAnsi="Arial" w:eastAsia="Arial"/>
                <w:b w:val="0"/>
                <w:sz w:val="16"/>
              </w:rPr>
              <w:t>Muốn kiểm tra trước khi ký, tránh thiếu phạm vi hoặc sai kỹ thuật.</w:t>
            </w:r>
          </w:p>
        </w:tc>
        <w:tc>
          <w:tcPr>
            <w:tcW w:type="dxa" w:w="3005"/>
            <w:tcMar>
              <w:top w:w="70" w:type="dxa"/>
              <w:start w:w="65" w:type="dxa"/>
              <w:bottom w:w="70" w:type="dxa"/>
              <w:end w:w="65" w:type="dxa"/>
            </w:tcMar>
            <w:vAlign w:val="top"/>
            <w:shd w:fill="FAF9F6"/>
          </w:tcPr>
          <w:p>
            <w:pPr>
              <w:spacing w:after="0"/>
            </w:pPr>
            <w:r>
              <w:rPr>
                <w:rFonts w:ascii="Arial" w:hAnsi="Arial" w:eastAsia="Arial"/>
              </w:rPr>
            </w:r>
            <w:r>
              <w:rPr>
                <w:rFonts w:ascii="Arial" w:hAnsi="Arial" w:eastAsia="Arial"/>
                <w:b w:val="0"/>
                <w:sz w:val="16"/>
              </w:rPr>
              <w:t>Rà hồ sơ, rà BOQ, checklist câu hỏi, hỗ trợ đàm phán.</w:t>
            </w:r>
          </w:p>
        </w:tc>
      </w:tr>
    </w:tbl>
    <w:tbl>
      <w:tblPr>
        <w:tblW w:type="auto" w:w="0"/>
        <w:jc w:val="center"/>
        <w:tblLook w:firstColumn="1" w:firstRow="1" w:lastColumn="0" w:lastRow="0" w:noHBand="0" w:noVBand="1" w:val="04A0"/>
        <w:tblBorders>
          <w:top w:val="single" w:sz="5" w:space="0" w:color="E7D2A5"/>
          <w:left w:val="single" w:sz="5" w:space="0" w:color="E7D2A5"/>
          <w:bottom w:val="single" w:sz="5" w:space="0" w:color="E7D2A5"/>
          <w:right w:val="single" w:sz="5" w:space="0" w:color="E7D2A5"/>
          <w:insideH w:val="single" w:sz="5" w:space="0" w:color="E7D2A5"/>
          <w:insideV w:val="single" w:sz="5" w:space="0" w:color="E7D2A5"/>
        </w:tblBorders>
      </w:tblPr>
      <w:tblGrid>
        <w:gridCol w:w="10370"/>
      </w:tblGrid>
      <w:tr>
        <w:tc>
          <w:tcPr>
            <w:tcW w:type="dxa" w:w="10370"/>
            <w:shd w:fill="FAF9F6"/>
            <w:tcMar>
              <w:top w:w="130" w:type="dxa"/>
              <w:start w:w="160" w:type="dxa"/>
              <w:bottom w:w="130" w:type="dxa"/>
              <w:end w:w="160" w:type="dxa"/>
            </w:tcMar>
          </w:tcPr>
          <w:p>
            <w:pPr>
              <w:spacing w:after="60"/>
            </w:pPr>
            <w:r>
              <w:rPr>
                <w:rFonts w:ascii="Arial" w:hAnsi="Arial" w:eastAsia="Arial"/>
                <w:b/>
                <w:i w:val="0"/>
                <w:color w:val="2F3338"/>
                <w:sz w:val="20"/>
              </w:rPr>
              <w:t>Thông điệp chốt lịch</w:t>
            </w:r>
          </w:p>
          <w:p>
            <w:pPr>
              <w:spacing w:after="0" w:line="259" w:lineRule="auto"/>
            </w:pPr>
            <w:r>
              <w:rPr>
                <w:rFonts w:ascii="Arial" w:hAnsi="Arial" w:eastAsia="Arial"/>
                <w:b w:val="0"/>
                <w:i w:val="0"/>
                <w:color w:val="222222"/>
                <w:sz w:val="18"/>
              </w:rPr>
              <w:t>“Anh/chị có thể bắt đầu rất nhẹ: gửi mặt bằng, ảnh hiện trạng và ngân sách dự kiến. ARCOVA sẽ đề xuất gói đầu tiên phù hợp nhất, chưa cần cam kết làm trọn gói ngay.”</w:t>
            </w:r>
          </w:p>
        </w:tc>
      </w:tr>
    </w:tbl>
    <w:p>
      <w:pPr>
        <w:pStyle w:val="Heading1"/>
        <w:spacing w:before="240" w:after="120"/>
        <w:pBdr>
          <w:bottom w:val="single" w:sz="12" w:space="4" w:color="C8A96A"/>
        </w:pBdr>
      </w:pPr>
      <w:r>
        <w:rPr>
          <w:rFonts w:ascii="Arial" w:hAnsi="Arial" w:eastAsia="Arial"/>
          <w:b/>
          <w:i w:val="0"/>
          <w:color w:val="2F3338"/>
          <w:sz w:val="32"/>
        </w:rPr>
        <w:t>16. MÔ HÌNH AI-FIRST TRONG VẬN HÀNH</w:t>
      </w:r>
    </w:p>
    <w:p>
      <w:pPr>
        <w:spacing w:before="0" w:after="100" w:line="259" w:lineRule="auto"/>
      </w:pPr>
      <w:r>
        <w:rPr>
          <w:rFonts w:ascii="Arial" w:hAnsi="Arial" w:eastAsia="Arial"/>
          <w:b w:val="0"/>
          <w:i w:val="0"/>
          <w:sz w:val="19"/>
        </w:rPr>
        <w:t>ARCOVA có thể vận hành như một công ty tinh gọn “một người + AI + mạng lưới đối tác”. AI giúp chuẩn hóa việc hỏi thông tin, tạo brief, lập checklist, ghi nhớ tri thức, so sánh báo giá, nhắc việc và chăm sóc khách hàng. Con người vẫn giữ vai trò quyết định ở các việc cần trách nhiệm chuyên môn, đánh giá hiện trường và thương lượng.</w:t>
      </w:r>
    </w:p>
    <w:tbl>
      <w:tblPr>
        <w:tblStyle w:val="TableGrid"/>
        <w:tblW w:type="auto" w:w="0"/>
        <w:jc w:val="center"/>
        <w:tblLook w:firstColumn="1" w:firstRow="1" w:lastColumn="0" w:lastRow="0" w:noHBand="0" w:noVBand="1" w:val="04A0"/>
        <w:tblBorders>
          <w:top w:val="single" w:sz="5" w:space="0" w:color="E7D2A5"/>
          <w:left w:val="single" w:sz="5" w:space="0" w:color="E7D2A5"/>
          <w:bottom w:val="single" w:sz="5" w:space="0" w:color="E7D2A5"/>
          <w:right w:val="single" w:sz="5" w:space="0" w:color="E7D2A5"/>
          <w:insideH w:val="single" w:sz="5" w:space="0" w:color="E7D2A5"/>
          <w:insideV w:val="single" w:sz="5" w:space="0" w:color="E7D2A5"/>
        </w:tblBorders>
      </w:tblPr>
      <w:tblGrid>
        <w:gridCol w:w="3457"/>
        <w:gridCol w:w="3457"/>
        <w:gridCol w:w="3457"/>
      </w:tblGrid>
      <w:tr>
        <w:trPr>
          <w:tblHeader w:val="true"/>
        </w:trPr>
        <w:tc>
          <w:tcPr>
            <w:tcW w:type="dxa" w:w="1757"/>
            <w:shd w:fill="C8A96A"/>
            <w:tcMar>
              <w:top w:w="80" w:type="dxa"/>
              <w:start w:w="70" w:type="dxa"/>
              <w:bottom w:w="80" w:type="dxa"/>
              <w:end w:w="70" w:type="dxa"/>
            </w:tcMar>
          </w:tcPr>
          <w:p>
            <w:pPr>
              <w:spacing w:after="0"/>
              <w:jc w:val="center"/>
            </w:pPr>
            <w:r>
              <w:rPr>
                <w:rFonts w:ascii="Arial" w:hAnsi="Arial" w:eastAsia="Arial"/>
              </w:rPr>
            </w:r>
            <w:r>
              <w:rPr>
                <w:rFonts w:ascii="Arial" w:hAnsi="Arial" w:eastAsia="Arial"/>
                <w:b/>
                <w:color w:val="FFFFFF"/>
                <w:sz w:val="16"/>
              </w:rPr>
              <w:t>Công cụ</w:t>
            </w:r>
          </w:p>
        </w:tc>
        <w:tc>
          <w:tcPr>
            <w:tcW w:type="dxa" w:w="3969"/>
            <w:shd w:fill="C8A96A"/>
            <w:tcMar>
              <w:top w:w="80" w:type="dxa"/>
              <w:start w:w="70" w:type="dxa"/>
              <w:bottom w:w="80" w:type="dxa"/>
              <w:end w:w="70" w:type="dxa"/>
            </w:tcMar>
          </w:tcPr>
          <w:p>
            <w:pPr>
              <w:spacing w:after="0"/>
              <w:jc w:val="center"/>
            </w:pPr>
            <w:r>
              <w:rPr>
                <w:rFonts w:ascii="Arial" w:hAnsi="Arial" w:eastAsia="Arial"/>
              </w:rPr>
            </w:r>
            <w:r>
              <w:rPr>
                <w:rFonts w:ascii="Arial" w:hAnsi="Arial" w:eastAsia="Arial"/>
                <w:b/>
                <w:color w:val="FFFFFF"/>
                <w:sz w:val="16"/>
              </w:rPr>
              <w:t>Ứng dụng</w:t>
            </w:r>
          </w:p>
        </w:tc>
        <w:tc>
          <w:tcPr>
            <w:tcW w:type="dxa" w:w="3061"/>
            <w:shd w:fill="C8A96A"/>
            <w:tcMar>
              <w:top w:w="80" w:type="dxa"/>
              <w:start w:w="70" w:type="dxa"/>
              <w:bottom w:w="80" w:type="dxa"/>
              <w:end w:w="70" w:type="dxa"/>
            </w:tcMar>
          </w:tcPr>
          <w:p>
            <w:pPr>
              <w:spacing w:after="0"/>
              <w:jc w:val="center"/>
            </w:pPr>
            <w:r>
              <w:rPr>
                <w:rFonts w:ascii="Arial" w:hAnsi="Arial" w:eastAsia="Arial"/>
              </w:rPr>
            </w:r>
            <w:r>
              <w:rPr>
                <w:rFonts w:ascii="Arial" w:hAnsi="Arial" w:eastAsia="Arial"/>
                <w:b/>
                <w:color w:val="FFFFFF"/>
                <w:sz w:val="16"/>
              </w:rPr>
              <w:t>Giá trị</w:t>
            </w:r>
          </w:p>
        </w:tc>
      </w:tr>
      <w:tr>
        <w:tc>
          <w:tcPr>
            <w:tcW w:type="dxa" w:w="1757"/>
            <w:tcMar>
              <w:top w:w="70" w:type="dxa"/>
              <w:start w:w="65" w:type="dxa"/>
              <w:bottom w:w="70" w:type="dxa"/>
              <w:end w:w="65" w:type="dxa"/>
            </w:tcMar>
            <w:vAlign w:val="top"/>
          </w:tcPr>
          <w:p>
            <w:pPr>
              <w:spacing w:after="0"/>
            </w:pPr>
            <w:r>
              <w:rPr>
                <w:rFonts w:ascii="Arial" w:hAnsi="Arial" w:eastAsia="Arial"/>
              </w:rPr>
            </w:r>
            <w:r>
              <w:rPr>
                <w:rFonts w:ascii="Arial" w:hAnsi="Arial" w:eastAsia="Arial"/>
                <w:b w:val="0"/>
                <w:sz w:val="16"/>
              </w:rPr>
              <w:t>Chatbot website</w:t>
            </w:r>
          </w:p>
        </w:tc>
        <w:tc>
          <w:tcPr>
            <w:tcW w:type="dxa" w:w="3969"/>
            <w:tcMar>
              <w:top w:w="70" w:type="dxa"/>
              <w:start w:w="65" w:type="dxa"/>
              <w:bottom w:w="70" w:type="dxa"/>
              <w:end w:w="65" w:type="dxa"/>
            </w:tcMar>
            <w:vAlign w:val="top"/>
          </w:tcPr>
          <w:p>
            <w:pPr>
              <w:spacing w:after="0"/>
            </w:pPr>
            <w:r>
              <w:rPr>
                <w:rFonts w:ascii="Arial" w:hAnsi="Arial" w:eastAsia="Arial"/>
              </w:rPr>
            </w:r>
            <w:r>
              <w:rPr>
                <w:rFonts w:ascii="Arial" w:hAnsi="Arial" w:eastAsia="Arial"/>
                <w:b w:val="0"/>
                <w:sz w:val="16"/>
              </w:rPr>
              <w:t>Tiếp nhận khách 24/7, hỏi nhu cầu, diện tích, hiện trạng, ngân sách, thời gian, ảnh/video.</w:t>
            </w:r>
          </w:p>
        </w:tc>
        <w:tc>
          <w:tcPr>
            <w:tcW w:type="dxa" w:w="3061"/>
            <w:tcMar>
              <w:top w:w="70" w:type="dxa"/>
              <w:start w:w="65" w:type="dxa"/>
              <w:bottom w:w="70" w:type="dxa"/>
              <w:end w:w="65" w:type="dxa"/>
            </w:tcMar>
            <w:vAlign w:val="top"/>
          </w:tcPr>
          <w:p>
            <w:pPr>
              <w:spacing w:after="0"/>
            </w:pPr>
            <w:r>
              <w:rPr>
                <w:rFonts w:ascii="Arial" w:hAnsi="Arial" w:eastAsia="Arial"/>
              </w:rPr>
            </w:r>
            <w:r>
              <w:rPr>
                <w:rFonts w:ascii="Arial" w:hAnsi="Arial" w:eastAsia="Arial"/>
                <w:b w:val="0"/>
                <w:sz w:val="16"/>
              </w:rPr>
              <w:t>Lead rõ hơn, không bỏ lỡ khách.</w:t>
            </w:r>
          </w:p>
        </w:tc>
      </w:tr>
      <w:tr>
        <w:tc>
          <w:tcPr>
            <w:tcW w:type="dxa" w:w="1757"/>
            <w:tcMar>
              <w:top w:w="70" w:type="dxa"/>
              <w:start w:w="65" w:type="dxa"/>
              <w:bottom w:w="70" w:type="dxa"/>
              <w:end w:w="65" w:type="dxa"/>
            </w:tcMar>
            <w:vAlign w:val="top"/>
            <w:shd w:fill="FAF9F6"/>
          </w:tcPr>
          <w:p>
            <w:pPr>
              <w:spacing w:after="0"/>
            </w:pPr>
            <w:r>
              <w:rPr>
                <w:rFonts w:ascii="Arial" w:hAnsi="Arial" w:eastAsia="Arial"/>
              </w:rPr>
            </w:r>
            <w:r>
              <w:rPr>
                <w:rFonts w:ascii="Arial" w:hAnsi="Arial" w:eastAsia="Arial"/>
                <w:b w:val="0"/>
                <w:sz w:val="16"/>
              </w:rPr>
              <w:t>AI lập brief</w:t>
            </w:r>
          </w:p>
        </w:tc>
        <w:tc>
          <w:tcPr>
            <w:tcW w:type="dxa" w:w="3969"/>
            <w:tcMar>
              <w:top w:w="70" w:type="dxa"/>
              <w:start w:w="65" w:type="dxa"/>
              <w:bottom w:w="70" w:type="dxa"/>
              <w:end w:w="65" w:type="dxa"/>
            </w:tcMar>
            <w:vAlign w:val="top"/>
            <w:shd w:fill="FAF9F6"/>
          </w:tcPr>
          <w:p>
            <w:pPr>
              <w:spacing w:after="0"/>
            </w:pPr>
            <w:r>
              <w:rPr>
                <w:rFonts w:ascii="Arial" w:hAnsi="Arial" w:eastAsia="Arial"/>
              </w:rPr>
            </w:r>
            <w:r>
              <w:rPr>
                <w:rFonts w:ascii="Arial" w:hAnsi="Arial" w:eastAsia="Arial"/>
                <w:b w:val="0"/>
                <w:sz w:val="16"/>
              </w:rPr>
              <w:t>Tổng hợp câu trả lời của khách thành Project Brief/Design Brief.</w:t>
            </w:r>
          </w:p>
        </w:tc>
        <w:tc>
          <w:tcPr>
            <w:tcW w:type="dxa" w:w="3061"/>
            <w:tcMar>
              <w:top w:w="70" w:type="dxa"/>
              <w:start w:w="65" w:type="dxa"/>
              <w:bottom w:w="70" w:type="dxa"/>
              <w:end w:w="65" w:type="dxa"/>
            </w:tcMar>
            <w:vAlign w:val="top"/>
            <w:shd w:fill="FAF9F6"/>
          </w:tcPr>
          <w:p>
            <w:pPr>
              <w:spacing w:after="0"/>
            </w:pPr>
            <w:r>
              <w:rPr>
                <w:rFonts w:ascii="Arial" w:hAnsi="Arial" w:eastAsia="Arial"/>
              </w:rPr>
            </w:r>
            <w:r>
              <w:rPr>
                <w:rFonts w:ascii="Arial" w:hAnsi="Arial" w:eastAsia="Arial"/>
                <w:b w:val="0"/>
                <w:sz w:val="16"/>
              </w:rPr>
              <w:t>Giảm thời gian hỏi lại, tăng cảm giác chuyên nghiệp.</w:t>
            </w:r>
          </w:p>
        </w:tc>
      </w:tr>
      <w:tr>
        <w:tc>
          <w:tcPr>
            <w:tcW w:type="dxa" w:w="1757"/>
            <w:tcMar>
              <w:top w:w="70" w:type="dxa"/>
              <w:start w:w="65" w:type="dxa"/>
              <w:bottom w:w="70" w:type="dxa"/>
              <w:end w:w="65" w:type="dxa"/>
            </w:tcMar>
            <w:vAlign w:val="top"/>
          </w:tcPr>
          <w:p>
            <w:pPr>
              <w:spacing w:after="0"/>
            </w:pPr>
            <w:r>
              <w:rPr>
                <w:rFonts w:ascii="Arial" w:hAnsi="Arial" w:eastAsia="Arial"/>
              </w:rPr>
            </w:r>
            <w:r>
              <w:rPr>
                <w:rFonts w:ascii="Arial" w:hAnsi="Arial" w:eastAsia="Arial"/>
                <w:b w:val="0"/>
                <w:sz w:val="16"/>
              </w:rPr>
              <w:t>AI checklist</w:t>
            </w:r>
          </w:p>
        </w:tc>
        <w:tc>
          <w:tcPr>
            <w:tcW w:type="dxa" w:w="3969"/>
            <w:tcMar>
              <w:top w:w="70" w:type="dxa"/>
              <w:start w:w="65" w:type="dxa"/>
              <w:bottom w:w="70" w:type="dxa"/>
              <w:end w:w="65" w:type="dxa"/>
            </w:tcMar>
            <w:vAlign w:val="top"/>
          </w:tcPr>
          <w:p>
            <w:pPr>
              <w:spacing w:after="0"/>
            </w:pPr>
            <w:r>
              <w:rPr>
                <w:rFonts w:ascii="Arial" w:hAnsi="Arial" w:eastAsia="Arial"/>
              </w:rPr>
            </w:r>
            <w:r>
              <w:rPr>
                <w:rFonts w:ascii="Arial" w:hAnsi="Arial" w:eastAsia="Arial"/>
                <w:b w:val="0"/>
                <w:sz w:val="16"/>
              </w:rPr>
              <w:t>Tạo checklist khảo sát, checklist báo giá, checklist nghiệm thu theo loại công trình.</w:t>
            </w:r>
          </w:p>
        </w:tc>
        <w:tc>
          <w:tcPr>
            <w:tcW w:type="dxa" w:w="3061"/>
            <w:tcMar>
              <w:top w:w="70" w:type="dxa"/>
              <w:start w:w="65" w:type="dxa"/>
              <w:bottom w:w="70" w:type="dxa"/>
              <w:end w:w="65" w:type="dxa"/>
            </w:tcMar>
            <w:vAlign w:val="top"/>
          </w:tcPr>
          <w:p>
            <w:pPr>
              <w:spacing w:after="0"/>
            </w:pPr>
            <w:r>
              <w:rPr>
                <w:rFonts w:ascii="Arial" w:hAnsi="Arial" w:eastAsia="Arial"/>
              </w:rPr>
            </w:r>
            <w:r>
              <w:rPr>
                <w:rFonts w:ascii="Arial" w:hAnsi="Arial" w:eastAsia="Arial"/>
                <w:b w:val="0"/>
                <w:sz w:val="16"/>
              </w:rPr>
              <w:t>Chuẩn hóa quy trình, giảm bỏ sót.</w:t>
            </w:r>
          </w:p>
        </w:tc>
      </w:tr>
      <w:tr>
        <w:tc>
          <w:tcPr>
            <w:tcW w:type="dxa" w:w="1757"/>
            <w:tcMar>
              <w:top w:w="70" w:type="dxa"/>
              <w:start w:w="65" w:type="dxa"/>
              <w:bottom w:w="70" w:type="dxa"/>
              <w:end w:w="65" w:type="dxa"/>
            </w:tcMar>
            <w:vAlign w:val="top"/>
            <w:shd w:fill="FAF9F6"/>
          </w:tcPr>
          <w:p>
            <w:pPr>
              <w:spacing w:after="0"/>
            </w:pPr>
            <w:r>
              <w:rPr>
                <w:rFonts w:ascii="Arial" w:hAnsi="Arial" w:eastAsia="Arial"/>
              </w:rPr>
            </w:r>
            <w:r>
              <w:rPr>
                <w:rFonts w:ascii="Arial" w:hAnsi="Arial" w:eastAsia="Arial"/>
                <w:b w:val="0"/>
                <w:sz w:val="16"/>
              </w:rPr>
              <w:t>AI knowledge</w:t>
            </w:r>
          </w:p>
        </w:tc>
        <w:tc>
          <w:tcPr>
            <w:tcW w:type="dxa" w:w="3969"/>
            <w:tcMar>
              <w:top w:w="70" w:type="dxa"/>
              <w:start w:w="65" w:type="dxa"/>
              <w:bottom w:w="70" w:type="dxa"/>
              <w:end w:w="65" w:type="dxa"/>
            </w:tcMar>
            <w:vAlign w:val="top"/>
            <w:shd w:fill="FAF9F6"/>
          </w:tcPr>
          <w:p>
            <w:pPr>
              <w:spacing w:after="0"/>
            </w:pPr>
            <w:r>
              <w:rPr>
                <w:rFonts w:ascii="Arial" w:hAnsi="Arial" w:eastAsia="Arial"/>
              </w:rPr>
            </w:r>
            <w:r>
              <w:rPr>
                <w:rFonts w:ascii="Arial" w:hAnsi="Arial" w:eastAsia="Arial"/>
                <w:b w:val="0"/>
                <w:sz w:val="16"/>
              </w:rPr>
              <w:t>Tra cứu kiến thức phong cách, lỗi thiết kế, phong thủy thực dụng, vật liệu, tiêu chuẩn.</w:t>
            </w:r>
          </w:p>
        </w:tc>
        <w:tc>
          <w:tcPr>
            <w:tcW w:type="dxa" w:w="3061"/>
            <w:tcMar>
              <w:top w:w="70" w:type="dxa"/>
              <w:start w:w="65" w:type="dxa"/>
              <w:bottom w:w="70" w:type="dxa"/>
              <w:end w:w="65" w:type="dxa"/>
            </w:tcMar>
            <w:vAlign w:val="top"/>
            <w:shd w:fill="FAF9F6"/>
          </w:tcPr>
          <w:p>
            <w:pPr>
              <w:spacing w:after="0"/>
            </w:pPr>
            <w:r>
              <w:rPr>
                <w:rFonts w:ascii="Arial" w:hAnsi="Arial" w:eastAsia="Arial"/>
              </w:rPr>
            </w:r>
            <w:r>
              <w:rPr>
                <w:rFonts w:ascii="Arial" w:hAnsi="Arial" w:eastAsia="Arial"/>
                <w:b w:val="0"/>
                <w:sz w:val="16"/>
              </w:rPr>
              <w:t>Tư vấn sâu hơn, đồng nhất giọng nói thương hiệu.</w:t>
            </w:r>
          </w:p>
        </w:tc>
      </w:tr>
      <w:tr>
        <w:tc>
          <w:tcPr>
            <w:tcW w:type="dxa" w:w="1757"/>
            <w:tcMar>
              <w:top w:w="70" w:type="dxa"/>
              <w:start w:w="65" w:type="dxa"/>
              <w:bottom w:w="70" w:type="dxa"/>
              <w:end w:w="65" w:type="dxa"/>
            </w:tcMar>
            <w:vAlign w:val="top"/>
          </w:tcPr>
          <w:p>
            <w:pPr>
              <w:spacing w:after="0"/>
            </w:pPr>
            <w:r>
              <w:rPr>
                <w:rFonts w:ascii="Arial" w:hAnsi="Arial" w:eastAsia="Arial"/>
              </w:rPr>
            </w:r>
            <w:r>
              <w:rPr>
                <w:rFonts w:ascii="Arial" w:hAnsi="Arial" w:eastAsia="Arial"/>
                <w:b w:val="0"/>
                <w:sz w:val="16"/>
              </w:rPr>
              <w:t>AI CRM/n8n</w:t>
            </w:r>
          </w:p>
        </w:tc>
        <w:tc>
          <w:tcPr>
            <w:tcW w:type="dxa" w:w="3969"/>
            <w:tcMar>
              <w:top w:w="70" w:type="dxa"/>
              <w:start w:w="65" w:type="dxa"/>
              <w:bottom w:w="70" w:type="dxa"/>
              <w:end w:w="65" w:type="dxa"/>
            </w:tcMar>
            <w:vAlign w:val="top"/>
          </w:tcPr>
          <w:p>
            <w:pPr>
              <w:spacing w:after="0"/>
            </w:pPr>
            <w:r>
              <w:rPr>
                <w:rFonts w:ascii="Arial" w:hAnsi="Arial" w:eastAsia="Arial"/>
              </w:rPr>
            </w:r>
            <w:r>
              <w:rPr>
                <w:rFonts w:ascii="Arial" w:hAnsi="Arial" w:eastAsia="Arial"/>
                <w:b w:val="0"/>
                <w:sz w:val="16"/>
              </w:rPr>
              <w:t>Nhắc lịch, lưu trạng thái lead, tạo mẫu biên bản, gửi email, quản lý file.</w:t>
            </w:r>
          </w:p>
        </w:tc>
        <w:tc>
          <w:tcPr>
            <w:tcW w:type="dxa" w:w="3061"/>
            <w:tcMar>
              <w:top w:w="70" w:type="dxa"/>
              <w:start w:w="65" w:type="dxa"/>
              <w:bottom w:w="70" w:type="dxa"/>
              <w:end w:w="65" w:type="dxa"/>
            </w:tcMar>
            <w:vAlign w:val="top"/>
          </w:tcPr>
          <w:p>
            <w:pPr>
              <w:spacing w:after="0"/>
            </w:pPr>
            <w:r>
              <w:rPr>
                <w:rFonts w:ascii="Arial" w:hAnsi="Arial" w:eastAsia="Arial"/>
              </w:rPr>
            </w:r>
            <w:r>
              <w:rPr>
                <w:rFonts w:ascii="Arial" w:hAnsi="Arial" w:eastAsia="Arial"/>
                <w:b w:val="0"/>
                <w:sz w:val="16"/>
              </w:rPr>
              <w:t>Vận hành tinh gọn, ít nhân sự cố định.</w:t>
            </w:r>
          </w:p>
        </w:tc>
      </w:tr>
    </w:tbl>
    <w:p>
      <w:pPr>
        <w:pStyle w:val="Heading2"/>
        <w:spacing w:before="160" w:after="80"/>
      </w:pPr>
      <w:r>
        <w:rPr>
          <w:rFonts w:ascii="Arial" w:hAnsi="Arial" w:eastAsia="Arial"/>
          <w:b/>
          <w:i w:val="0"/>
          <w:color w:val="2F3338"/>
          <w:sz w:val="25"/>
        </w:rPr>
        <w:t>Giới hạn của AI</w:t>
      </w:r>
    </w:p>
    <w:p>
      <w:pPr>
        <w:pStyle w:val="ListBullet"/>
        <w:spacing w:after="60" w:line="254" w:lineRule="auto"/>
      </w:pPr>
      <w:r>
        <w:rPr>
          <w:rFonts w:ascii="Arial" w:hAnsi="Arial" w:eastAsia="Arial"/>
          <w:b w:val="0"/>
          <w:i w:val="0"/>
          <w:sz w:val="19"/>
        </w:rPr>
        <w:t>AI không kết luận an toàn kết cấu, PCCC, đục phá, dời vệ sinh, chống thấm hoặc báo giá chính xác khi chưa khảo sát.</w:t>
      </w:r>
    </w:p>
    <w:p>
      <w:pPr>
        <w:pStyle w:val="ListBullet"/>
        <w:spacing w:after="60" w:line="254" w:lineRule="auto"/>
      </w:pPr>
      <w:r>
        <w:rPr>
          <w:rFonts w:ascii="Arial" w:hAnsi="Arial" w:eastAsia="Arial"/>
          <w:b w:val="0"/>
          <w:i w:val="0"/>
          <w:sz w:val="19"/>
        </w:rPr>
        <w:t>AI chỉ hỗ trợ tư vấn, tổng hợp và chuẩn bị câu hỏi; kết luận chuyên môn cần người đủ năng lực xác nhận.</w:t>
      </w:r>
    </w:p>
    <w:p>
      <w:pPr>
        <w:pStyle w:val="ListBullet"/>
        <w:spacing w:after="60" w:line="254" w:lineRule="auto"/>
      </w:pPr>
      <w:r>
        <w:rPr>
          <w:rFonts w:ascii="Arial" w:hAnsi="Arial" w:eastAsia="Arial"/>
          <w:b w:val="0"/>
          <w:i w:val="0"/>
          <w:sz w:val="19"/>
        </w:rPr>
        <w:t>AI không thay thế hợp đồng, bảo hành và trách nhiệm của nhà thầu/đơn vị thiết kế/nhà cung cấp.</w:t>
      </w:r>
    </w:p>
    <w:p>
      <w:pPr>
        <w:pStyle w:val="Heading1"/>
        <w:spacing w:before="240" w:after="120"/>
        <w:pBdr>
          <w:bottom w:val="single" w:sz="12" w:space="4" w:color="C8A96A"/>
        </w:pBdr>
      </w:pPr>
      <w:r>
        <w:rPr>
          <w:rFonts w:ascii="Arial" w:hAnsi="Arial" w:eastAsia="Arial"/>
          <w:b/>
          <w:i w:val="0"/>
          <w:color w:val="2F3338"/>
          <w:sz w:val="32"/>
        </w:rPr>
        <w:t>17. CAM KẾT, GIỚI HẠN VÀ NGUYÊN TẮC MINH BẠCH</w:t>
      </w:r>
    </w:p>
    <w:tbl>
      <w:tblPr>
        <w:tblStyle w:val="TableGrid"/>
        <w:tblW w:type="auto" w:w="0"/>
        <w:jc w:val="center"/>
        <w:tblLook w:firstColumn="1" w:firstRow="1" w:lastColumn="0" w:lastRow="0" w:noHBand="0" w:noVBand="1" w:val="04A0"/>
        <w:tblBorders>
          <w:top w:val="single" w:sz="5" w:space="0" w:color="E7D2A5"/>
          <w:left w:val="single" w:sz="5" w:space="0" w:color="E7D2A5"/>
          <w:bottom w:val="single" w:sz="5" w:space="0" w:color="E7D2A5"/>
          <w:right w:val="single" w:sz="5" w:space="0" w:color="E7D2A5"/>
          <w:insideH w:val="single" w:sz="5" w:space="0" w:color="E7D2A5"/>
          <w:insideV w:val="single" w:sz="5" w:space="0" w:color="E7D2A5"/>
        </w:tblBorders>
      </w:tblPr>
      <w:tblGrid>
        <w:gridCol w:w="5185"/>
        <w:gridCol w:w="5185"/>
      </w:tblGrid>
      <w:tr>
        <w:trPr>
          <w:tblHeader w:val="true"/>
        </w:trPr>
        <w:tc>
          <w:tcPr>
            <w:tcW w:type="dxa" w:w="2268"/>
            <w:shd w:fill="C8A96A"/>
            <w:tcMar>
              <w:top w:w="80" w:type="dxa"/>
              <w:start w:w="70" w:type="dxa"/>
              <w:bottom w:w="80" w:type="dxa"/>
              <w:end w:w="70" w:type="dxa"/>
            </w:tcMar>
          </w:tcPr>
          <w:p>
            <w:pPr>
              <w:spacing w:after="0"/>
              <w:jc w:val="center"/>
            </w:pPr>
            <w:r>
              <w:rPr>
                <w:rFonts w:ascii="Arial" w:hAnsi="Arial" w:eastAsia="Arial"/>
              </w:rPr>
            </w:r>
            <w:r>
              <w:rPr>
                <w:rFonts w:ascii="Arial" w:hAnsi="Arial" w:eastAsia="Arial"/>
                <w:b/>
                <w:color w:val="FFFFFF"/>
                <w:sz w:val="16"/>
              </w:rPr>
              <w:t>Nguyên tắc</w:t>
            </w:r>
          </w:p>
        </w:tc>
        <w:tc>
          <w:tcPr>
            <w:tcW w:type="dxa" w:w="6520"/>
            <w:shd w:fill="C8A96A"/>
            <w:tcMar>
              <w:top w:w="80" w:type="dxa"/>
              <w:start w:w="70" w:type="dxa"/>
              <w:bottom w:w="80" w:type="dxa"/>
              <w:end w:w="70" w:type="dxa"/>
            </w:tcMar>
          </w:tcPr>
          <w:p>
            <w:pPr>
              <w:spacing w:after="0"/>
              <w:jc w:val="center"/>
            </w:pPr>
            <w:r>
              <w:rPr>
                <w:rFonts w:ascii="Arial" w:hAnsi="Arial" w:eastAsia="Arial"/>
              </w:rPr>
            </w:r>
            <w:r>
              <w:rPr>
                <w:rFonts w:ascii="Arial" w:hAnsi="Arial" w:eastAsia="Arial"/>
                <w:b/>
                <w:color w:val="FFFFFF"/>
                <w:sz w:val="16"/>
              </w:rPr>
              <w:t>Cách hiểu</w:t>
            </w:r>
          </w:p>
        </w:tc>
      </w:tr>
      <w:tr>
        <w:tc>
          <w:tcPr>
            <w:tcW w:type="dxa" w:w="2268"/>
            <w:tcMar>
              <w:top w:w="70" w:type="dxa"/>
              <w:start w:w="65" w:type="dxa"/>
              <w:bottom w:w="70" w:type="dxa"/>
              <w:end w:w="65" w:type="dxa"/>
            </w:tcMar>
            <w:vAlign w:val="top"/>
          </w:tcPr>
          <w:p>
            <w:pPr>
              <w:spacing w:after="0"/>
            </w:pPr>
            <w:r>
              <w:rPr>
                <w:rFonts w:ascii="Arial" w:hAnsi="Arial" w:eastAsia="Arial"/>
              </w:rPr>
            </w:r>
            <w:r>
              <w:rPr>
                <w:rFonts w:ascii="Arial" w:hAnsi="Arial" w:eastAsia="Arial"/>
                <w:b w:val="0"/>
                <w:sz w:val="16"/>
              </w:rPr>
              <w:t>Đứng về phía khách hàng</w:t>
            </w:r>
          </w:p>
        </w:tc>
        <w:tc>
          <w:tcPr>
            <w:tcW w:type="dxa" w:w="6520"/>
            <w:tcMar>
              <w:top w:w="70" w:type="dxa"/>
              <w:start w:w="65" w:type="dxa"/>
              <w:bottom w:w="70" w:type="dxa"/>
              <w:end w:w="65" w:type="dxa"/>
            </w:tcMar>
            <w:vAlign w:val="top"/>
          </w:tcPr>
          <w:p>
            <w:pPr>
              <w:spacing w:after="0"/>
            </w:pPr>
            <w:r>
              <w:rPr>
                <w:rFonts w:ascii="Arial" w:hAnsi="Arial" w:eastAsia="Arial"/>
              </w:rPr>
            </w:r>
            <w:r>
              <w:rPr>
                <w:rFonts w:ascii="Arial" w:hAnsi="Arial" w:eastAsia="Arial"/>
                <w:b w:val="0"/>
                <w:sz w:val="16"/>
              </w:rPr>
              <w:t>ARCOVA ưu tiên lợi ích của chủ nhà trong phạm vi hợp đồng đã ký.</w:t>
            </w:r>
          </w:p>
        </w:tc>
      </w:tr>
      <w:tr>
        <w:tc>
          <w:tcPr>
            <w:tcW w:type="dxa" w:w="2268"/>
            <w:tcMar>
              <w:top w:w="70" w:type="dxa"/>
              <w:start w:w="65" w:type="dxa"/>
              <w:bottom w:w="70" w:type="dxa"/>
              <w:end w:w="65" w:type="dxa"/>
            </w:tcMar>
            <w:vAlign w:val="top"/>
            <w:shd w:fill="FAF9F6"/>
          </w:tcPr>
          <w:p>
            <w:pPr>
              <w:spacing w:after="0"/>
            </w:pPr>
            <w:r>
              <w:rPr>
                <w:rFonts w:ascii="Arial" w:hAnsi="Arial" w:eastAsia="Arial"/>
              </w:rPr>
            </w:r>
            <w:r>
              <w:rPr>
                <w:rFonts w:ascii="Arial" w:hAnsi="Arial" w:eastAsia="Arial"/>
                <w:b w:val="0"/>
                <w:sz w:val="16"/>
              </w:rPr>
              <w:t>Không hứa rẻ nhất</w:t>
            </w:r>
          </w:p>
        </w:tc>
        <w:tc>
          <w:tcPr>
            <w:tcW w:type="dxa" w:w="6520"/>
            <w:tcMar>
              <w:top w:w="70" w:type="dxa"/>
              <w:start w:w="65" w:type="dxa"/>
              <w:bottom w:w="70" w:type="dxa"/>
              <w:end w:w="65" w:type="dxa"/>
            </w:tcMar>
            <w:vAlign w:val="top"/>
            <w:shd w:fill="FAF9F6"/>
          </w:tcPr>
          <w:p>
            <w:pPr>
              <w:spacing w:after="0"/>
            </w:pPr>
            <w:r>
              <w:rPr>
                <w:rFonts w:ascii="Arial" w:hAnsi="Arial" w:eastAsia="Arial"/>
              </w:rPr>
            </w:r>
            <w:r>
              <w:rPr>
                <w:rFonts w:ascii="Arial" w:hAnsi="Arial" w:eastAsia="Arial"/>
                <w:b w:val="0"/>
                <w:sz w:val="16"/>
              </w:rPr>
              <w:t>Mục tiêu là chi phí hợp lý, phạm vi rõ, giảm rủi ro phát sinh và tăng chất lượng quyết định.</w:t>
            </w:r>
          </w:p>
        </w:tc>
      </w:tr>
      <w:tr>
        <w:tc>
          <w:tcPr>
            <w:tcW w:type="dxa" w:w="2268"/>
            <w:tcMar>
              <w:top w:w="70" w:type="dxa"/>
              <w:start w:w="65" w:type="dxa"/>
              <w:bottom w:w="70" w:type="dxa"/>
              <w:end w:w="65" w:type="dxa"/>
            </w:tcMar>
            <w:vAlign w:val="top"/>
          </w:tcPr>
          <w:p>
            <w:pPr>
              <w:spacing w:after="0"/>
            </w:pPr>
            <w:r>
              <w:rPr>
                <w:rFonts w:ascii="Arial" w:hAnsi="Arial" w:eastAsia="Arial"/>
              </w:rPr>
            </w:r>
            <w:r>
              <w:rPr>
                <w:rFonts w:ascii="Arial" w:hAnsi="Arial" w:eastAsia="Arial"/>
                <w:b w:val="0"/>
                <w:sz w:val="16"/>
              </w:rPr>
              <w:t>Không vượt quyền chuyên môn</w:t>
            </w:r>
          </w:p>
        </w:tc>
        <w:tc>
          <w:tcPr>
            <w:tcW w:type="dxa" w:w="6520"/>
            <w:tcMar>
              <w:top w:w="70" w:type="dxa"/>
              <w:start w:w="65" w:type="dxa"/>
              <w:bottom w:w="70" w:type="dxa"/>
              <w:end w:w="65" w:type="dxa"/>
            </w:tcMar>
            <w:vAlign w:val="top"/>
          </w:tcPr>
          <w:p>
            <w:pPr>
              <w:spacing w:after="0"/>
            </w:pPr>
            <w:r>
              <w:rPr>
                <w:rFonts w:ascii="Arial" w:hAnsi="Arial" w:eastAsia="Arial"/>
              </w:rPr>
            </w:r>
            <w:r>
              <w:rPr>
                <w:rFonts w:ascii="Arial" w:hAnsi="Arial" w:eastAsia="Arial"/>
                <w:b w:val="0"/>
                <w:sz w:val="16"/>
              </w:rPr>
              <w:t>Các vấn đề kết cấu, PCCC, MEP phức tạp, pháp lý, thẩm duyệt phải dùng chuyên gia/đơn vị có đủ năng lực.</w:t>
            </w:r>
          </w:p>
        </w:tc>
      </w:tr>
      <w:tr>
        <w:tc>
          <w:tcPr>
            <w:tcW w:type="dxa" w:w="2268"/>
            <w:tcMar>
              <w:top w:w="70" w:type="dxa"/>
              <w:start w:w="65" w:type="dxa"/>
              <w:bottom w:w="70" w:type="dxa"/>
              <w:end w:w="65" w:type="dxa"/>
            </w:tcMar>
            <w:vAlign w:val="top"/>
            <w:shd w:fill="FAF9F6"/>
          </w:tcPr>
          <w:p>
            <w:pPr>
              <w:spacing w:after="0"/>
            </w:pPr>
            <w:r>
              <w:rPr>
                <w:rFonts w:ascii="Arial" w:hAnsi="Arial" w:eastAsia="Arial"/>
              </w:rPr>
            </w:r>
            <w:r>
              <w:rPr>
                <w:rFonts w:ascii="Arial" w:hAnsi="Arial" w:eastAsia="Arial"/>
                <w:b w:val="0"/>
                <w:sz w:val="16"/>
              </w:rPr>
              <w:t>Minh bạch đầu ra</w:t>
            </w:r>
          </w:p>
        </w:tc>
        <w:tc>
          <w:tcPr>
            <w:tcW w:type="dxa" w:w="6520"/>
            <w:tcMar>
              <w:top w:w="70" w:type="dxa"/>
              <w:start w:w="65" w:type="dxa"/>
              <w:bottom w:w="70" w:type="dxa"/>
              <w:end w:w="65" w:type="dxa"/>
            </w:tcMar>
            <w:vAlign w:val="top"/>
            <w:shd w:fill="FAF9F6"/>
          </w:tcPr>
          <w:p>
            <w:pPr>
              <w:spacing w:after="0"/>
            </w:pPr>
            <w:r>
              <w:rPr>
                <w:rFonts w:ascii="Arial" w:hAnsi="Arial" w:eastAsia="Arial"/>
              </w:rPr>
            </w:r>
            <w:r>
              <w:rPr>
                <w:rFonts w:ascii="Arial" w:hAnsi="Arial" w:eastAsia="Arial"/>
                <w:b w:val="0"/>
                <w:sz w:val="16"/>
              </w:rPr>
              <w:t>Mỗi gói có sản phẩm bàn giao cụ thể: brief, checklist, bảng so sánh, biên bản, defect list, báo cáo.</w:t>
            </w:r>
          </w:p>
        </w:tc>
      </w:tr>
      <w:tr>
        <w:tc>
          <w:tcPr>
            <w:tcW w:type="dxa" w:w="2268"/>
            <w:tcMar>
              <w:top w:w="70" w:type="dxa"/>
              <w:start w:w="65" w:type="dxa"/>
              <w:bottom w:w="70" w:type="dxa"/>
              <w:end w:w="65" w:type="dxa"/>
            </w:tcMar>
            <w:vAlign w:val="top"/>
          </w:tcPr>
          <w:p>
            <w:pPr>
              <w:spacing w:after="0"/>
            </w:pPr>
            <w:r>
              <w:rPr>
                <w:rFonts w:ascii="Arial" w:hAnsi="Arial" w:eastAsia="Arial"/>
              </w:rPr>
            </w:r>
            <w:r>
              <w:rPr>
                <w:rFonts w:ascii="Arial" w:hAnsi="Arial" w:eastAsia="Arial"/>
                <w:b w:val="0"/>
                <w:sz w:val="16"/>
              </w:rPr>
              <w:t>Minh bạch trách nhiệm</w:t>
            </w:r>
          </w:p>
        </w:tc>
        <w:tc>
          <w:tcPr>
            <w:tcW w:type="dxa" w:w="6520"/>
            <w:tcMar>
              <w:top w:w="70" w:type="dxa"/>
              <w:start w:w="65" w:type="dxa"/>
              <w:bottom w:w="70" w:type="dxa"/>
              <w:end w:w="65" w:type="dxa"/>
            </w:tcMar>
            <w:vAlign w:val="top"/>
          </w:tcPr>
          <w:p>
            <w:pPr>
              <w:spacing w:after="0"/>
            </w:pPr>
            <w:r>
              <w:rPr>
                <w:rFonts w:ascii="Arial" w:hAnsi="Arial" w:eastAsia="Arial"/>
              </w:rPr>
            </w:r>
            <w:r>
              <w:rPr>
                <w:rFonts w:ascii="Arial" w:hAnsi="Arial" w:eastAsia="Arial"/>
                <w:b w:val="0"/>
                <w:sz w:val="16"/>
              </w:rPr>
              <w:t>ARCOVA không thay thế bảo hành của nhà thầu, không chịu trách nhiệm thi công nếu chỉ ký gói tư vấn/rà soát.</w:t>
            </w:r>
          </w:p>
        </w:tc>
      </w:tr>
      <w:tr>
        <w:tc>
          <w:tcPr>
            <w:tcW w:type="dxa" w:w="2268"/>
            <w:tcMar>
              <w:top w:w="70" w:type="dxa"/>
              <w:start w:w="65" w:type="dxa"/>
              <w:bottom w:w="70" w:type="dxa"/>
              <w:end w:w="65" w:type="dxa"/>
            </w:tcMar>
            <w:vAlign w:val="top"/>
            <w:shd w:fill="FAF9F6"/>
          </w:tcPr>
          <w:p>
            <w:pPr>
              <w:spacing w:after="0"/>
            </w:pPr>
            <w:r>
              <w:rPr>
                <w:rFonts w:ascii="Arial" w:hAnsi="Arial" w:eastAsia="Arial"/>
              </w:rPr>
            </w:r>
            <w:r>
              <w:rPr>
                <w:rFonts w:ascii="Arial" w:hAnsi="Arial" w:eastAsia="Arial"/>
                <w:b w:val="0"/>
                <w:sz w:val="16"/>
              </w:rPr>
              <w:t>Minh bạch sourcing</w:t>
            </w:r>
          </w:p>
        </w:tc>
        <w:tc>
          <w:tcPr>
            <w:tcW w:type="dxa" w:w="6520"/>
            <w:tcMar>
              <w:top w:w="70" w:type="dxa"/>
              <w:start w:w="65" w:type="dxa"/>
              <w:bottom w:w="70" w:type="dxa"/>
              <w:end w:w="65" w:type="dxa"/>
            </w:tcMar>
            <w:vAlign w:val="top"/>
            <w:shd w:fill="FAF9F6"/>
          </w:tcPr>
          <w:p>
            <w:pPr>
              <w:spacing w:after="0"/>
            </w:pPr>
            <w:r>
              <w:rPr>
                <w:rFonts w:ascii="Arial" w:hAnsi="Arial" w:eastAsia="Arial"/>
              </w:rPr>
            </w:r>
            <w:r>
              <w:rPr>
                <w:rFonts w:ascii="Arial" w:hAnsi="Arial" w:eastAsia="Arial"/>
                <w:b w:val="0"/>
                <w:sz w:val="16"/>
              </w:rPr>
              <w:t>Nếu có phí sourcing/hoa hồng/chiết khấu từ nhà cung cấp, cần có cách trình bày rõ trong chính sách thương mại.</w:t>
            </w:r>
          </w:p>
        </w:tc>
      </w:tr>
    </w:tbl>
    <w:p>
      <w:pPr>
        <w:pStyle w:val="Heading2"/>
        <w:spacing w:before="160" w:after="80"/>
      </w:pPr>
      <w:r>
        <w:rPr>
          <w:rFonts w:ascii="Arial" w:hAnsi="Arial" w:eastAsia="Arial"/>
          <w:b/>
          <w:i w:val="0"/>
          <w:color w:val="2F3338"/>
          <w:sz w:val="25"/>
        </w:rPr>
        <w:t>Cơ sở tiêu chuẩn tham chiếu</w:t>
      </w:r>
    </w:p>
    <w:tbl>
      <w:tblPr>
        <w:tblStyle w:val="TableGrid"/>
        <w:tblW w:type="auto" w:w="0"/>
        <w:jc w:val="center"/>
        <w:tblLook w:firstColumn="1" w:firstRow="1" w:lastColumn="0" w:lastRow="0" w:noHBand="0" w:noVBand="1" w:val="04A0"/>
        <w:tblBorders>
          <w:top w:val="single" w:sz="5" w:space="0" w:color="E7D2A5"/>
          <w:left w:val="single" w:sz="5" w:space="0" w:color="E7D2A5"/>
          <w:bottom w:val="single" w:sz="5" w:space="0" w:color="E7D2A5"/>
          <w:right w:val="single" w:sz="5" w:space="0" w:color="E7D2A5"/>
          <w:insideH w:val="single" w:sz="5" w:space="0" w:color="E7D2A5"/>
          <w:insideV w:val="single" w:sz="5" w:space="0" w:color="E7D2A5"/>
        </w:tblBorders>
      </w:tblPr>
      <w:tblGrid>
        <w:gridCol w:w="5185"/>
        <w:gridCol w:w="5185"/>
      </w:tblGrid>
      <w:tr>
        <w:trPr>
          <w:tblHeader w:val="true"/>
        </w:trPr>
        <w:tc>
          <w:tcPr>
            <w:tcW w:type="dxa" w:w="2551"/>
            <w:shd w:fill="C8A96A"/>
            <w:tcMar>
              <w:top w:w="80" w:type="dxa"/>
              <w:start w:w="70" w:type="dxa"/>
              <w:bottom w:w="80" w:type="dxa"/>
              <w:end w:w="70" w:type="dxa"/>
            </w:tcMar>
          </w:tcPr>
          <w:p>
            <w:pPr>
              <w:spacing w:after="0"/>
              <w:jc w:val="center"/>
            </w:pPr>
            <w:r>
              <w:rPr>
                <w:rFonts w:ascii="Arial" w:hAnsi="Arial" w:eastAsia="Arial"/>
              </w:rPr>
            </w:r>
            <w:r>
              <w:rPr>
                <w:rFonts w:ascii="Arial" w:hAnsi="Arial" w:eastAsia="Arial"/>
                <w:b/>
                <w:color w:val="FFFFFF"/>
                <w:sz w:val="16"/>
              </w:rPr>
              <w:t>Nguồn tham chiếu</w:t>
            </w:r>
          </w:p>
        </w:tc>
        <w:tc>
          <w:tcPr>
            <w:tcW w:type="dxa" w:w="6236"/>
            <w:shd w:fill="C8A96A"/>
            <w:tcMar>
              <w:top w:w="80" w:type="dxa"/>
              <w:start w:w="70" w:type="dxa"/>
              <w:bottom w:w="80" w:type="dxa"/>
              <w:end w:w="70" w:type="dxa"/>
            </w:tcMar>
          </w:tcPr>
          <w:p>
            <w:pPr>
              <w:spacing w:after="0"/>
              <w:jc w:val="center"/>
            </w:pPr>
            <w:r>
              <w:rPr>
                <w:rFonts w:ascii="Arial" w:hAnsi="Arial" w:eastAsia="Arial"/>
              </w:rPr>
            </w:r>
            <w:r>
              <w:rPr>
                <w:rFonts w:ascii="Arial" w:hAnsi="Arial" w:eastAsia="Arial"/>
                <w:b/>
                <w:color w:val="FFFFFF"/>
                <w:sz w:val="16"/>
              </w:rPr>
              <w:t>Ý nghĩa khi tư vấn</w:t>
            </w:r>
          </w:p>
        </w:tc>
      </w:tr>
      <w:tr>
        <w:tc>
          <w:tcPr>
            <w:tcW w:type="dxa" w:w="2551"/>
            <w:tcMar>
              <w:top w:w="70" w:type="dxa"/>
              <w:start w:w="65" w:type="dxa"/>
              <w:bottom w:w="70" w:type="dxa"/>
              <w:end w:w="65" w:type="dxa"/>
            </w:tcMar>
            <w:vAlign w:val="top"/>
          </w:tcPr>
          <w:p>
            <w:pPr>
              <w:spacing w:after="0"/>
            </w:pPr>
            <w:r>
              <w:rPr>
                <w:rFonts w:ascii="Arial" w:hAnsi="Arial" w:eastAsia="Arial"/>
              </w:rPr>
            </w:r>
            <w:r>
              <w:rPr>
                <w:rFonts w:ascii="Arial" w:hAnsi="Arial" w:eastAsia="Arial"/>
                <w:b w:val="0"/>
                <w:sz w:val="16"/>
              </w:rPr>
              <w:t>TCVN 4451:2012</w:t>
            </w:r>
          </w:p>
        </w:tc>
        <w:tc>
          <w:tcPr>
            <w:tcW w:type="dxa" w:w="6236"/>
            <w:tcMar>
              <w:top w:w="70" w:type="dxa"/>
              <w:start w:w="65" w:type="dxa"/>
              <w:bottom w:w="70" w:type="dxa"/>
              <w:end w:w="65" w:type="dxa"/>
            </w:tcMar>
            <w:vAlign w:val="top"/>
          </w:tcPr>
          <w:p>
            <w:pPr>
              <w:spacing w:after="0"/>
            </w:pPr>
            <w:r>
              <w:rPr>
                <w:rFonts w:ascii="Arial" w:hAnsi="Arial" w:eastAsia="Arial"/>
              </w:rPr>
            </w:r>
            <w:r>
              <w:rPr>
                <w:rFonts w:ascii="Arial" w:hAnsi="Arial" w:eastAsia="Arial"/>
                <w:b w:val="0"/>
                <w:sz w:val="16"/>
              </w:rPr>
              <w:t>Nguyên tắc cơ bản để thiết kế nhà ở, tiện nghi sử dụng, chiều cao, ánh sáng, thông gió, vệ sinh, an toàn.</w:t>
            </w:r>
          </w:p>
        </w:tc>
      </w:tr>
      <w:tr>
        <w:tc>
          <w:tcPr>
            <w:tcW w:type="dxa" w:w="2551"/>
            <w:tcMar>
              <w:top w:w="70" w:type="dxa"/>
              <w:start w:w="65" w:type="dxa"/>
              <w:bottom w:w="70" w:type="dxa"/>
              <w:end w:w="65" w:type="dxa"/>
            </w:tcMar>
            <w:vAlign w:val="top"/>
            <w:shd w:fill="FAF9F6"/>
          </w:tcPr>
          <w:p>
            <w:pPr>
              <w:spacing w:after="0"/>
            </w:pPr>
            <w:r>
              <w:rPr>
                <w:rFonts w:ascii="Arial" w:hAnsi="Arial" w:eastAsia="Arial"/>
              </w:rPr>
            </w:r>
            <w:r>
              <w:rPr>
                <w:rFonts w:ascii="Arial" w:hAnsi="Arial" w:eastAsia="Arial"/>
                <w:b w:val="0"/>
                <w:sz w:val="16"/>
              </w:rPr>
              <w:t>TCVN 9411:2012</w:t>
            </w:r>
          </w:p>
        </w:tc>
        <w:tc>
          <w:tcPr>
            <w:tcW w:type="dxa" w:w="6236"/>
            <w:tcMar>
              <w:top w:w="70" w:type="dxa"/>
              <w:start w:w="65" w:type="dxa"/>
              <w:bottom w:w="70" w:type="dxa"/>
              <w:end w:w="65" w:type="dxa"/>
            </w:tcMar>
            <w:vAlign w:val="top"/>
            <w:shd w:fill="FAF9F6"/>
          </w:tcPr>
          <w:p>
            <w:pPr>
              <w:spacing w:after="0"/>
            </w:pPr>
            <w:r>
              <w:rPr>
                <w:rFonts w:ascii="Arial" w:hAnsi="Arial" w:eastAsia="Arial"/>
              </w:rPr>
            </w:r>
            <w:r>
              <w:rPr>
                <w:rFonts w:ascii="Arial" w:hAnsi="Arial" w:eastAsia="Arial"/>
                <w:b w:val="0"/>
                <w:sz w:val="16"/>
              </w:rPr>
              <w:t>Nhà ở liên kế, khoảng lùi, quan hệ công trình, thông gió, chiếu sáng, hạ tầng, mặt đứng tuyến phố.</w:t>
            </w:r>
          </w:p>
        </w:tc>
      </w:tr>
      <w:tr>
        <w:tc>
          <w:tcPr>
            <w:tcW w:type="dxa" w:w="2551"/>
            <w:tcMar>
              <w:top w:w="70" w:type="dxa"/>
              <w:start w:w="65" w:type="dxa"/>
              <w:bottom w:w="70" w:type="dxa"/>
              <w:end w:w="65" w:type="dxa"/>
            </w:tcMar>
            <w:vAlign w:val="top"/>
          </w:tcPr>
          <w:p>
            <w:pPr>
              <w:spacing w:after="0"/>
            </w:pPr>
            <w:r>
              <w:rPr>
                <w:rFonts w:ascii="Arial" w:hAnsi="Arial" w:eastAsia="Arial"/>
              </w:rPr>
            </w:r>
            <w:r>
              <w:rPr>
                <w:rFonts w:ascii="Arial" w:hAnsi="Arial" w:eastAsia="Arial"/>
                <w:b w:val="0"/>
                <w:sz w:val="16"/>
              </w:rPr>
              <w:t>QCVN 04:2021/BXD</w:t>
            </w:r>
          </w:p>
        </w:tc>
        <w:tc>
          <w:tcPr>
            <w:tcW w:type="dxa" w:w="6236"/>
            <w:tcMar>
              <w:top w:w="70" w:type="dxa"/>
              <w:start w:w="65" w:type="dxa"/>
              <w:bottom w:w="70" w:type="dxa"/>
              <w:end w:w="65" w:type="dxa"/>
            </w:tcMar>
            <w:vAlign w:val="top"/>
          </w:tcPr>
          <w:p>
            <w:pPr>
              <w:spacing w:after="0"/>
            </w:pPr>
            <w:r>
              <w:rPr>
                <w:rFonts w:ascii="Arial" w:hAnsi="Arial" w:eastAsia="Arial"/>
              </w:rPr>
            </w:r>
            <w:r>
              <w:rPr>
                <w:rFonts w:ascii="Arial" w:hAnsi="Arial" w:eastAsia="Arial"/>
                <w:b w:val="0"/>
                <w:sz w:val="16"/>
              </w:rPr>
              <w:t>Nhà chung cư, yêu cầu quy hoạch – kiến trúc – kết cấu – thang máy – cấp thoát nước – thông gió – điện – PCCC.</w:t>
            </w:r>
          </w:p>
        </w:tc>
      </w:tr>
      <w:tr>
        <w:tc>
          <w:tcPr>
            <w:tcW w:type="dxa" w:w="2551"/>
            <w:tcMar>
              <w:top w:w="70" w:type="dxa"/>
              <w:start w:w="65" w:type="dxa"/>
              <w:bottom w:w="70" w:type="dxa"/>
              <w:end w:w="65" w:type="dxa"/>
            </w:tcMar>
            <w:vAlign w:val="top"/>
            <w:shd w:fill="FAF9F6"/>
          </w:tcPr>
          <w:p>
            <w:pPr>
              <w:spacing w:after="0"/>
            </w:pPr>
            <w:r>
              <w:rPr>
                <w:rFonts w:ascii="Arial" w:hAnsi="Arial" w:eastAsia="Arial"/>
              </w:rPr>
            </w:r>
            <w:r>
              <w:rPr>
                <w:rFonts w:ascii="Arial" w:hAnsi="Arial" w:eastAsia="Arial"/>
                <w:b w:val="0"/>
                <w:sz w:val="16"/>
              </w:rPr>
              <w:t>QCVN 06:2022/BXD và Sửa đổi 1:2023</w:t>
            </w:r>
          </w:p>
        </w:tc>
        <w:tc>
          <w:tcPr>
            <w:tcW w:type="dxa" w:w="6236"/>
            <w:tcMar>
              <w:top w:w="70" w:type="dxa"/>
              <w:start w:w="65" w:type="dxa"/>
              <w:bottom w:w="70" w:type="dxa"/>
              <w:end w:w="65" w:type="dxa"/>
            </w:tcMar>
            <w:vAlign w:val="top"/>
            <w:shd w:fill="FAF9F6"/>
          </w:tcPr>
          <w:p>
            <w:pPr>
              <w:spacing w:after="0"/>
            </w:pPr>
            <w:r>
              <w:rPr>
                <w:rFonts w:ascii="Arial" w:hAnsi="Arial" w:eastAsia="Arial"/>
              </w:rPr>
            </w:r>
            <w:r>
              <w:rPr>
                <w:rFonts w:ascii="Arial" w:hAnsi="Arial" w:eastAsia="Arial"/>
                <w:b w:val="0"/>
                <w:sz w:val="16"/>
              </w:rPr>
              <w:t>An toàn cháy cho nhà và công trình, đặc biệt cần lưu ý khi cải tạo, thay đổi công năng, quy mô, thoát nạn.</w:t>
            </w:r>
          </w:p>
        </w:tc>
      </w:tr>
    </w:tbl>
    <w:tbl>
      <w:tblPr>
        <w:tblW w:type="auto" w:w="0"/>
        <w:jc w:val="center"/>
        <w:tblLook w:firstColumn="1" w:firstRow="1" w:lastColumn="0" w:lastRow="0" w:noHBand="0" w:noVBand="1" w:val="04A0"/>
        <w:tblBorders>
          <w:top w:val="single" w:sz="5" w:space="0" w:color="E7D2A5"/>
          <w:left w:val="single" w:sz="5" w:space="0" w:color="E7D2A5"/>
          <w:bottom w:val="single" w:sz="5" w:space="0" w:color="E7D2A5"/>
          <w:right w:val="single" w:sz="5" w:space="0" w:color="E7D2A5"/>
          <w:insideH w:val="single" w:sz="5" w:space="0" w:color="E7D2A5"/>
          <w:insideV w:val="single" w:sz="5" w:space="0" w:color="E7D2A5"/>
        </w:tblBorders>
      </w:tblPr>
      <w:tblGrid>
        <w:gridCol w:w="10370"/>
      </w:tblGrid>
      <w:tr>
        <w:tc>
          <w:tcPr>
            <w:tcW w:type="dxa" w:w="10370"/>
            <w:shd w:fill="F2EEE7"/>
            <w:tcMar>
              <w:top w:w="130" w:type="dxa"/>
              <w:start w:w="160" w:type="dxa"/>
              <w:bottom w:w="130" w:type="dxa"/>
              <w:end w:w="160" w:type="dxa"/>
            </w:tcMar>
          </w:tcPr>
          <w:p>
            <w:pPr>
              <w:spacing w:after="60"/>
            </w:pPr>
            <w:r>
              <w:rPr>
                <w:rFonts w:ascii="Arial" w:hAnsi="Arial" w:eastAsia="Arial"/>
                <w:b/>
                <w:i w:val="0"/>
                <w:color w:val="2F3338"/>
                <w:sz w:val="20"/>
              </w:rPr>
              <w:t>Lưu ý</w:t>
            </w:r>
          </w:p>
          <w:p>
            <w:pPr>
              <w:spacing w:after="0" w:line="259" w:lineRule="auto"/>
            </w:pPr>
            <w:r>
              <w:rPr>
                <w:rFonts w:ascii="Arial" w:hAnsi="Arial" w:eastAsia="Arial"/>
                <w:b w:val="0"/>
                <w:i w:val="0"/>
                <w:color w:val="222222"/>
                <w:sz w:val="18"/>
              </w:rPr>
              <w:t>Các tiêu chuẩn/quy chuẩn được dùng như nền tảng đặt câu hỏi và cảnh báo rủi ro. Khi công trình thuộc diện phải thẩm duyệt, xin phép hoặc có yêu cầu pháp lý cụ thể, cần làm việc với đơn vị đủ điều kiện và cơ quan có thẩm quyền.</w:t>
            </w:r>
          </w:p>
        </w:tc>
      </w:tr>
    </w:tbl>
    <w:p>
      <w:pPr>
        <w:pStyle w:val="Heading1"/>
        <w:spacing w:before="240" w:after="120"/>
        <w:pBdr>
          <w:bottom w:val="single" w:sz="12" w:space="4" w:color="C8A96A"/>
        </w:pBdr>
      </w:pPr>
      <w:r>
        <w:rPr>
          <w:rFonts w:ascii="Arial" w:hAnsi="Arial" w:eastAsia="Arial"/>
          <w:b/>
          <w:i w:val="0"/>
          <w:color w:val="2F3338"/>
          <w:sz w:val="32"/>
        </w:rPr>
        <w:t>18. CASE STUDY MINH HỌA TÌNH HUỐNG KHÁCH HÀNG</w:t>
      </w:r>
    </w:p>
    <w:p>
      <w:pPr>
        <w:spacing w:before="0" w:after="100" w:line="259" w:lineRule="auto"/>
      </w:pPr>
      <w:r>
        <w:rPr>
          <w:rFonts w:ascii="Arial" w:hAnsi="Arial" w:eastAsia="Arial"/>
          <w:b w:val="0"/>
          <w:i w:val="0"/>
          <w:sz w:val="19"/>
        </w:rPr>
        <w:t>Các tình huống dưới đây là mẫu minh họa cách ARCOVA tạo giá trị trong hành trình làm nhà. Khi có dự án thực tế, có thể thay bằng portfolio chính thức gồm ảnh trước – sau, phạm vi công việc, thời gian, chi phí và phản hồi khách hàng.</w:t>
      </w:r>
    </w:p>
    <w:tbl>
      <w:tblPr>
        <w:tblStyle w:val="TableGrid"/>
        <w:tblW w:type="auto" w:w="0"/>
        <w:jc w:val="center"/>
        <w:tblLook w:firstColumn="1" w:firstRow="1" w:lastColumn="0" w:lastRow="0" w:noHBand="0" w:noVBand="1" w:val="04A0"/>
        <w:tblBorders>
          <w:top w:val="single" w:sz="5" w:space="0" w:color="E7D2A5"/>
          <w:left w:val="single" w:sz="5" w:space="0" w:color="E7D2A5"/>
          <w:bottom w:val="single" w:sz="5" w:space="0" w:color="E7D2A5"/>
          <w:right w:val="single" w:sz="5" w:space="0" w:color="E7D2A5"/>
          <w:insideH w:val="single" w:sz="5" w:space="0" w:color="E7D2A5"/>
          <w:insideV w:val="single" w:sz="5" w:space="0" w:color="E7D2A5"/>
        </w:tblBorders>
      </w:tblPr>
      <w:tblGrid>
        <w:gridCol w:w="2592"/>
        <w:gridCol w:w="2592"/>
        <w:gridCol w:w="2592"/>
        <w:gridCol w:w="2592"/>
      </w:tblGrid>
      <w:tr>
        <w:trPr>
          <w:tblHeader w:val="true"/>
        </w:trPr>
        <w:tc>
          <w:tcPr>
            <w:tcW w:type="dxa" w:w="1701"/>
            <w:shd w:fill="C8A96A"/>
            <w:tcMar>
              <w:top w:w="80" w:type="dxa"/>
              <w:start w:w="70" w:type="dxa"/>
              <w:bottom w:w="80" w:type="dxa"/>
              <w:end w:w="70" w:type="dxa"/>
            </w:tcMar>
          </w:tcPr>
          <w:p>
            <w:pPr>
              <w:spacing w:after="0"/>
              <w:jc w:val="center"/>
            </w:pPr>
            <w:r>
              <w:rPr>
                <w:rFonts w:ascii="Arial" w:hAnsi="Arial" w:eastAsia="Arial"/>
              </w:rPr>
            </w:r>
            <w:r>
              <w:rPr>
                <w:rFonts w:ascii="Arial" w:hAnsi="Arial" w:eastAsia="Arial"/>
                <w:b/>
                <w:color w:val="FFFFFF"/>
                <w:sz w:val="14"/>
              </w:rPr>
              <w:t>Tình huống</w:t>
            </w:r>
          </w:p>
        </w:tc>
        <w:tc>
          <w:tcPr>
            <w:tcW w:type="dxa" w:w="2324"/>
            <w:shd w:fill="C8A96A"/>
            <w:tcMar>
              <w:top w:w="80" w:type="dxa"/>
              <w:start w:w="70" w:type="dxa"/>
              <w:bottom w:w="80" w:type="dxa"/>
              <w:end w:w="70" w:type="dxa"/>
            </w:tcMar>
          </w:tcPr>
          <w:p>
            <w:pPr>
              <w:spacing w:after="0"/>
              <w:jc w:val="center"/>
            </w:pPr>
            <w:r>
              <w:rPr>
                <w:rFonts w:ascii="Arial" w:hAnsi="Arial" w:eastAsia="Arial"/>
              </w:rPr>
            </w:r>
            <w:r>
              <w:rPr>
                <w:rFonts w:ascii="Arial" w:hAnsi="Arial" w:eastAsia="Arial"/>
                <w:b/>
                <w:color w:val="FFFFFF"/>
                <w:sz w:val="14"/>
              </w:rPr>
              <w:t>Vấn đề</w:t>
            </w:r>
          </w:p>
        </w:tc>
        <w:tc>
          <w:tcPr>
            <w:tcW w:type="dxa" w:w="2721"/>
            <w:shd w:fill="C8A96A"/>
            <w:tcMar>
              <w:top w:w="80" w:type="dxa"/>
              <w:start w:w="70" w:type="dxa"/>
              <w:bottom w:w="80" w:type="dxa"/>
              <w:end w:w="70" w:type="dxa"/>
            </w:tcMar>
          </w:tcPr>
          <w:p>
            <w:pPr>
              <w:spacing w:after="0"/>
              <w:jc w:val="center"/>
            </w:pPr>
            <w:r>
              <w:rPr>
                <w:rFonts w:ascii="Arial" w:hAnsi="Arial" w:eastAsia="Arial"/>
              </w:rPr>
            </w:r>
            <w:r>
              <w:rPr>
                <w:rFonts w:ascii="Arial" w:hAnsi="Arial" w:eastAsia="Arial"/>
                <w:b/>
                <w:color w:val="FFFFFF"/>
                <w:sz w:val="14"/>
              </w:rPr>
              <w:t>ARCOVA làm gì</w:t>
            </w:r>
          </w:p>
        </w:tc>
        <w:tc>
          <w:tcPr>
            <w:tcW w:type="dxa" w:w="2041"/>
            <w:shd w:fill="C8A96A"/>
            <w:tcMar>
              <w:top w:w="80" w:type="dxa"/>
              <w:start w:w="70" w:type="dxa"/>
              <w:bottom w:w="80" w:type="dxa"/>
              <w:end w:w="70" w:type="dxa"/>
            </w:tcMar>
          </w:tcPr>
          <w:p>
            <w:pPr>
              <w:spacing w:after="0"/>
              <w:jc w:val="center"/>
            </w:pPr>
            <w:r>
              <w:rPr>
                <w:rFonts w:ascii="Arial" w:hAnsi="Arial" w:eastAsia="Arial"/>
              </w:rPr>
            </w:r>
            <w:r>
              <w:rPr>
                <w:rFonts w:ascii="Arial" w:hAnsi="Arial" w:eastAsia="Arial"/>
                <w:b/>
                <w:color w:val="FFFFFF"/>
                <w:sz w:val="14"/>
              </w:rPr>
              <w:t>Giá trị nhận được</w:t>
            </w:r>
          </w:p>
        </w:tc>
      </w:tr>
      <w:tr>
        <w:tc>
          <w:tcPr>
            <w:tcW w:type="dxa" w:w="1701"/>
            <w:tcMar>
              <w:top w:w="70" w:type="dxa"/>
              <w:start w:w="65" w:type="dxa"/>
              <w:bottom w:w="70" w:type="dxa"/>
              <w:end w:w="65" w:type="dxa"/>
            </w:tcMar>
            <w:vAlign w:val="top"/>
          </w:tcPr>
          <w:p>
            <w:pPr>
              <w:spacing w:after="0"/>
            </w:pPr>
            <w:r>
              <w:rPr>
                <w:rFonts w:ascii="Arial" w:hAnsi="Arial" w:eastAsia="Arial"/>
              </w:rPr>
            </w:r>
            <w:r>
              <w:rPr>
                <w:rFonts w:ascii="Arial" w:hAnsi="Arial" w:eastAsia="Arial"/>
                <w:b w:val="0"/>
                <w:sz w:val="14"/>
              </w:rPr>
              <w:t>Căn hộ mới bàn giao 75 m²</w:t>
            </w:r>
          </w:p>
        </w:tc>
        <w:tc>
          <w:tcPr>
            <w:tcW w:type="dxa" w:w="2324"/>
            <w:tcMar>
              <w:top w:w="70" w:type="dxa"/>
              <w:start w:w="65" w:type="dxa"/>
              <w:bottom w:w="70" w:type="dxa"/>
              <w:end w:w="65" w:type="dxa"/>
            </w:tcMar>
            <w:vAlign w:val="top"/>
          </w:tcPr>
          <w:p>
            <w:pPr>
              <w:spacing w:after="0"/>
            </w:pPr>
            <w:r>
              <w:rPr>
                <w:rFonts w:ascii="Arial" w:hAnsi="Arial" w:eastAsia="Arial"/>
              </w:rPr>
            </w:r>
            <w:r>
              <w:rPr>
                <w:rFonts w:ascii="Arial" w:hAnsi="Arial" w:eastAsia="Arial"/>
                <w:b w:val="0"/>
                <w:sz w:val="14"/>
              </w:rPr>
              <w:t>Khách có nhiều ảnh mẫu nhưng chưa biết style nào hợp, báo giá nội thất chênh lệch lớn.</w:t>
            </w:r>
          </w:p>
        </w:tc>
        <w:tc>
          <w:tcPr>
            <w:tcW w:type="dxa" w:w="2721"/>
            <w:tcMar>
              <w:top w:w="70" w:type="dxa"/>
              <w:start w:w="65" w:type="dxa"/>
              <w:bottom w:w="70" w:type="dxa"/>
              <w:end w:w="65" w:type="dxa"/>
            </w:tcMar>
            <w:vAlign w:val="top"/>
          </w:tcPr>
          <w:p>
            <w:pPr>
              <w:spacing w:after="0"/>
            </w:pPr>
            <w:r>
              <w:rPr>
                <w:rFonts w:ascii="Arial" w:hAnsi="Arial" w:eastAsia="Arial"/>
              </w:rPr>
            </w:r>
            <w:r>
              <w:rPr>
                <w:rFonts w:ascii="Arial" w:hAnsi="Arial" w:eastAsia="Arial"/>
                <w:b w:val="0"/>
                <w:sz w:val="14"/>
              </w:rPr>
              <w:t>ARCOVA lập brief, rà layout, chia nhu cầu thành tủ bếp/tủ áo/đồ rời/decor, so 3 báo giá xưởng.</w:t>
            </w:r>
          </w:p>
        </w:tc>
        <w:tc>
          <w:tcPr>
            <w:tcW w:type="dxa" w:w="2041"/>
            <w:tcMar>
              <w:top w:w="70" w:type="dxa"/>
              <w:start w:w="65" w:type="dxa"/>
              <w:bottom w:w="70" w:type="dxa"/>
              <w:end w:w="65" w:type="dxa"/>
            </w:tcMar>
            <w:vAlign w:val="top"/>
          </w:tcPr>
          <w:p>
            <w:pPr>
              <w:spacing w:after="0"/>
            </w:pPr>
            <w:r>
              <w:rPr>
                <w:rFonts w:ascii="Arial" w:hAnsi="Arial" w:eastAsia="Arial"/>
              </w:rPr>
            </w:r>
            <w:r>
              <w:rPr>
                <w:rFonts w:ascii="Arial" w:hAnsi="Arial" w:eastAsia="Arial"/>
                <w:b w:val="0"/>
                <w:sz w:val="14"/>
              </w:rPr>
              <w:t>Khách hiểu mình cần làm gì trước, tránh mua đồ rời sai tỷ lệ và kiểm soát phạm vi nội thất.</w:t>
            </w:r>
          </w:p>
        </w:tc>
      </w:tr>
      <w:tr>
        <w:tc>
          <w:tcPr>
            <w:tcW w:type="dxa" w:w="1701"/>
            <w:tcMar>
              <w:top w:w="70" w:type="dxa"/>
              <w:start w:w="65" w:type="dxa"/>
              <w:bottom w:w="70" w:type="dxa"/>
              <w:end w:w="65" w:type="dxa"/>
            </w:tcMar>
            <w:vAlign w:val="top"/>
            <w:shd w:fill="FAF9F6"/>
          </w:tcPr>
          <w:p>
            <w:pPr>
              <w:spacing w:after="0"/>
            </w:pPr>
            <w:r>
              <w:rPr>
                <w:rFonts w:ascii="Arial" w:hAnsi="Arial" w:eastAsia="Arial"/>
              </w:rPr>
            </w:r>
            <w:r>
              <w:rPr>
                <w:rFonts w:ascii="Arial" w:hAnsi="Arial" w:eastAsia="Arial"/>
                <w:b w:val="0"/>
                <w:sz w:val="14"/>
              </w:rPr>
              <w:t>Nhà phố cũ 4 tầng</w:t>
            </w:r>
          </w:p>
        </w:tc>
        <w:tc>
          <w:tcPr>
            <w:tcW w:type="dxa" w:w="2324"/>
            <w:tcMar>
              <w:top w:w="70" w:type="dxa"/>
              <w:start w:w="65" w:type="dxa"/>
              <w:bottom w:w="70" w:type="dxa"/>
              <w:end w:w="65" w:type="dxa"/>
            </w:tcMar>
            <w:vAlign w:val="top"/>
            <w:shd w:fill="FAF9F6"/>
          </w:tcPr>
          <w:p>
            <w:pPr>
              <w:spacing w:after="0"/>
            </w:pPr>
            <w:r>
              <w:rPr>
                <w:rFonts w:ascii="Arial" w:hAnsi="Arial" w:eastAsia="Arial"/>
              </w:rPr>
            </w:r>
            <w:r>
              <w:rPr>
                <w:rFonts w:ascii="Arial" w:hAnsi="Arial" w:eastAsia="Arial"/>
                <w:b w:val="0"/>
                <w:sz w:val="14"/>
              </w:rPr>
              <w:t>Nhà tối, bếp bí, WC xuống cấp, chủ nhà sợ đập phá phát sinh.</w:t>
            </w:r>
          </w:p>
        </w:tc>
        <w:tc>
          <w:tcPr>
            <w:tcW w:type="dxa" w:w="2721"/>
            <w:tcMar>
              <w:top w:w="70" w:type="dxa"/>
              <w:start w:w="65" w:type="dxa"/>
              <w:bottom w:w="70" w:type="dxa"/>
              <w:end w:w="65" w:type="dxa"/>
            </w:tcMar>
            <w:vAlign w:val="top"/>
            <w:shd w:fill="FAF9F6"/>
          </w:tcPr>
          <w:p>
            <w:pPr>
              <w:spacing w:after="0"/>
            </w:pPr>
            <w:r>
              <w:rPr>
                <w:rFonts w:ascii="Arial" w:hAnsi="Arial" w:eastAsia="Arial"/>
              </w:rPr>
            </w:r>
            <w:r>
              <w:rPr>
                <w:rFonts w:ascii="Arial" w:hAnsi="Arial" w:eastAsia="Arial"/>
                <w:b w:val="0"/>
                <w:sz w:val="14"/>
              </w:rPr>
              <w:t>ARCOVA khảo sát, lập risk list, phân gói cải tạo ưu tiên: chống thấm, MEP, bếp, ánh sáng, tủ lưu trữ.</w:t>
            </w:r>
          </w:p>
        </w:tc>
        <w:tc>
          <w:tcPr>
            <w:tcW w:type="dxa" w:w="2041"/>
            <w:tcMar>
              <w:top w:w="70" w:type="dxa"/>
              <w:start w:w="65" w:type="dxa"/>
              <w:bottom w:w="70" w:type="dxa"/>
              <w:end w:w="65" w:type="dxa"/>
            </w:tcMar>
            <w:vAlign w:val="top"/>
            <w:shd w:fill="FAF9F6"/>
          </w:tcPr>
          <w:p>
            <w:pPr>
              <w:spacing w:after="0"/>
            </w:pPr>
            <w:r>
              <w:rPr>
                <w:rFonts w:ascii="Arial" w:hAnsi="Arial" w:eastAsia="Arial"/>
              </w:rPr>
            </w:r>
            <w:r>
              <w:rPr>
                <w:rFonts w:ascii="Arial" w:hAnsi="Arial" w:eastAsia="Arial"/>
                <w:b w:val="0"/>
                <w:sz w:val="14"/>
              </w:rPr>
              <w:t>Khách có roadmap cải tạo theo giai đoạn, không bị cuốn vào sửa lan man.</w:t>
            </w:r>
          </w:p>
        </w:tc>
      </w:tr>
      <w:tr>
        <w:tc>
          <w:tcPr>
            <w:tcW w:type="dxa" w:w="1701"/>
            <w:tcMar>
              <w:top w:w="70" w:type="dxa"/>
              <w:start w:w="65" w:type="dxa"/>
              <w:bottom w:w="70" w:type="dxa"/>
              <w:end w:w="65" w:type="dxa"/>
            </w:tcMar>
            <w:vAlign w:val="top"/>
          </w:tcPr>
          <w:p>
            <w:pPr>
              <w:spacing w:after="0"/>
            </w:pPr>
            <w:r>
              <w:rPr>
                <w:rFonts w:ascii="Arial" w:hAnsi="Arial" w:eastAsia="Arial"/>
              </w:rPr>
            </w:r>
            <w:r>
              <w:rPr>
                <w:rFonts w:ascii="Arial" w:hAnsi="Arial" w:eastAsia="Arial"/>
                <w:b w:val="0"/>
                <w:sz w:val="14"/>
              </w:rPr>
              <w:t>Biệt thự cần nâng cấp hình ảnh</w:t>
            </w:r>
          </w:p>
        </w:tc>
        <w:tc>
          <w:tcPr>
            <w:tcW w:type="dxa" w:w="2324"/>
            <w:tcMar>
              <w:top w:w="70" w:type="dxa"/>
              <w:start w:w="65" w:type="dxa"/>
              <w:bottom w:w="70" w:type="dxa"/>
              <w:end w:w="65" w:type="dxa"/>
            </w:tcMar>
            <w:vAlign w:val="top"/>
          </w:tcPr>
          <w:p>
            <w:pPr>
              <w:spacing w:after="0"/>
            </w:pPr>
            <w:r>
              <w:rPr>
                <w:rFonts w:ascii="Arial" w:hAnsi="Arial" w:eastAsia="Arial"/>
              </w:rPr>
            </w:r>
            <w:r>
              <w:rPr>
                <w:rFonts w:ascii="Arial" w:hAnsi="Arial" w:eastAsia="Arial"/>
                <w:b w:val="0"/>
                <w:sz w:val="14"/>
              </w:rPr>
              <w:t>Khách muốn sang hơn nhưng không muốn thi công quá lớn.</w:t>
            </w:r>
          </w:p>
        </w:tc>
        <w:tc>
          <w:tcPr>
            <w:tcW w:type="dxa" w:w="2721"/>
            <w:tcMar>
              <w:top w:w="70" w:type="dxa"/>
              <w:start w:w="65" w:type="dxa"/>
              <w:bottom w:w="70" w:type="dxa"/>
              <w:end w:w="65" w:type="dxa"/>
            </w:tcMar>
            <w:vAlign w:val="top"/>
          </w:tcPr>
          <w:p>
            <w:pPr>
              <w:spacing w:after="0"/>
            </w:pPr>
            <w:r>
              <w:rPr>
                <w:rFonts w:ascii="Arial" w:hAnsi="Arial" w:eastAsia="Arial"/>
              </w:rPr>
            </w:r>
            <w:r>
              <w:rPr>
                <w:rFonts w:ascii="Arial" w:hAnsi="Arial" w:eastAsia="Arial"/>
                <w:b w:val="0"/>
                <w:sz w:val="14"/>
              </w:rPr>
              <w:t>ARCOVA rà hiện trạng, đề xuất cải tạo nhẹ: ánh sáng, vật liệu điểm nhấn, đồ rời, rèm, decor, cảnh quan.</w:t>
            </w:r>
          </w:p>
        </w:tc>
        <w:tc>
          <w:tcPr>
            <w:tcW w:type="dxa" w:w="2041"/>
            <w:tcMar>
              <w:top w:w="70" w:type="dxa"/>
              <w:start w:w="65" w:type="dxa"/>
              <w:bottom w:w="70" w:type="dxa"/>
              <w:end w:w="65" w:type="dxa"/>
            </w:tcMar>
            <w:vAlign w:val="top"/>
          </w:tcPr>
          <w:p>
            <w:pPr>
              <w:spacing w:after="0"/>
            </w:pPr>
            <w:r>
              <w:rPr>
                <w:rFonts w:ascii="Arial" w:hAnsi="Arial" w:eastAsia="Arial"/>
              </w:rPr>
            </w:r>
            <w:r>
              <w:rPr>
                <w:rFonts w:ascii="Arial" w:hAnsi="Arial" w:eastAsia="Arial"/>
                <w:b w:val="0"/>
                <w:sz w:val="14"/>
              </w:rPr>
              <w:t>Tập trung vào hạng mục tạo cảm giác cao cấp mà ít phá dỡ.</w:t>
            </w:r>
          </w:p>
        </w:tc>
      </w:tr>
      <w:tr>
        <w:tc>
          <w:tcPr>
            <w:tcW w:type="dxa" w:w="1701"/>
            <w:tcMar>
              <w:top w:w="70" w:type="dxa"/>
              <w:start w:w="65" w:type="dxa"/>
              <w:bottom w:w="70" w:type="dxa"/>
              <w:end w:w="65" w:type="dxa"/>
            </w:tcMar>
            <w:vAlign w:val="top"/>
            <w:shd w:fill="FAF9F6"/>
          </w:tcPr>
          <w:p>
            <w:pPr>
              <w:spacing w:after="0"/>
            </w:pPr>
            <w:r>
              <w:rPr>
                <w:rFonts w:ascii="Arial" w:hAnsi="Arial" w:eastAsia="Arial"/>
              </w:rPr>
            </w:r>
            <w:r>
              <w:rPr>
                <w:rFonts w:ascii="Arial" w:hAnsi="Arial" w:eastAsia="Arial"/>
                <w:b w:val="0"/>
                <w:sz w:val="14"/>
              </w:rPr>
              <w:t>Showroom nhỏ chuẩn bị khai trương</w:t>
            </w:r>
          </w:p>
        </w:tc>
        <w:tc>
          <w:tcPr>
            <w:tcW w:type="dxa" w:w="2324"/>
            <w:tcMar>
              <w:top w:w="70" w:type="dxa"/>
              <w:start w:w="65" w:type="dxa"/>
              <w:bottom w:w="70" w:type="dxa"/>
              <w:end w:w="65" w:type="dxa"/>
            </w:tcMar>
            <w:vAlign w:val="top"/>
            <w:shd w:fill="FAF9F6"/>
          </w:tcPr>
          <w:p>
            <w:pPr>
              <w:spacing w:after="0"/>
            </w:pPr>
            <w:r>
              <w:rPr>
                <w:rFonts w:ascii="Arial" w:hAnsi="Arial" w:eastAsia="Arial"/>
              </w:rPr>
            </w:r>
            <w:r>
              <w:rPr>
                <w:rFonts w:ascii="Arial" w:hAnsi="Arial" w:eastAsia="Arial"/>
                <w:b w:val="0"/>
                <w:sz w:val="14"/>
              </w:rPr>
              <w:t>Khách cần mở nhanh, ngân sách có hạn, nhiều nhà thầu báo khác nhau.</w:t>
            </w:r>
          </w:p>
        </w:tc>
        <w:tc>
          <w:tcPr>
            <w:tcW w:type="dxa" w:w="2721"/>
            <w:tcMar>
              <w:top w:w="70" w:type="dxa"/>
              <w:start w:w="65" w:type="dxa"/>
              <w:bottom w:w="70" w:type="dxa"/>
              <w:end w:w="65" w:type="dxa"/>
            </w:tcMar>
            <w:vAlign w:val="top"/>
            <w:shd w:fill="FAF9F6"/>
          </w:tcPr>
          <w:p>
            <w:pPr>
              <w:spacing w:after="0"/>
            </w:pPr>
            <w:r>
              <w:rPr>
                <w:rFonts w:ascii="Arial" w:hAnsi="Arial" w:eastAsia="Arial"/>
              </w:rPr>
            </w:r>
            <w:r>
              <w:rPr>
                <w:rFonts w:ascii="Arial" w:hAnsi="Arial" w:eastAsia="Arial"/>
                <w:b w:val="0"/>
                <w:sz w:val="14"/>
              </w:rPr>
              <w:t>ARCOVA lập brief thương hiệu không gian, chia hạng mục bắt buộc/tùy chọn, rà báo giá fit-out và deadline.</w:t>
            </w:r>
          </w:p>
        </w:tc>
        <w:tc>
          <w:tcPr>
            <w:tcW w:type="dxa" w:w="2041"/>
            <w:tcMar>
              <w:top w:w="70" w:type="dxa"/>
              <w:start w:w="65" w:type="dxa"/>
              <w:bottom w:w="70" w:type="dxa"/>
              <w:end w:w="65" w:type="dxa"/>
            </w:tcMar>
            <w:vAlign w:val="top"/>
            <w:shd w:fill="FAF9F6"/>
          </w:tcPr>
          <w:p>
            <w:pPr>
              <w:spacing w:after="0"/>
            </w:pPr>
            <w:r>
              <w:rPr>
                <w:rFonts w:ascii="Arial" w:hAnsi="Arial" w:eastAsia="Arial"/>
              </w:rPr>
            </w:r>
            <w:r>
              <w:rPr>
                <w:rFonts w:ascii="Arial" w:hAnsi="Arial" w:eastAsia="Arial"/>
                <w:b w:val="0"/>
                <w:sz w:val="14"/>
              </w:rPr>
              <w:t>Khách ưu tiên đúng phần tạo doanh thu: mặt tiền, ánh sáng, trưng bày, quầy, kho.</w:t>
            </w:r>
          </w:p>
        </w:tc>
      </w:tr>
      <w:tr>
        <w:tc>
          <w:tcPr>
            <w:tcW w:type="dxa" w:w="1701"/>
            <w:tcMar>
              <w:top w:w="70" w:type="dxa"/>
              <w:start w:w="65" w:type="dxa"/>
              <w:bottom w:w="70" w:type="dxa"/>
              <w:end w:w="65" w:type="dxa"/>
            </w:tcMar>
            <w:vAlign w:val="top"/>
          </w:tcPr>
          <w:p>
            <w:pPr>
              <w:spacing w:after="0"/>
            </w:pPr>
            <w:r>
              <w:rPr>
                <w:rFonts w:ascii="Arial" w:hAnsi="Arial" w:eastAsia="Arial"/>
              </w:rPr>
            </w:r>
            <w:r>
              <w:rPr>
                <w:rFonts w:ascii="Arial" w:hAnsi="Arial" w:eastAsia="Arial"/>
                <w:b w:val="0"/>
                <w:sz w:val="14"/>
              </w:rPr>
              <w:t>Khách đã có báo giá thi công</w:t>
            </w:r>
          </w:p>
        </w:tc>
        <w:tc>
          <w:tcPr>
            <w:tcW w:type="dxa" w:w="2324"/>
            <w:tcMar>
              <w:top w:w="70" w:type="dxa"/>
              <w:start w:w="65" w:type="dxa"/>
              <w:bottom w:w="70" w:type="dxa"/>
              <w:end w:w="65" w:type="dxa"/>
            </w:tcMar>
            <w:vAlign w:val="top"/>
          </w:tcPr>
          <w:p>
            <w:pPr>
              <w:spacing w:after="0"/>
            </w:pPr>
            <w:r>
              <w:rPr>
                <w:rFonts w:ascii="Arial" w:hAnsi="Arial" w:eastAsia="Arial"/>
              </w:rPr>
            </w:r>
            <w:r>
              <w:rPr>
                <w:rFonts w:ascii="Arial" w:hAnsi="Arial" w:eastAsia="Arial"/>
                <w:b w:val="0"/>
                <w:sz w:val="14"/>
              </w:rPr>
              <w:t>Báo giá thấp nhưng thiếu vật liệu, phụ kiện, bảo hành, mốc nghiệm thu.</w:t>
            </w:r>
          </w:p>
        </w:tc>
        <w:tc>
          <w:tcPr>
            <w:tcW w:type="dxa" w:w="2721"/>
            <w:tcMar>
              <w:top w:w="70" w:type="dxa"/>
              <w:start w:w="65" w:type="dxa"/>
              <w:bottom w:w="70" w:type="dxa"/>
              <w:end w:w="65" w:type="dxa"/>
            </w:tcMar>
            <w:vAlign w:val="top"/>
          </w:tcPr>
          <w:p>
            <w:pPr>
              <w:spacing w:after="0"/>
            </w:pPr>
            <w:r>
              <w:rPr>
                <w:rFonts w:ascii="Arial" w:hAnsi="Arial" w:eastAsia="Arial"/>
              </w:rPr>
            </w:r>
            <w:r>
              <w:rPr>
                <w:rFonts w:ascii="Arial" w:hAnsi="Arial" w:eastAsia="Arial"/>
                <w:b w:val="0"/>
                <w:sz w:val="14"/>
              </w:rPr>
              <w:t>ARCOVA rà BOQ, đánh dấu hạng mục thiếu, chuẩn bị câu hỏi đàm phán và điều kiện giữ lại thanh toán.</w:t>
            </w:r>
          </w:p>
        </w:tc>
        <w:tc>
          <w:tcPr>
            <w:tcW w:type="dxa" w:w="2041"/>
            <w:tcMar>
              <w:top w:w="70" w:type="dxa"/>
              <w:start w:w="65" w:type="dxa"/>
              <w:bottom w:w="70" w:type="dxa"/>
              <w:end w:w="65" w:type="dxa"/>
            </w:tcMar>
            <w:vAlign w:val="top"/>
          </w:tcPr>
          <w:p>
            <w:pPr>
              <w:spacing w:after="0"/>
            </w:pPr>
            <w:r>
              <w:rPr>
                <w:rFonts w:ascii="Arial" w:hAnsi="Arial" w:eastAsia="Arial"/>
              </w:rPr>
            </w:r>
            <w:r>
              <w:rPr>
                <w:rFonts w:ascii="Arial" w:hAnsi="Arial" w:eastAsia="Arial"/>
                <w:b w:val="0"/>
                <w:sz w:val="14"/>
              </w:rPr>
              <w:t>Khách ký hợp đồng tự tin hơn và giảm rủi ro phát sinh.</w:t>
            </w:r>
          </w:p>
        </w:tc>
      </w:tr>
    </w:tbl>
    <w:p>
      <w:pPr>
        <w:pStyle w:val="Heading1"/>
        <w:spacing w:before="240" w:after="120"/>
        <w:pBdr>
          <w:bottom w:val="single" w:sz="12" w:space="4" w:color="C8A96A"/>
        </w:pBdr>
      </w:pPr>
      <w:r>
        <w:rPr>
          <w:rFonts w:ascii="Arial" w:hAnsi="Arial" w:eastAsia="Arial"/>
          <w:b/>
          <w:i w:val="0"/>
          <w:color w:val="2F3338"/>
          <w:sz w:val="32"/>
        </w:rPr>
        <w:t>19. CHECKLIST TRƯỚC KHI ĐẶT LỊCH TƯ VẤN</w:t>
      </w:r>
    </w:p>
    <w:p>
      <w:pPr>
        <w:spacing w:before="0" w:after="100" w:line="259" w:lineRule="auto"/>
      </w:pPr>
      <w:r>
        <w:rPr>
          <w:rFonts w:ascii="Arial" w:hAnsi="Arial" w:eastAsia="Arial"/>
          <w:b w:val="0"/>
          <w:i w:val="0"/>
          <w:sz w:val="19"/>
        </w:rPr>
        <w:t>Để ARCOVA tư vấn nhanh và chính xác hơn, khách hàng chỉ cần chuẩn bị một số thông tin cơ bản. Càng rõ thông tin đầu vào, ARCOVA càng dễ đề xuất gói phù hợp và tránh nói chung chung.</w:t>
      </w:r>
    </w:p>
    <w:tbl>
      <w:tblPr>
        <w:tblStyle w:val="TableGrid"/>
        <w:tblW w:type="auto" w:w="0"/>
        <w:jc w:val="center"/>
        <w:tblLook w:firstColumn="1" w:firstRow="1" w:lastColumn="0" w:lastRow="0" w:noHBand="0" w:noVBand="1" w:val="04A0"/>
        <w:tblBorders>
          <w:top w:val="single" w:sz="5" w:space="0" w:color="E7D2A5"/>
          <w:left w:val="single" w:sz="5" w:space="0" w:color="E7D2A5"/>
          <w:bottom w:val="single" w:sz="5" w:space="0" w:color="E7D2A5"/>
          <w:right w:val="single" w:sz="5" w:space="0" w:color="E7D2A5"/>
          <w:insideH w:val="single" w:sz="5" w:space="0" w:color="E7D2A5"/>
          <w:insideV w:val="single" w:sz="5" w:space="0" w:color="E7D2A5"/>
        </w:tblBorders>
      </w:tblPr>
      <w:tblGrid>
        <w:gridCol w:w="5185"/>
        <w:gridCol w:w="5185"/>
      </w:tblGrid>
      <w:tr>
        <w:trPr>
          <w:tblHeader w:val="true"/>
        </w:trPr>
        <w:tc>
          <w:tcPr>
            <w:tcW w:type="dxa" w:w="2381"/>
            <w:shd w:fill="C8A96A"/>
            <w:tcMar>
              <w:top w:w="80" w:type="dxa"/>
              <w:start w:w="70" w:type="dxa"/>
              <w:bottom w:w="80" w:type="dxa"/>
              <w:end w:w="70" w:type="dxa"/>
            </w:tcMar>
          </w:tcPr>
          <w:p>
            <w:pPr>
              <w:spacing w:after="0"/>
              <w:jc w:val="center"/>
            </w:pPr>
            <w:r>
              <w:rPr>
                <w:rFonts w:ascii="Arial" w:hAnsi="Arial" w:eastAsia="Arial"/>
              </w:rPr>
            </w:r>
            <w:r>
              <w:rPr>
                <w:rFonts w:ascii="Arial" w:hAnsi="Arial" w:eastAsia="Arial"/>
                <w:b/>
                <w:color w:val="FFFFFF"/>
                <w:sz w:val="16"/>
              </w:rPr>
              <w:t>Thông tin cần chuẩn bị</w:t>
            </w:r>
          </w:p>
        </w:tc>
        <w:tc>
          <w:tcPr>
            <w:tcW w:type="dxa" w:w="6406"/>
            <w:shd w:fill="C8A96A"/>
            <w:tcMar>
              <w:top w:w="80" w:type="dxa"/>
              <w:start w:w="70" w:type="dxa"/>
              <w:bottom w:w="80" w:type="dxa"/>
              <w:end w:w="70" w:type="dxa"/>
            </w:tcMar>
          </w:tcPr>
          <w:p>
            <w:pPr>
              <w:spacing w:after="0"/>
              <w:jc w:val="center"/>
            </w:pPr>
            <w:r>
              <w:rPr>
                <w:rFonts w:ascii="Arial" w:hAnsi="Arial" w:eastAsia="Arial"/>
              </w:rPr>
            </w:r>
            <w:r>
              <w:rPr>
                <w:rFonts w:ascii="Arial" w:hAnsi="Arial" w:eastAsia="Arial"/>
                <w:b/>
                <w:color w:val="FFFFFF"/>
                <w:sz w:val="16"/>
              </w:rPr>
              <w:t>Gợi ý cụ thể</w:t>
            </w:r>
          </w:p>
        </w:tc>
      </w:tr>
      <w:tr>
        <w:tc>
          <w:tcPr>
            <w:tcW w:type="dxa" w:w="2381"/>
            <w:tcMar>
              <w:top w:w="70" w:type="dxa"/>
              <w:start w:w="65" w:type="dxa"/>
              <w:bottom w:w="70" w:type="dxa"/>
              <w:end w:w="65" w:type="dxa"/>
            </w:tcMar>
            <w:vAlign w:val="top"/>
          </w:tcPr>
          <w:p>
            <w:pPr>
              <w:spacing w:after="0"/>
            </w:pPr>
            <w:r>
              <w:rPr>
                <w:rFonts w:ascii="Arial" w:hAnsi="Arial" w:eastAsia="Arial"/>
              </w:rPr>
            </w:r>
            <w:r>
              <w:rPr>
                <w:rFonts w:ascii="Arial" w:hAnsi="Arial" w:eastAsia="Arial"/>
                <w:b w:val="0"/>
                <w:sz w:val="16"/>
              </w:rPr>
              <w:t>Loại công trình</w:t>
            </w:r>
          </w:p>
        </w:tc>
        <w:tc>
          <w:tcPr>
            <w:tcW w:type="dxa" w:w="6406"/>
            <w:tcMar>
              <w:top w:w="70" w:type="dxa"/>
              <w:start w:w="65" w:type="dxa"/>
              <w:bottom w:w="70" w:type="dxa"/>
              <w:end w:w="65" w:type="dxa"/>
            </w:tcMar>
            <w:vAlign w:val="top"/>
          </w:tcPr>
          <w:p>
            <w:pPr>
              <w:spacing w:after="0"/>
            </w:pPr>
            <w:r>
              <w:rPr>
                <w:rFonts w:ascii="Arial" w:hAnsi="Arial" w:eastAsia="Arial"/>
              </w:rPr>
            </w:r>
            <w:r>
              <w:rPr>
                <w:rFonts w:ascii="Arial" w:hAnsi="Arial" w:eastAsia="Arial"/>
                <w:b w:val="0"/>
                <w:sz w:val="16"/>
              </w:rPr>
              <w:t>Căn hộ, nhà phố, biệt thự, văn phòng, showroom, cafe, spa, mặt bằng kinh doanh...</w:t>
            </w:r>
          </w:p>
        </w:tc>
      </w:tr>
      <w:tr>
        <w:tc>
          <w:tcPr>
            <w:tcW w:type="dxa" w:w="2381"/>
            <w:tcMar>
              <w:top w:w="70" w:type="dxa"/>
              <w:start w:w="65" w:type="dxa"/>
              <w:bottom w:w="70" w:type="dxa"/>
              <w:end w:w="65" w:type="dxa"/>
            </w:tcMar>
            <w:vAlign w:val="top"/>
            <w:shd w:fill="FAF9F6"/>
          </w:tcPr>
          <w:p>
            <w:pPr>
              <w:spacing w:after="0"/>
            </w:pPr>
            <w:r>
              <w:rPr>
                <w:rFonts w:ascii="Arial" w:hAnsi="Arial" w:eastAsia="Arial"/>
              </w:rPr>
            </w:r>
            <w:r>
              <w:rPr>
                <w:rFonts w:ascii="Arial" w:hAnsi="Arial" w:eastAsia="Arial"/>
                <w:b w:val="0"/>
                <w:sz w:val="16"/>
              </w:rPr>
              <w:t>Diện tích &amp; địa điểm</w:t>
            </w:r>
          </w:p>
        </w:tc>
        <w:tc>
          <w:tcPr>
            <w:tcW w:type="dxa" w:w="6406"/>
            <w:tcMar>
              <w:top w:w="70" w:type="dxa"/>
              <w:start w:w="65" w:type="dxa"/>
              <w:bottom w:w="70" w:type="dxa"/>
              <w:end w:w="65" w:type="dxa"/>
            </w:tcMar>
            <w:vAlign w:val="top"/>
            <w:shd w:fill="FAF9F6"/>
          </w:tcPr>
          <w:p>
            <w:pPr>
              <w:spacing w:after="0"/>
            </w:pPr>
            <w:r>
              <w:rPr>
                <w:rFonts w:ascii="Arial" w:hAnsi="Arial" w:eastAsia="Arial"/>
              </w:rPr>
            </w:r>
            <w:r>
              <w:rPr>
                <w:rFonts w:ascii="Arial" w:hAnsi="Arial" w:eastAsia="Arial"/>
                <w:b w:val="0"/>
                <w:sz w:val="16"/>
              </w:rPr>
              <w:t>Diện tích khoảng bao nhiêu, ở khu vực nào, nhà mới/cũ/bàn giao thô/đang ở/đang kinh doanh.</w:t>
            </w:r>
          </w:p>
        </w:tc>
      </w:tr>
      <w:tr>
        <w:tc>
          <w:tcPr>
            <w:tcW w:type="dxa" w:w="2381"/>
            <w:tcMar>
              <w:top w:w="70" w:type="dxa"/>
              <w:start w:w="65" w:type="dxa"/>
              <w:bottom w:w="70" w:type="dxa"/>
              <w:end w:w="65" w:type="dxa"/>
            </w:tcMar>
            <w:vAlign w:val="top"/>
          </w:tcPr>
          <w:p>
            <w:pPr>
              <w:spacing w:after="0"/>
            </w:pPr>
            <w:r>
              <w:rPr>
                <w:rFonts w:ascii="Arial" w:hAnsi="Arial" w:eastAsia="Arial"/>
              </w:rPr>
            </w:r>
            <w:r>
              <w:rPr>
                <w:rFonts w:ascii="Arial" w:hAnsi="Arial" w:eastAsia="Arial"/>
                <w:b w:val="0"/>
                <w:sz w:val="16"/>
              </w:rPr>
              <w:t>Ảnh/video hiện trạng</w:t>
            </w:r>
          </w:p>
        </w:tc>
        <w:tc>
          <w:tcPr>
            <w:tcW w:type="dxa" w:w="6406"/>
            <w:tcMar>
              <w:top w:w="70" w:type="dxa"/>
              <w:start w:w="65" w:type="dxa"/>
              <w:bottom w:w="70" w:type="dxa"/>
              <w:end w:w="65" w:type="dxa"/>
            </w:tcMar>
            <w:vAlign w:val="top"/>
          </w:tcPr>
          <w:p>
            <w:pPr>
              <w:spacing w:after="0"/>
            </w:pPr>
            <w:r>
              <w:rPr>
                <w:rFonts w:ascii="Arial" w:hAnsi="Arial" w:eastAsia="Arial"/>
              </w:rPr>
            </w:r>
            <w:r>
              <w:rPr>
                <w:rFonts w:ascii="Arial" w:hAnsi="Arial" w:eastAsia="Arial"/>
                <w:b w:val="0"/>
                <w:sz w:val="16"/>
              </w:rPr>
              <w:t>5–20 ảnh hoặc video ngắn đi từ cửa vào các khu vực chính, kèm ảnh các điểm khó chịu.</w:t>
            </w:r>
          </w:p>
        </w:tc>
      </w:tr>
      <w:tr>
        <w:tc>
          <w:tcPr>
            <w:tcW w:type="dxa" w:w="2381"/>
            <w:tcMar>
              <w:top w:w="70" w:type="dxa"/>
              <w:start w:w="65" w:type="dxa"/>
              <w:bottom w:w="70" w:type="dxa"/>
              <w:end w:w="65" w:type="dxa"/>
            </w:tcMar>
            <w:vAlign w:val="top"/>
            <w:shd w:fill="FAF9F6"/>
          </w:tcPr>
          <w:p>
            <w:pPr>
              <w:spacing w:after="0"/>
            </w:pPr>
            <w:r>
              <w:rPr>
                <w:rFonts w:ascii="Arial" w:hAnsi="Arial" w:eastAsia="Arial"/>
              </w:rPr>
            </w:r>
            <w:r>
              <w:rPr>
                <w:rFonts w:ascii="Arial" w:hAnsi="Arial" w:eastAsia="Arial"/>
                <w:b w:val="0"/>
                <w:sz w:val="16"/>
              </w:rPr>
              <w:t>Mặt bằng/bản vẽ nếu có</w:t>
            </w:r>
          </w:p>
        </w:tc>
        <w:tc>
          <w:tcPr>
            <w:tcW w:type="dxa" w:w="6406"/>
            <w:tcMar>
              <w:top w:w="70" w:type="dxa"/>
              <w:start w:w="65" w:type="dxa"/>
              <w:bottom w:w="70" w:type="dxa"/>
              <w:end w:w="65" w:type="dxa"/>
            </w:tcMar>
            <w:vAlign w:val="top"/>
            <w:shd w:fill="FAF9F6"/>
          </w:tcPr>
          <w:p>
            <w:pPr>
              <w:spacing w:after="0"/>
            </w:pPr>
            <w:r>
              <w:rPr>
                <w:rFonts w:ascii="Arial" w:hAnsi="Arial" w:eastAsia="Arial"/>
              </w:rPr>
            </w:r>
            <w:r>
              <w:rPr>
                <w:rFonts w:ascii="Arial" w:hAnsi="Arial" w:eastAsia="Arial"/>
                <w:b w:val="0"/>
                <w:sz w:val="16"/>
              </w:rPr>
              <w:t>Mặt bằng chủ đầu tư, bản vẽ hiện trạng, bản vẽ thiết kế cũ, báo giá đã nhận.</w:t>
            </w:r>
          </w:p>
        </w:tc>
      </w:tr>
      <w:tr>
        <w:tc>
          <w:tcPr>
            <w:tcW w:type="dxa" w:w="2381"/>
            <w:tcMar>
              <w:top w:w="70" w:type="dxa"/>
              <w:start w:w="65" w:type="dxa"/>
              <w:bottom w:w="70" w:type="dxa"/>
              <w:end w:w="65" w:type="dxa"/>
            </w:tcMar>
            <w:vAlign w:val="top"/>
          </w:tcPr>
          <w:p>
            <w:pPr>
              <w:spacing w:after="0"/>
            </w:pPr>
            <w:r>
              <w:rPr>
                <w:rFonts w:ascii="Arial" w:hAnsi="Arial" w:eastAsia="Arial"/>
              </w:rPr>
            </w:r>
            <w:r>
              <w:rPr>
                <w:rFonts w:ascii="Arial" w:hAnsi="Arial" w:eastAsia="Arial"/>
                <w:b w:val="0"/>
                <w:sz w:val="16"/>
              </w:rPr>
              <w:t>Mong muốn chính</w:t>
            </w:r>
          </w:p>
        </w:tc>
        <w:tc>
          <w:tcPr>
            <w:tcW w:type="dxa" w:w="6406"/>
            <w:tcMar>
              <w:top w:w="70" w:type="dxa"/>
              <w:start w:w="65" w:type="dxa"/>
              <w:bottom w:w="70" w:type="dxa"/>
              <w:end w:w="65" w:type="dxa"/>
            </w:tcMar>
            <w:vAlign w:val="top"/>
          </w:tcPr>
          <w:p>
            <w:pPr>
              <w:spacing w:after="0"/>
            </w:pPr>
            <w:r>
              <w:rPr>
                <w:rFonts w:ascii="Arial" w:hAnsi="Arial" w:eastAsia="Arial"/>
              </w:rPr>
            </w:r>
            <w:r>
              <w:rPr>
                <w:rFonts w:ascii="Arial" w:hAnsi="Arial" w:eastAsia="Arial"/>
                <w:b w:val="0"/>
                <w:sz w:val="16"/>
              </w:rPr>
              <w:t>Đẹp hơn, tiện hơn, sang hơn, thêm phòng, sửa bếp, giảm mùi, thêm kho, mở showroom, kiểm tra báo giá...</w:t>
            </w:r>
          </w:p>
        </w:tc>
      </w:tr>
      <w:tr>
        <w:tc>
          <w:tcPr>
            <w:tcW w:type="dxa" w:w="2381"/>
            <w:tcMar>
              <w:top w:w="70" w:type="dxa"/>
              <w:start w:w="65" w:type="dxa"/>
              <w:bottom w:w="70" w:type="dxa"/>
              <w:end w:w="65" w:type="dxa"/>
            </w:tcMar>
            <w:vAlign w:val="top"/>
            <w:shd w:fill="FAF9F6"/>
          </w:tcPr>
          <w:p>
            <w:pPr>
              <w:spacing w:after="0"/>
            </w:pPr>
            <w:r>
              <w:rPr>
                <w:rFonts w:ascii="Arial" w:hAnsi="Arial" w:eastAsia="Arial"/>
              </w:rPr>
            </w:r>
            <w:r>
              <w:rPr>
                <w:rFonts w:ascii="Arial" w:hAnsi="Arial" w:eastAsia="Arial"/>
                <w:b w:val="0"/>
                <w:sz w:val="16"/>
              </w:rPr>
              <w:t>Ngân sách dự kiến</w:t>
            </w:r>
          </w:p>
        </w:tc>
        <w:tc>
          <w:tcPr>
            <w:tcW w:type="dxa" w:w="6406"/>
            <w:tcMar>
              <w:top w:w="70" w:type="dxa"/>
              <w:start w:w="65" w:type="dxa"/>
              <w:bottom w:w="70" w:type="dxa"/>
              <w:end w:w="65" w:type="dxa"/>
            </w:tcMar>
            <w:vAlign w:val="top"/>
            <w:shd w:fill="FAF9F6"/>
          </w:tcPr>
          <w:p>
            <w:pPr>
              <w:spacing w:after="0"/>
            </w:pPr>
            <w:r>
              <w:rPr>
                <w:rFonts w:ascii="Arial" w:hAnsi="Arial" w:eastAsia="Arial"/>
              </w:rPr>
            </w:r>
            <w:r>
              <w:rPr>
                <w:rFonts w:ascii="Arial" w:hAnsi="Arial" w:eastAsia="Arial"/>
                <w:b w:val="0"/>
                <w:sz w:val="16"/>
              </w:rPr>
              <w:t>Có thể nói theo khoảng: tiết kiệm, trung bình khá, cao cấp, hoặc cần ARCOVA chia nhiều kịch bản.</w:t>
            </w:r>
          </w:p>
        </w:tc>
      </w:tr>
      <w:tr>
        <w:tc>
          <w:tcPr>
            <w:tcW w:type="dxa" w:w="2381"/>
            <w:tcMar>
              <w:top w:w="70" w:type="dxa"/>
              <w:start w:w="65" w:type="dxa"/>
              <w:bottom w:w="70" w:type="dxa"/>
              <w:end w:w="65" w:type="dxa"/>
            </w:tcMar>
            <w:vAlign w:val="top"/>
          </w:tcPr>
          <w:p>
            <w:pPr>
              <w:spacing w:after="0"/>
            </w:pPr>
            <w:r>
              <w:rPr>
                <w:rFonts w:ascii="Arial" w:hAnsi="Arial" w:eastAsia="Arial"/>
              </w:rPr>
            </w:r>
            <w:r>
              <w:rPr>
                <w:rFonts w:ascii="Arial" w:hAnsi="Arial" w:eastAsia="Arial"/>
                <w:b w:val="0"/>
                <w:sz w:val="16"/>
              </w:rPr>
              <w:t>Thời gian mong muốn</w:t>
            </w:r>
          </w:p>
        </w:tc>
        <w:tc>
          <w:tcPr>
            <w:tcW w:type="dxa" w:w="6406"/>
            <w:tcMar>
              <w:top w:w="70" w:type="dxa"/>
              <w:start w:w="65" w:type="dxa"/>
              <w:bottom w:w="70" w:type="dxa"/>
              <w:end w:w="65" w:type="dxa"/>
            </w:tcMar>
            <w:vAlign w:val="top"/>
          </w:tcPr>
          <w:p>
            <w:pPr>
              <w:spacing w:after="0"/>
            </w:pPr>
            <w:r>
              <w:rPr>
                <w:rFonts w:ascii="Arial" w:hAnsi="Arial" w:eastAsia="Arial"/>
              </w:rPr>
            </w:r>
            <w:r>
              <w:rPr>
                <w:rFonts w:ascii="Arial" w:hAnsi="Arial" w:eastAsia="Arial"/>
                <w:b w:val="0"/>
                <w:sz w:val="16"/>
              </w:rPr>
              <w:t>Khi nào cần bắt đầu, khi nào cần hoàn thành, có ràng buộc tòa nhà/khai trương/nhập trạch không.</w:t>
            </w:r>
          </w:p>
        </w:tc>
      </w:tr>
      <w:tr>
        <w:tc>
          <w:tcPr>
            <w:tcW w:type="dxa" w:w="2381"/>
            <w:tcMar>
              <w:top w:w="70" w:type="dxa"/>
              <w:start w:w="65" w:type="dxa"/>
              <w:bottom w:w="70" w:type="dxa"/>
              <w:end w:w="65" w:type="dxa"/>
            </w:tcMar>
            <w:vAlign w:val="top"/>
            <w:shd w:fill="FAF9F6"/>
          </w:tcPr>
          <w:p>
            <w:pPr>
              <w:spacing w:after="0"/>
            </w:pPr>
            <w:r>
              <w:rPr>
                <w:rFonts w:ascii="Arial" w:hAnsi="Arial" w:eastAsia="Arial"/>
              </w:rPr>
            </w:r>
            <w:r>
              <w:rPr>
                <w:rFonts w:ascii="Arial" w:hAnsi="Arial" w:eastAsia="Arial"/>
                <w:b w:val="0"/>
                <w:sz w:val="16"/>
              </w:rPr>
              <w:t>Mức hỗ trợ cần ARCOVA</w:t>
            </w:r>
          </w:p>
        </w:tc>
        <w:tc>
          <w:tcPr>
            <w:tcW w:type="dxa" w:w="6406"/>
            <w:tcMar>
              <w:top w:w="70" w:type="dxa"/>
              <w:start w:w="65" w:type="dxa"/>
              <w:bottom w:w="70" w:type="dxa"/>
              <w:end w:w="65" w:type="dxa"/>
            </w:tcMar>
            <w:vAlign w:val="top"/>
            <w:shd w:fill="FAF9F6"/>
          </w:tcPr>
          <w:p>
            <w:pPr>
              <w:spacing w:after="0"/>
            </w:pPr>
            <w:r>
              <w:rPr>
                <w:rFonts w:ascii="Arial" w:hAnsi="Arial" w:eastAsia="Arial"/>
              </w:rPr>
            </w:r>
            <w:r>
              <w:rPr>
                <w:rFonts w:ascii="Arial" w:hAnsi="Arial" w:eastAsia="Arial"/>
                <w:b w:val="0"/>
                <w:sz w:val="16"/>
              </w:rPr>
              <w:t>Tư vấn một buổi, rà báo giá, khảo sát, chọn thầu, đi showroom, nghiệm thu, hay đại diện khách hàng sâu.</w:t>
            </w:r>
          </w:p>
        </w:tc>
      </w:tr>
    </w:tbl>
    <w:tbl>
      <w:tblPr>
        <w:tblW w:type="auto" w:w="0"/>
        <w:jc w:val="center"/>
        <w:tblLook w:firstColumn="1" w:firstRow="1" w:lastColumn="0" w:lastRow="0" w:noHBand="0" w:noVBand="1" w:val="04A0"/>
        <w:tblBorders>
          <w:top w:val="single" w:sz="5" w:space="0" w:color="E7D2A5"/>
          <w:left w:val="single" w:sz="5" w:space="0" w:color="E7D2A5"/>
          <w:bottom w:val="single" w:sz="5" w:space="0" w:color="E7D2A5"/>
          <w:right w:val="single" w:sz="5" w:space="0" w:color="E7D2A5"/>
          <w:insideH w:val="single" w:sz="5" w:space="0" w:color="E7D2A5"/>
          <w:insideV w:val="single" w:sz="5" w:space="0" w:color="E7D2A5"/>
        </w:tblBorders>
      </w:tblPr>
      <w:tblGrid>
        <w:gridCol w:w="10370"/>
      </w:tblGrid>
      <w:tr>
        <w:tc>
          <w:tcPr>
            <w:tcW w:type="dxa" w:w="10370"/>
            <w:shd w:fill="2F3338"/>
            <w:tcMar>
              <w:top w:w="170" w:type="dxa"/>
              <w:start w:w="180" w:type="dxa"/>
              <w:bottom w:w="170" w:type="dxa"/>
              <w:end w:w="180" w:type="dxa"/>
            </w:tcMar>
          </w:tcPr>
          <w:p>
            <w:pPr>
              <w:spacing w:after="80"/>
              <w:jc w:val="center"/>
            </w:pPr>
            <w:r>
              <w:rPr>
                <w:rFonts w:ascii="Arial" w:hAnsi="Arial" w:eastAsia="Arial"/>
                <w:b w:val="0"/>
                <w:i/>
                <w:color w:val="FFFFFF"/>
                <w:sz w:val="24"/>
              </w:rPr>
              <w:t>Chỉ cần bắt đầu bằng một cuộc trò chuyện đúng câu hỏi. Phần còn lại ARCOVA sẽ giúp anh/chị chia nhỏ thành lộ trình dễ kiểm soát.</w:t>
            </w:r>
          </w:p>
          <w:p>
            <w:pPr>
              <w:jc w:val="center"/>
            </w:pPr>
            <w:r>
              <w:rPr>
                <w:rFonts w:ascii="Arial" w:hAnsi="Arial" w:eastAsia="Arial"/>
                <w:b w:val="0"/>
                <w:i w:val="0"/>
                <w:color w:val="A77C31"/>
                <w:sz w:val="18"/>
              </w:rPr>
              <w:t>ARCOVA</w:t>
            </w:r>
          </w:p>
        </w:tc>
      </w:tr>
    </w:tbl>
    <w:p>
      <w:pPr>
        <w:pStyle w:val="Heading1"/>
        <w:spacing w:before="240" w:after="120"/>
        <w:pBdr>
          <w:bottom w:val="single" w:sz="12" w:space="4" w:color="C8A96A"/>
        </w:pBdr>
      </w:pPr>
      <w:r>
        <w:rPr>
          <w:rFonts w:ascii="Arial" w:hAnsi="Arial" w:eastAsia="Arial"/>
          <w:b/>
          <w:i w:val="0"/>
          <w:color w:val="2F3338"/>
          <w:sz w:val="32"/>
        </w:rPr>
        <w:t>20. THÔNG TIN LIÊN HỆ</w:t>
      </w:r>
    </w:p>
    <w:tbl>
      <w:tblPr>
        <w:tblW w:type="auto" w:w="0"/>
        <w:jc w:val="center"/>
        <w:tblLook w:firstColumn="1" w:firstRow="1" w:lastColumn="0" w:lastRow="0" w:noHBand="0" w:noVBand="1" w:val="04A0"/>
        <w:tblBorders>
          <w:top w:val="single" w:sz="5" w:space="0" w:color="E7D2A5"/>
          <w:left w:val="single" w:sz="5" w:space="0" w:color="E7D2A5"/>
          <w:bottom w:val="single" w:sz="5" w:space="0" w:color="E7D2A5"/>
          <w:right w:val="single" w:sz="5" w:space="0" w:color="E7D2A5"/>
          <w:insideH w:val="single" w:sz="5" w:space="0" w:color="E7D2A5"/>
          <w:insideV w:val="single" w:sz="5" w:space="0" w:color="E7D2A5"/>
        </w:tblBorders>
      </w:tblPr>
      <w:tblGrid>
        <w:gridCol w:w="10370"/>
      </w:tblGrid>
      <w:tr>
        <w:tc>
          <w:tcPr>
            <w:tcW w:type="dxa" w:w="10370"/>
            <w:shd w:fill="F2EEE7"/>
            <w:tcMar>
              <w:top w:w="130" w:type="dxa"/>
              <w:start w:w="160" w:type="dxa"/>
              <w:bottom w:w="130" w:type="dxa"/>
              <w:end w:w="160" w:type="dxa"/>
            </w:tcMar>
          </w:tcPr>
          <w:p>
            <w:pPr>
              <w:spacing w:after="60"/>
            </w:pPr>
            <w:r>
              <w:rPr>
                <w:rFonts w:ascii="Arial" w:hAnsi="Arial" w:eastAsia="Arial"/>
                <w:b/>
                <w:i w:val="0"/>
                <w:color w:val="2F3338"/>
                <w:sz w:val="20"/>
              </w:rPr>
              <w:t>Đặt lịch tư vấn ARCOVA</w:t>
            </w:r>
          </w:p>
          <w:p>
            <w:pPr>
              <w:spacing w:after="0" w:line="259" w:lineRule="auto"/>
            </w:pPr>
            <w:r>
              <w:rPr>
                <w:rFonts w:ascii="Arial" w:hAnsi="Arial" w:eastAsia="Arial"/>
                <w:b w:val="0"/>
                <w:i w:val="0"/>
                <w:color w:val="222222"/>
                <w:sz w:val="18"/>
              </w:rPr>
              <w:t>Anh/chị gửi cho ARCOVA: loại công trình, diện tích, khu vực, ảnh/video hiện trạng, mặt bằng nếu có và vấn đề đang muốn giải quyết. ARCOVA sẽ phản hồi bằng gói tư vấn phù hợp nhất để bắt đầu, không ép khách ký trọn gói khi chưa cần.</w:t>
            </w:r>
          </w:p>
        </w:tc>
      </w:tr>
    </w:tbl>
    <w:tbl>
      <w:tblPr>
        <w:tblStyle w:val="TableGrid"/>
        <w:tblW w:type="auto" w:w="0"/>
        <w:jc w:val="center"/>
        <w:tblLook w:firstColumn="1" w:firstRow="1" w:lastColumn="0" w:lastRow="0" w:noHBand="0" w:noVBand="1" w:val="04A0"/>
        <w:tblBorders>
          <w:top w:val="single" w:sz="5" w:space="0" w:color="E7D2A5"/>
          <w:left w:val="single" w:sz="5" w:space="0" w:color="E7D2A5"/>
          <w:bottom w:val="single" w:sz="5" w:space="0" w:color="E7D2A5"/>
          <w:right w:val="single" w:sz="5" w:space="0" w:color="E7D2A5"/>
          <w:insideH w:val="single" w:sz="5" w:space="0" w:color="E7D2A5"/>
          <w:insideV w:val="single" w:sz="5" w:space="0" w:color="E7D2A5"/>
        </w:tblBorders>
      </w:tblPr>
      <w:tblGrid>
        <w:gridCol w:w="5185"/>
        <w:gridCol w:w="5185"/>
      </w:tblGrid>
      <w:tr>
        <w:tc>
          <w:tcPr>
            <w:tcW w:type="dxa" w:w="2438"/>
            <w:tcMar>
              <w:top w:w="85" w:type="dxa"/>
              <w:start w:w="80" w:type="dxa"/>
              <w:bottom w:w="85" w:type="dxa"/>
              <w:end w:w="80" w:type="dxa"/>
            </w:tcMar>
            <w:vAlign w:val="center"/>
            <w:shd w:fill="F2EEE7"/>
          </w:tcPr>
          <w:p>
            <w:pPr>
              <w:spacing w:after="0"/>
            </w:pPr>
            <w:r>
              <w:rPr>
                <w:rFonts w:ascii="Arial" w:hAnsi="Arial" w:eastAsia="Arial"/>
              </w:rPr>
            </w:r>
            <w:r>
              <w:rPr>
                <w:rFonts w:ascii="Arial" w:hAnsi="Arial" w:eastAsia="Arial"/>
                <w:b/>
                <w:color w:val="2F3338"/>
                <w:sz w:val="17"/>
              </w:rPr>
              <w:t>Thương hiệu</w:t>
            </w:r>
          </w:p>
        </w:tc>
        <w:tc>
          <w:tcPr>
            <w:tcW w:type="dxa" w:w="6293"/>
            <w:tcMar>
              <w:top w:w="85" w:type="dxa"/>
              <w:start w:w="80" w:type="dxa"/>
              <w:bottom w:w="85" w:type="dxa"/>
              <w:end w:w="80" w:type="dxa"/>
            </w:tcMar>
            <w:vAlign w:val="center"/>
          </w:tcPr>
          <w:p>
            <w:pPr>
              <w:spacing w:after="0"/>
            </w:pPr>
            <w:r>
              <w:rPr>
                <w:rFonts w:ascii="Arial" w:hAnsi="Arial" w:eastAsia="Arial"/>
              </w:rPr>
            </w:r>
            <w:r>
              <w:rPr>
                <w:rFonts w:ascii="Arial" w:hAnsi="Arial" w:eastAsia="Arial"/>
                <w:b w:val="0"/>
                <w:sz w:val="17"/>
              </w:rPr>
              <w:t>ARCOVA</w:t>
            </w:r>
          </w:p>
        </w:tc>
      </w:tr>
      <w:tr>
        <w:tc>
          <w:tcPr>
            <w:tcW w:type="dxa" w:w="2438"/>
            <w:tcMar>
              <w:top w:w="85" w:type="dxa"/>
              <w:start w:w="80" w:type="dxa"/>
              <w:bottom w:w="85" w:type="dxa"/>
              <w:end w:w="80" w:type="dxa"/>
            </w:tcMar>
            <w:vAlign w:val="center"/>
            <w:shd w:fill="F2EEE7"/>
          </w:tcPr>
          <w:p>
            <w:pPr>
              <w:spacing w:after="0"/>
            </w:pPr>
            <w:r>
              <w:rPr>
                <w:rFonts w:ascii="Arial" w:hAnsi="Arial" w:eastAsia="Arial"/>
              </w:rPr>
            </w:r>
            <w:r>
              <w:rPr>
                <w:rFonts w:ascii="Arial" w:hAnsi="Arial" w:eastAsia="Arial"/>
                <w:b/>
                <w:color w:val="2F3338"/>
                <w:sz w:val="17"/>
              </w:rPr>
              <w:t>Website</w:t>
            </w:r>
          </w:p>
        </w:tc>
        <w:tc>
          <w:tcPr>
            <w:tcW w:type="dxa" w:w="6293"/>
            <w:tcMar>
              <w:top w:w="85" w:type="dxa"/>
              <w:start w:w="80" w:type="dxa"/>
              <w:bottom w:w="85" w:type="dxa"/>
              <w:end w:w="80" w:type="dxa"/>
            </w:tcMar>
            <w:vAlign w:val="center"/>
          </w:tcPr>
          <w:p>
            <w:pPr>
              <w:spacing w:after="0"/>
            </w:pPr>
            <w:r>
              <w:rPr>
                <w:rFonts w:ascii="Arial" w:hAnsi="Arial" w:eastAsia="Arial"/>
              </w:rPr>
            </w:r>
            <w:r>
              <w:rPr>
                <w:rFonts w:ascii="Arial" w:hAnsi="Arial" w:eastAsia="Arial"/>
                <w:b w:val="0"/>
                <w:sz w:val="17"/>
              </w:rPr>
              <w:t>arcova.uk</w:t>
            </w:r>
          </w:p>
        </w:tc>
      </w:tr>
      <w:tr>
        <w:tc>
          <w:tcPr>
            <w:tcW w:type="dxa" w:w="2438"/>
            <w:tcMar>
              <w:top w:w="85" w:type="dxa"/>
              <w:start w:w="80" w:type="dxa"/>
              <w:bottom w:w="85" w:type="dxa"/>
              <w:end w:w="80" w:type="dxa"/>
            </w:tcMar>
            <w:vAlign w:val="center"/>
            <w:shd w:fill="F2EEE7"/>
          </w:tcPr>
          <w:p>
            <w:pPr>
              <w:spacing w:after="0"/>
            </w:pPr>
            <w:r>
              <w:rPr>
                <w:rFonts w:ascii="Arial" w:hAnsi="Arial" w:eastAsia="Arial"/>
              </w:rPr>
            </w:r>
            <w:r>
              <w:rPr>
                <w:rFonts w:ascii="Arial" w:hAnsi="Arial" w:eastAsia="Arial"/>
                <w:b/>
                <w:color w:val="2F3338"/>
                <w:sz w:val="17"/>
              </w:rPr>
              <w:t>Email</w:t>
            </w:r>
          </w:p>
        </w:tc>
        <w:tc>
          <w:tcPr>
            <w:tcW w:type="dxa" w:w="6293"/>
            <w:tcMar>
              <w:top w:w="85" w:type="dxa"/>
              <w:start w:w="80" w:type="dxa"/>
              <w:bottom w:w="85" w:type="dxa"/>
              <w:end w:w="80" w:type="dxa"/>
            </w:tcMar>
            <w:vAlign w:val="center"/>
          </w:tcPr>
          <w:p>
            <w:pPr>
              <w:spacing w:after="0"/>
            </w:pPr>
            <w:r>
              <w:rPr>
                <w:rFonts w:ascii="Arial" w:hAnsi="Arial" w:eastAsia="Arial"/>
              </w:rPr>
            </w:r>
            <w:r>
              <w:rPr>
                <w:rFonts w:ascii="Arial" w:hAnsi="Arial" w:eastAsia="Arial"/>
                <w:b w:val="0"/>
                <w:sz w:val="17"/>
              </w:rPr>
              <w:t>Arcova.vn@gmail.com</w:t>
            </w:r>
          </w:p>
        </w:tc>
      </w:tr>
      <w:tr>
        <w:tc>
          <w:tcPr>
            <w:tcW w:type="dxa" w:w="2438"/>
            <w:tcMar>
              <w:top w:w="85" w:type="dxa"/>
              <w:start w:w="80" w:type="dxa"/>
              <w:bottom w:w="85" w:type="dxa"/>
              <w:end w:w="80" w:type="dxa"/>
            </w:tcMar>
            <w:vAlign w:val="center"/>
            <w:shd w:fill="F2EEE7"/>
          </w:tcPr>
          <w:p>
            <w:pPr>
              <w:spacing w:after="0"/>
            </w:pPr>
            <w:r>
              <w:rPr>
                <w:rFonts w:ascii="Arial" w:hAnsi="Arial" w:eastAsia="Arial"/>
              </w:rPr>
            </w:r>
            <w:r>
              <w:rPr>
                <w:rFonts w:ascii="Arial" w:hAnsi="Arial" w:eastAsia="Arial"/>
                <w:b/>
                <w:color w:val="2F3338"/>
                <w:sz w:val="17"/>
              </w:rPr>
              <w:t>Điện thoại/Zalo</w:t>
            </w:r>
          </w:p>
        </w:tc>
        <w:tc>
          <w:tcPr>
            <w:tcW w:type="dxa" w:w="6293"/>
            <w:tcMar>
              <w:top w:w="85" w:type="dxa"/>
              <w:start w:w="80" w:type="dxa"/>
              <w:bottom w:w="85" w:type="dxa"/>
              <w:end w:w="80" w:type="dxa"/>
            </w:tcMar>
            <w:vAlign w:val="center"/>
          </w:tcPr>
          <w:p>
            <w:pPr>
              <w:spacing w:after="0"/>
            </w:pPr>
            <w:r>
              <w:rPr>
                <w:rFonts w:ascii="Arial" w:hAnsi="Arial" w:eastAsia="Arial"/>
              </w:rPr>
            </w:r>
            <w:r>
              <w:rPr>
                <w:rFonts w:ascii="Arial" w:hAnsi="Arial" w:eastAsia="Arial"/>
                <w:b w:val="0"/>
                <w:sz w:val="17"/>
              </w:rPr>
              <w:t>Hồ Nhật Tân: 0983 118 509 | A Cường: 0982 136 210</w:t>
            </w:r>
          </w:p>
        </w:tc>
      </w:tr>
      <w:tr>
        <w:tc>
          <w:tcPr>
            <w:tcW w:type="dxa" w:w="2438"/>
            <w:tcMar>
              <w:top w:w="85" w:type="dxa"/>
              <w:start w:w="80" w:type="dxa"/>
              <w:bottom w:w="85" w:type="dxa"/>
              <w:end w:w="80" w:type="dxa"/>
            </w:tcMar>
            <w:vAlign w:val="center"/>
            <w:shd w:fill="F2EEE7"/>
          </w:tcPr>
          <w:p>
            <w:pPr>
              <w:spacing w:after="0"/>
            </w:pPr>
            <w:r>
              <w:rPr>
                <w:rFonts w:ascii="Arial" w:hAnsi="Arial" w:eastAsia="Arial"/>
              </w:rPr>
            </w:r>
            <w:r>
              <w:rPr>
                <w:rFonts w:ascii="Arial" w:hAnsi="Arial" w:eastAsia="Arial"/>
                <w:b/>
                <w:color w:val="2F3338"/>
                <w:sz w:val="17"/>
              </w:rPr>
              <w:t>Địa chỉ giao dịch chính</w:t>
            </w:r>
          </w:p>
        </w:tc>
        <w:tc>
          <w:tcPr>
            <w:tcW w:type="dxa" w:w="6293"/>
            <w:tcMar>
              <w:top w:w="85" w:type="dxa"/>
              <w:start w:w="80" w:type="dxa"/>
              <w:bottom w:w="85" w:type="dxa"/>
              <w:end w:w="80" w:type="dxa"/>
            </w:tcMar>
            <w:vAlign w:val="center"/>
          </w:tcPr>
          <w:p>
            <w:pPr>
              <w:spacing w:after="0"/>
            </w:pPr>
            <w:r>
              <w:rPr>
                <w:rFonts w:ascii="Arial" w:hAnsi="Arial" w:eastAsia="Arial"/>
              </w:rPr>
            </w:r>
            <w:r>
              <w:rPr>
                <w:rFonts w:ascii="Arial" w:hAnsi="Arial" w:eastAsia="Arial"/>
                <w:b w:val="0"/>
                <w:sz w:val="17"/>
              </w:rPr>
              <w:t>Số 11, ngách 80/3 Hoàng Đạo Thành, phường Khương Đình, thành phố Hà Nội. Liên hệ: A Cường - 0982 136 210.</w:t>
            </w:r>
          </w:p>
        </w:tc>
      </w:tr>
      <w:tr>
        <w:tc>
          <w:tcPr>
            <w:tcW w:type="dxa" w:w="2438"/>
            <w:tcMar>
              <w:top w:w="85" w:type="dxa"/>
              <w:start w:w="80" w:type="dxa"/>
              <w:bottom w:w="85" w:type="dxa"/>
              <w:end w:w="80" w:type="dxa"/>
            </w:tcMar>
            <w:vAlign w:val="center"/>
            <w:shd w:fill="F2EEE7"/>
          </w:tcPr>
          <w:p>
            <w:pPr>
              <w:spacing w:after="0"/>
            </w:pPr>
            <w:r>
              <w:rPr>
                <w:rFonts w:ascii="Arial" w:hAnsi="Arial" w:eastAsia="Arial"/>
              </w:rPr>
            </w:r>
            <w:r>
              <w:rPr>
                <w:rFonts w:ascii="Arial" w:hAnsi="Arial" w:eastAsia="Arial"/>
                <w:b/>
                <w:color w:val="2F3338"/>
                <w:sz w:val="17"/>
              </w:rPr>
              <w:t>Địa chỉ giao dịch phụ</w:t>
            </w:r>
          </w:p>
        </w:tc>
        <w:tc>
          <w:tcPr>
            <w:tcW w:type="dxa" w:w="6293"/>
            <w:tcMar>
              <w:top w:w="85" w:type="dxa"/>
              <w:start w:w="80" w:type="dxa"/>
              <w:bottom w:w="85" w:type="dxa"/>
              <w:end w:w="80" w:type="dxa"/>
            </w:tcMar>
            <w:vAlign w:val="center"/>
          </w:tcPr>
          <w:p>
            <w:pPr>
              <w:spacing w:after="0"/>
            </w:pPr>
            <w:r>
              <w:rPr>
                <w:rFonts w:ascii="Arial" w:hAnsi="Arial" w:eastAsia="Arial"/>
              </w:rPr>
            </w:r>
            <w:r>
              <w:rPr>
                <w:rFonts w:ascii="Arial" w:hAnsi="Arial" w:eastAsia="Arial"/>
                <w:b w:val="0"/>
                <w:sz w:val="17"/>
              </w:rPr>
              <w:t>Tầng 5, Tổng công ty 36, số 141 phố Hồ Đắc Di, phường Nam Đồng, quận Đống Đa, thành phố Hà Nội, Việt Nam. Liên hệ: Hồ Nhật Tân - 0983 118 509 - Tầng 4, Phòng Kế hoạch.</w:t>
            </w:r>
          </w:p>
        </w:tc>
      </w:tr>
      <w:tr>
        <w:tc>
          <w:tcPr>
            <w:tcW w:type="dxa" w:w="2438"/>
            <w:tcMar>
              <w:top w:w="85" w:type="dxa"/>
              <w:start w:w="80" w:type="dxa"/>
              <w:bottom w:w="85" w:type="dxa"/>
              <w:end w:w="80" w:type="dxa"/>
            </w:tcMar>
            <w:vAlign w:val="center"/>
            <w:shd w:fill="F2EEE7"/>
          </w:tcPr>
          <w:p>
            <w:pPr>
              <w:spacing w:after="0"/>
            </w:pPr>
            <w:r>
              <w:rPr>
                <w:rFonts w:ascii="Arial" w:hAnsi="Arial" w:eastAsia="Arial"/>
              </w:rPr>
            </w:r>
            <w:r>
              <w:rPr>
                <w:rFonts w:ascii="Arial" w:hAnsi="Arial" w:eastAsia="Arial"/>
                <w:b/>
                <w:color w:val="2F3338"/>
                <w:sz w:val="17"/>
              </w:rPr>
              <w:t>Thông điệp liên hệ</w:t>
            </w:r>
          </w:p>
        </w:tc>
        <w:tc>
          <w:tcPr>
            <w:tcW w:type="dxa" w:w="6293"/>
            <w:tcMar>
              <w:top w:w="85" w:type="dxa"/>
              <w:start w:w="80" w:type="dxa"/>
              <w:bottom w:w="85" w:type="dxa"/>
              <w:end w:w="80" w:type="dxa"/>
            </w:tcMar>
            <w:vAlign w:val="center"/>
          </w:tcPr>
          <w:p>
            <w:pPr>
              <w:spacing w:after="0"/>
            </w:pPr>
            <w:r>
              <w:rPr>
                <w:rFonts w:ascii="Arial" w:hAnsi="Arial" w:eastAsia="Arial"/>
              </w:rPr>
            </w:r>
            <w:r>
              <w:rPr>
                <w:rFonts w:ascii="Arial" w:hAnsi="Arial" w:eastAsia="Arial"/>
                <w:b w:val="0"/>
                <w:sz w:val="17"/>
              </w:rPr>
              <w:t>Gửi ảnh hiện trạng và mong muốn của anh/chị. ARCOVA sẽ giúp xác định nên bắt đầu từ gói nào để đỡ tốn tiền, đỡ sai hướng và dễ kiểm soát hơn.</w:t>
            </w:r>
          </w:p>
        </w:tc>
      </w:tr>
    </w:tbl>
    <w:p>
      <w:pPr>
        <w:pStyle w:val="Heading2"/>
        <w:spacing w:before="160" w:after="80"/>
      </w:pPr>
      <w:r>
        <w:rPr>
          <w:rFonts w:ascii="Arial" w:hAnsi="Arial" w:eastAsia="Arial"/>
          <w:b/>
          <w:i w:val="0"/>
          <w:color w:val="2F3338"/>
          <w:sz w:val="25"/>
        </w:rPr>
        <w:t>Phụ lục: câu chốt nên dùng trong website/profile</w:t>
      </w:r>
    </w:p>
    <w:p>
      <w:pPr>
        <w:pStyle w:val="ListBullet"/>
        <w:spacing w:after="60" w:line="254" w:lineRule="auto"/>
      </w:pPr>
      <w:r>
        <w:rPr>
          <w:rFonts w:ascii="Arial" w:hAnsi="Arial" w:eastAsia="Arial"/>
          <w:b w:val="0"/>
          <w:i w:val="0"/>
          <w:sz w:val="19"/>
        </w:rPr>
        <w:t>Anh/chị đang chuẩn bị làm nhà nhưng chưa biết bắt đầu từ đâu? Hãy gửi mặt bằng và ảnh hiện trạng, ARCOVA sẽ giúp chia lộ trình đầu tiên.</w:t>
      </w:r>
    </w:p>
    <w:p>
      <w:pPr>
        <w:pStyle w:val="ListBullet"/>
        <w:spacing w:after="60" w:line="254" w:lineRule="auto"/>
      </w:pPr>
      <w:r>
        <w:rPr>
          <w:rFonts w:ascii="Arial" w:hAnsi="Arial" w:eastAsia="Arial"/>
          <w:b w:val="0"/>
          <w:i w:val="0"/>
          <w:sz w:val="19"/>
        </w:rPr>
        <w:t>Anh/chị đã có báo giá nhưng chưa chắc đã đủ phạm vi? ARCOVA có gói rà báo giá trước khi ký hợp đồng.</w:t>
      </w:r>
    </w:p>
    <w:p>
      <w:pPr>
        <w:pStyle w:val="ListBullet"/>
        <w:spacing w:after="60" w:line="254" w:lineRule="auto"/>
      </w:pPr>
      <w:r>
        <w:rPr>
          <w:rFonts w:ascii="Arial" w:hAnsi="Arial" w:eastAsia="Arial"/>
          <w:b w:val="0"/>
          <w:i w:val="0"/>
          <w:sz w:val="19"/>
        </w:rPr>
        <w:t>Anh/chị bận và không muốn tự nói chuyện với quá nhiều bên? ARCOVA có thể làm đầu mối đại diện khách hàng theo giai đoạn.</w:t>
      </w:r>
    </w:p>
    <w:p>
      <w:pPr>
        <w:pStyle w:val="ListBullet"/>
        <w:spacing w:after="60" w:line="254" w:lineRule="auto"/>
      </w:pPr>
      <w:r>
        <w:rPr>
          <w:rFonts w:ascii="Arial" w:hAnsi="Arial" w:eastAsia="Arial"/>
          <w:b w:val="0"/>
          <w:i w:val="0"/>
          <w:sz w:val="19"/>
        </w:rPr>
        <w:t>Anh/chị muốn nhà đẹp nhưng sợ phát sinh? Hãy bắt đầu bằng gói khảo sát hiện trạng và lập risk list.</w:t>
      </w:r>
    </w:p>
    <w:p>
      <w:r>
        <w:rPr>
          <w:rFonts w:ascii="Arial" w:hAnsi="Arial" w:eastAsia="Arial"/>
        </w:rPr>
        <w:br w:type="page"/>
      </w:r>
    </w:p>
    <w:tbl>
      <w:tblPr>
        <w:tblW w:type="auto" w:w="0"/>
        <w:jc w:val="center"/>
        <w:tblLook w:firstColumn="1" w:firstRow="1" w:lastColumn="0" w:lastRow="0" w:noHBand="0" w:noVBand="1" w:val="04A0"/>
        <w:tblBorders>
          <w:top w:val="single" w:sz="5" w:space="0" w:color="E7D2A5"/>
          <w:left w:val="single" w:sz="5" w:space="0" w:color="E7D2A5"/>
          <w:bottom w:val="single" w:sz="5" w:space="0" w:color="E7D2A5"/>
          <w:right w:val="single" w:sz="5" w:space="0" w:color="E7D2A5"/>
          <w:insideH w:val="single" w:sz="5" w:space="0" w:color="E7D2A5"/>
          <w:insideV w:val="single" w:sz="5" w:space="0" w:color="E7D2A5"/>
        </w:tblBorders>
      </w:tblPr>
      <w:tblGrid>
        <w:gridCol w:w="10482"/>
      </w:tblGrid>
      <w:tr>
        <w:tc>
          <w:tcPr>
            <w:tcW w:type="dxa" w:w="10482"/>
            <w:shd w:fill="2F3338"/>
            <w:tcMar>
              <w:top w:w="420" w:type="dxa"/>
              <w:start w:w="260" w:type="dxa"/>
              <w:bottom w:w="420" w:type="dxa"/>
              <w:end w:w="260" w:type="dxa"/>
            </w:tcMar>
          </w:tcPr>
          <w:p>
            <w:pPr>
              <w:jc w:val="center"/>
            </w:pPr>
            <w:r>
              <w:rPr>
                <w:rFonts w:ascii="Arial" w:hAnsi="Arial" w:eastAsia="Arial"/>
                <w:b/>
                <w:i w:val="0"/>
                <w:color w:val="FFFFFF"/>
                <w:sz w:val="48"/>
              </w:rPr>
              <w:t>BẢN MỞ RỘNG HỒ SƠ NĂNG LỰC ARCOVA</w:t>
            </w:r>
          </w:p>
          <w:p>
            <w:pPr>
              <w:spacing w:before="200"/>
              <w:jc w:val="center"/>
            </w:pPr>
            <w:r>
              <w:rPr>
                <w:rFonts w:ascii="Arial" w:hAnsi="Arial" w:eastAsia="Arial"/>
                <w:b w:val="0"/>
                <w:i/>
                <w:color w:val="A77C31"/>
                <w:sz w:val="23"/>
              </w:rPr>
              <w:t>Nhiều thông tin hơn để khách hàng hiểu, tin và muốn liên hệ làm nhà ngay</w:t>
            </w:r>
          </w:p>
        </w:tc>
      </w:tr>
    </w:tbl>
    <w:p>
      <w:r>
        <w:rPr>
          <w:rFonts w:ascii="Arial" w:hAnsi="Arial" w:eastAsia="Arial"/>
        </w:rPr>
        <w:br w:type="page"/>
      </w:r>
    </w:p>
    <w:p>
      <w:pPr>
        <w:pStyle w:val="Heading1"/>
        <w:spacing w:before="200" w:after="100"/>
        <w:pBdr>
          <w:bottom w:val="single" w:sz="12" w:space="4" w:color="C8A96A"/>
        </w:pBdr>
      </w:pPr>
      <w:r>
        <w:rPr>
          <w:rFonts w:ascii="Arial" w:hAnsi="Arial" w:eastAsia="Arial"/>
          <w:b/>
          <w:i w:val="0"/>
          <w:color w:val="2F3338"/>
          <w:sz w:val="31"/>
        </w:rPr>
        <w:t>21. TUYÊN NGÔN DỊCH VỤ: ARCOVA ĐỨNG VỀ PHÍA CHỦ NHÀ</w:t>
      </w:r>
    </w:p>
    <w:p>
      <w:pPr>
        <w:spacing w:before="0" w:after="80" w:line="254" w:lineRule="auto"/>
      </w:pPr>
      <w:r>
        <w:rPr>
          <w:rFonts w:ascii="Arial" w:hAnsi="Arial" w:eastAsia="Arial"/>
          <w:b w:val="0"/>
          <w:i w:val="0"/>
          <w:sz w:val="18"/>
        </w:rPr>
        <w:t>ARCOVA không xây dựng hình ảnh như một nhà thầu chỉ đến để “bán thi công”, cũng không chỉ là một studio chỉ bán bản vẽ. Giá trị cốt lõi của ARCOVA nằm ở vị trí trung gian có trách nhiệm: đứng về phía chủ nhà để tổ chức, kiểm soát, kết nối và làm rõ các quyết định trong suốt hành trình làm nhà.</w:t>
      </w:r>
    </w:p>
    <w:p>
      <w:pPr>
        <w:spacing w:before="0" w:after="80" w:line="254" w:lineRule="auto"/>
      </w:pPr>
      <w:r>
        <w:rPr>
          <w:rFonts w:ascii="Arial" w:hAnsi="Arial" w:eastAsia="Arial"/>
          <w:b w:val="0"/>
          <w:i w:val="0"/>
          <w:sz w:val="18"/>
        </w:rPr>
        <w:t>Một căn nhà thường có quá nhiều bên tham gia: kiến trúc sư, kỹ sư kết cấu, kỹ sư MEP, nhà thầu xây dựng, xưởng nội thất, đơn vị đá, kính, nhôm, sắt, điều hòa, thiết bị vệ sinh, chiếu sáng, rèm, đồ rời, cây xanh, phong thủy và quản lý tòa nhà. Nếu không có một đầu mối hiểu ngành đứng ra sắp xếp, chủ nhà dễ rơi vào thế phải tự nghe, tự so sánh, tự quyết, tự chịu rủi ro.</w:t>
      </w:r>
    </w:p>
    <w:tbl>
      <w:tblPr>
        <w:tblW w:type="auto" w:w="0"/>
        <w:jc w:val="center"/>
        <w:tblLook w:firstColumn="1" w:firstRow="1" w:lastColumn="0" w:lastRow="0" w:noHBand="0" w:noVBand="1" w:val="04A0"/>
        <w:tblBorders>
          <w:top w:val="single" w:sz="5" w:space="0" w:color="E7D2A5"/>
          <w:left w:val="single" w:sz="5" w:space="0" w:color="E7D2A5"/>
          <w:bottom w:val="single" w:sz="5" w:space="0" w:color="E7D2A5"/>
          <w:right w:val="single" w:sz="5" w:space="0" w:color="E7D2A5"/>
          <w:insideH w:val="single" w:sz="5" w:space="0" w:color="E7D2A5"/>
          <w:insideV w:val="single" w:sz="5" w:space="0" w:color="E7D2A5"/>
        </w:tblBorders>
      </w:tblPr>
      <w:tblGrid>
        <w:gridCol w:w="10482"/>
      </w:tblGrid>
      <w:tr>
        <w:tc>
          <w:tcPr>
            <w:tcW w:type="dxa" w:w="10482"/>
            <w:shd w:fill="F2EEE7"/>
            <w:tcMar>
              <w:top w:w="110" w:type="dxa"/>
              <w:start w:w="140" w:type="dxa"/>
              <w:bottom w:w="110" w:type="dxa"/>
              <w:end w:w="140" w:type="dxa"/>
            </w:tcMar>
          </w:tcPr>
          <w:p>
            <w:pPr>
              <w:spacing w:after="60"/>
            </w:pPr>
            <w:r>
              <w:rPr>
                <w:rFonts w:ascii="Arial" w:hAnsi="Arial" w:eastAsia="Arial"/>
                <w:b/>
                <w:i w:val="0"/>
                <w:color w:val="2F3338"/>
                <w:sz w:val="19"/>
              </w:rPr>
              <w:t>Câu định vị nên dùng với khách hàng</w:t>
            </w:r>
          </w:p>
          <w:p>
            <w:pPr>
              <w:spacing w:after="0" w:line="254" w:lineRule="auto"/>
            </w:pPr>
            <w:r>
              <w:rPr>
                <w:rFonts w:ascii="Arial" w:hAnsi="Arial" w:eastAsia="Arial"/>
                <w:b w:val="0"/>
                <w:i w:val="0"/>
                <w:color w:val="222222"/>
                <w:sz w:val="18"/>
              </w:rPr>
              <w:t>ARCOVA giúp anh/chị làm nhà như có một “người trong ngành” đứng cạnh mình: biết hỏi đúng câu hỏi, biết chia việc, biết so báo giá, biết cảnh báo rủi ro và biết khi nào cần gọi đúng chuyên gia.</w:t>
            </w:r>
          </w:p>
        </w:tc>
      </w:tr>
    </w:tbl>
    <w:p>
      <w:pPr>
        <w:pStyle w:val="ListBullet"/>
        <w:spacing w:after="52" w:line="250" w:lineRule="auto"/>
      </w:pPr>
      <w:r>
        <w:rPr>
          <w:rFonts w:ascii="Arial" w:hAnsi="Arial" w:eastAsia="Arial"/>
          <w:b w:val="0"/>
          <w:i w:val="0"/>
          <w:sz w:val="18"/>
        </w:rPr>
        <w:t>ARCOVA không thay khách quyết định theo cảm tính; ARCOVA giúp khách có đủ thông tin để quyết định đúng hơn.</w:t>
      </w:r>
    </w:p>
    <w:p>
      <w:pPr>
        <w:pStyle w:val="ListBullet"/>
        <w:spacing w:after="52" w:line="250" w:lineRule="auto"/>
      </w:pPr>
      <w:r>
        <w:rPr>
          <w:rFonts w:ascii="Arial" w:hAnsi="Arial" w:eastAsia="Arial"/>
          <w:b w:val="0"/>
          <w:i w:val="0"/>
          <w:sz w:val="18"/>
        </w:rPr>
        <w:t>ARCOVA không hứa làm rẻ nhất; ARCOVA giúp khách tránh trả tiền cho những sai sót, thiếu phạm vi và phát sinh không minh bạch.</w:t>
      </w:r>
    </w:p>
    <w:p>
      <w:pPr>
        <w:pStyle w:val="ListBullet"/>
        <w:spacing w:after="52" w:line="250" w:lineRule="auto"/>
      </w:pPr>
      <w:r>
        <w:rPr>
          <w:rFonts w:ascii="Arial" w:hAnsi="Arial" w:eastAsia="Arial"/>
          <w:b w:val="0"/>
          <w:i w:val="0"/>
          <w:sz w:val="18"/>
        </w:rPr>
        <w:t>ARCOVA không ôm tất cả mọi việc nếu không cần; ARCOVA chia nhỏ thành gói để khách chủ động mức chi và mức tham gia.</w:t>
      </w:r>
    </w:p>
    <w:p>
      <w:pPr>
        <w:pStyle w:val="ListBullet"/>
        <w:spacing w:after="52" w:line="250" w:lineRule="auto"/>
      </w:pPr>
      <w:r>
        <w:rPr>
          <w:rFonts w:ascii="Arial" w:hAnsi="Arial" w:eastAsia="Arial"/>
          <w:b w:val="0"/>
          <w:i w:val="0"/>
          <w:sz w:val="18"/>
        </w:rPr>
        <w:t>ARCOVA không chỉ nhìn căn nhà ở ngày bàn giao; ARCOVA quan tâm đến cách căn nhà được vận hành, bảo trì và sống lâu dài.</w:t>
      </w:r>
    </w:p>
    <w:p>
      <w:pPr>
        <w:pStyle w:val="Heading1"/>
        <w:spacing w:before="200" w:after="100"/>
        <w:pBdr>
          <w:bottom w:val="single" w:sz="12" w:space="4" w:color="C8A96A"/>
        </w:pBdr>
      </w:pPr>
      <w:r>
        <w:rPr>
          <w:rFonts w:ascii="Arial" w:hAnsi="Arial" w:eastAsia="Arial"/>
          <w:b/>
          <w:i w:val="0"/>
          <w:color w:val="2F3338"/>
          <w:sz w:val="31"/>
        </w:rPr>
        <w:t>22. VÌ SAO KHÁCH HÀNG THƯỜNG MỆT KHI LÀM NHÀ?</w:t>
      </w:r>
    </w:p>
    <w:p>
      <w:pPr>
        <w:spacing w:before="0" w:after="80" w:line="254" w:lineRule="auto"/>
      </w:pPr>
      <w:r>
        <w:rPr>
          <w:rFonts w:ascii="Arial" w:hAnsi="Arial" w:eastAsia="Arial"/>
          <w:b w:val="0"/>
          <w:i w:val="0"/>
          <w:sz w:val="18"/>
        </w:rPr>
        <w:t>Nhiều khách hàng bắt đầu rất hào hứng: lưu ảnh đẹp, tưởng tượng căn nhà mới, muốn làm nhanh và muốn kiểm soát chi phí. Nhưng càng đi sâu, họ càng gặp nhiều câu hỏi mà người ngoài ngành khó tự trả lời. Đây chính là nơi ARCOVA tạo giá trị.</w:t>
      </w:r>
    </w:p>
    <w:tbl>
      <w:tblPr>
        <w:tblStyle w:val="TableGrid"/>
        <w:tblW w:type="auto" w:w="0"/>
        <w:jc w:val="center"/>
        <w:tblLook w:firstColumn="1" w:firstRow="1" w:lastColumn="0" w:lastRow="0" w:noHBand="0" w:noVBand="1" w:val="04A0"/>
        <w:tblBorders>
          <w:top w:val="single" w:sz="5" w:space="0" w:color="E7D2A5"/>
          <w:left w:val="single" w:sz="5" w:space="0" w:color="E7D2A5"/>
          <w:bottom w:val="single" w:sz="5" w:space="0" w:color="E7D2A5"/>
          <w:right w:val="single" w:sz="5" w:space="0" w:color="E7D2A5"/>
          <w:insideH w:val="single" w:sz="5" w:space="0" w:color="E7D2A5"/>
          <w:insideV w:val="single" w:sz="5" w:space="0" w:color="E7D2A5"/>
        </w:tblBorders>
      </w:tblPr>
      <w:tblGrid>
        <w:gridCol w:w="3494"/>
        <w:gridCol w:w="3494"/>
        <w:gridCol w:w="3494"/>
      </w:tblGrid>
      <w:tr>
        <w:trPr>
          <w:tblHeader w:val="true"/>
        </w:trPr>
        <w:tc>
          <w:tcPr>
            <w:tcW w:type="dxa" w:w="2381"/>
            <w:shd w:fill="C8A96A"/>
            <w:tcMar>
              <w:top w:w="75" w:type="dxa"/>
              <w:start w:w="65" w:type="dxa"/>
              <w:bottom w:w="75" w:type="dxa"/>
              <w:end w:w="65" w:type="dxa"/>
            </w:tcMar>
          </w:tcPr>
          <w:p>
            <w:pPr>
              <w:spacing w:after="0" w:line="240" w:lineRule="auto"/>
              <w:jc w:val="center"/>
            </w:pPr>
            <w:r>
              <w:rPr>
                <w:rFonts w:ascii="Arial" w:hAnsi="Arial" w:eastAsia="Arial"/>
              </w:rPr>
            </w:r>
            <w:r>
              <w:rPr>
                <w:rFonts w:ascii="Arial" w:hAnsi="Arial" w:eastAsia="Arial"/>
                <w:b/>
                <w:i w:val="0"/>
                <w:color w:val="FFFFFF"/>
                <w:sz w:val="15"/>
              </w:rPr>
              <w:t>Nỗi đau của chủ nhà</w:t>
            </w:r>
          </w:p>
        </w:tc>
        <w:tc>
          <w:tcPr>
            <w:tcW w:type="dxa" w:w="3288"/>
            <w:shd w:fill="C8A96A"/>
            <w:tcMar>
              <w:top w:w="75" w:type="dxa"/>
              <w:start w:w="65" w:type="dxa"/>
              <w:bottom w:w="75" w:type="dxa"/>
              <w:end w:w="65" w:type="dxa"/>
            </w:tcMar>
          </w:tcPr>
          <w:p>
            <w:pPr>
              <w:spacing w:after="0" w:line="240" w:lineRule="auto"/>
              <w:jc w:val="center"/>
            </w:pPr>
            <w:r>
              <w:rPr>
                <w:rFonts w:ascii="Arial" w:hAnsi="Arial" w:eastAsia="Arial"/>
              </w:rPr>
            </w:r>
            <w:r>
              <w:rPr>
                <w:rFonts w:ascii="Arial" w:hAnsi="Arial" w:eastAsia="Arial"/>
                <w:b/>
                <w:i w:val="0"/>
                <w:color w:val="FFFFFF"/>
                <w:sz w:val="15"/>
              </w:rPr>
              <w:t>Điều thường xảy ra</w:t>
            </w:r>
          </w:p>
        </w:tc>
        <w:tc>
          <w:tcPr>
            <w:tcW w:type="dxa" w:w="3118"/>
            <w:shd w:fill="C8A96A"/>
            <w:tcMar>
              <w:top w:w="75" w:type="dxa"/>
              <w:start w:w="65" w:type="dxa"/>
              <w:bottom w:w="75" w:type="dxa"/>
              <w:end w:w="65" w:type="dxa"/>
            </w:tcMar>
          </w:tcPr>
          <w:p>
            <w:pPr>
              <w:spacing w:after="0" w:line="240" w:lineRule="auto"/>
              <w:jc w:val="center"/>
            </w:pPr>
            <w:r>
              <w:rPr>
                <w:rFonts w:ascii="Arial" w:hAnsi="Arial" w:eastAsia="Arial"/>
              </w:rPr>
            </w:r>
            <w:r>
              <w:rPr>
                <w:rFonts w:ascii="Arial" w:hAnsi="Arial" w:eastAsia="Arial"/>
                <w:b/>
                <w:i w:val="0"/>
                <w:color w:val="FFFFFF"/>
                <w:sz w:val="15"/>
              </w:rPr>
              <w:t>ARCOVA hỗ trợ như thế nào</w:t>
            </w:r>
          </w:p>
        </w:tc>
      </w:tr>
      <w:tr>
        <w:tc>
          <w:tcPr>
            <w:tcW w:type="dxa" w:w="2381"/>
            <w:tcMar>
              <w:top w:w="65" w:type="dxa"/>
              <w:start w:w="60" w:type="dxa"/>
              <w:bottom w:w="65" w:type="dxa"/>
              <w:end w:w="60" w:type="dxa"/>
            </w:tcMar>
            <w:vAlign w:val="top"/>
          </w:tcPr>
          <w:p>
            <w:pPr>
              <w:spacing w:after="0" w:line="240" w:lineRule="auto"/>
            </w:pPr>
            <w:r>
              <w:rPr>
                <w:rFonts w:ascii="Arial" w:hAnsi="Arial" w:eastAsia="Arial"/>
              </w:rPr>
            </w:r>
            <w:r>
              <w:rPr>
                <w:rFonts w:ascii="Arial" w:hAnsi="Arial" w:eastAsia="Arial"/>
                <w:b w:val="0"/>
                <w:i w:val="0"/>
                <w:sz w:val="15"/>
              </w:rPr>
              <w:t>Không biết bắt đầu từ đâu</w:t>
            </w:r>
          </w:p>
        </w:tc>
        <w:tc>
          <w:tcPr>
            <w:tcW w:type="dxa" w:w="3288"/>
            <w:tcMar>
              <w:top w:w="65" w:type="dxa"/>
              <w:start w:w="60" w:type="dxa"/>
              <w:bottom w:w="65" w:type="dxa"/>
              <w:end w:w="60" w:type="dxa"/>
            </w:tcMar>
            <w:vAlign w:val="top"/>
          </w:tcPr>
          <w:p>
            <w:pPr>
              <w:spacing w:after="0" w:line="240" w:lineRule="auto"/>
            </w:pPr>
            <w:r>
              <w:rPr>
                <w:rFonts w:ascii="Arial" w:hAnsi="Arial" w:eastAsia="Arial"/>
              </w:rPr>
            </w:r>
            <w:r>
              <w:rPr>
                <w:rFonts w:ascii="Arial" w:hAnsi="Arial" w:eastAsia="Arial"/>
                <w:b w:val="0"/>
                <w:i w:val="0"/>
                <w:sz w:val="15"/>
              </w:rPr>
              <w:t>Khách có ảnh mẫu nhưng chưa biết cần thiết kế, khảo sát, báo giá hay chọn nhà thầu trước.</w:t>
            </w:r>
          </w:p>
        </w:tc>
        <w:tc>
          <w:tcPr>
            <w:tcW w:type="dxa" w:w="3118"/>
            <w:tcMar>
              <w:top w:w="65" w:type="dxa"/>
              <w:start w:w="60" w:type="dxa"/>
              <w:bottom w:w="65" w:type="dxa"/>
              <w:end w:w="60" w:type="dxa"/>
            </w:tcMar>
            <w:vAlign w:val="top"/>
          </w:tcPr>
          <w:p>
            <w:pPr>
              <w:spacing w:after="0" w:line="240" w:lineRule="auto"/>
            </w:pPr>
            <w:r>
              <w:rPr>
                <w:rFonts w:ascii="Arial" w:hAnsi="Arial" w:eastAsia="Arial"/>
              </w:rPr>
            </w:r>
            <w:r>
              <w:rPr>
                <w:rFonts w:ascii="Arial" w:hAnsi="Arial" w:eastAsia="Arial"/>
                <w:b w:val="0"/>
                <w:i w:val="0"/>
                <w:sz w:val="15"/>
              </w:rPr>
              <w:t>Lập brief, chia lộ trình, xác định gói việc đầu tiên nên làm.</w:t>
            </w:r>
          </w:p>
        </w:tc>
      </w:tr>
      <w:tr>
        <w:tc>
          <w:tcPr>
            <w:tcW w:type="dxa" w:w="2381"/>
            <w:tcMar>
              <w:top w:w="65" w:type="dxa"/>
              <w:start w:w="60" w:type="dxa"/>
              <w:bottom w:w="65" w:type="dxa"/>
              <w:end w:w="60" w:type="dxa"/>
            </w:tcMar>
            <w:vAlign w:val="top"/>
            <w:shd w:fill="FAF9F6"/>
          </w:tcPr>
          <w:p>
            <w:pPr>
              <w:spacing w:after="0" w:line="240" w:lineRule="auto"/>
            </w:pPr>
            <w:r>
              <w:rPr>
                <w:rFonts w:ascii="Arial" w:hAnsi="Arial" w:eastAsia="Arial"/>
              </w:rPr>
            </w:r>
            <w:r>
              <w:rPr>
                <w:rFonts w:ascii="Arial" w:hAnsi="Arial" w:eastAsia="Arial"/>
                <w:b w:val="0"/>
                <w:i w:val="0"/>
                <w:sz w:val="15"/>
              </w:rPr>
              <w:t>Nghe quá nhiều ý kiến trái chiều</w:t>
            </w:r>
          </w:p>
        </w:tc>
        <w:tc>
          <w:tcPr>
            <w:tcW w:type="dxa" w:w="3288"/>
            <w:tcMar>
              <w:top w:w="65" w:type="dxa"/>
              <w:start w:w="60" w:type="dxa"/>
              <w:bottom w:w="65" w:type="dxa"/>
              <w:end w:w="60" w:type="dxa"/>
            </w:tcMar>
            <w:vAlign w:val="top"/>
            <w:shd w:fill="FAF9F6"/>
          </w:tcPr>
          <w:p>
            <w:pPr>
              <w:spacing w:after="0" w:line="240" w:lineRule="auto"/>
            </w:pPr>
            <w:r>
              <w:rPr>
                <w:rFonts w:ascii="Arial" w:hAnsi="Arial" w:eastAsia="Arial"/>
              </w:rPr>
            </w:r>
            <w:r>
              <w:rPr>
                <w:rFonts w:ascii="Arial" w:hAnsi="Arial" w:eastAsia="Arial"/>
                <w:b w:val="0"/>
                <w:i w:val="0"/>
                <w:sz w:val="15"/>
              </w:rPr>
              <w:t>Kiến trúc sư nói một kiểu, thợ nói một kiểu, người bán vật liệu nói một kiểu.</w:t>
            </w:r>
          </w:p>
        </w:tc>
        <w:tc>
          <w:tcPr>
            <w:tcW w:type="dxa" w:w="3118"/>
            <w:tcMar>
              <w:top w:w="65" w:type="dxa"/>
              <w:start w:w="60" w:type="dxa"/>
              <w:bottom w:w="65" w:type="dxa"/>
              <w:end w:w="60" w:type="dxa"/>
            </w:tcMar>
            <w:vAlign w:val="top"/>
            <w:shd w:fill="FAF9F6"/>
          </w:tcPr>
          <w:p>
            <w:pPr>
              <w:spacing w:after="0" w:line="240" w:lineRule="auto"/>
            </w:pPr>
            <w:r>
              <w:rPr>
                <w:rFonts w:ascii="Arial" w:hAnsi="Arial" w:eastAsia="Arial"/>
              </w:rPr>
            </w:r>
            <w:r>
              <w:rPr>
                <w:rFonts w:ascii="Arial" w:hAnsi="Arial" w:eastAsia="Arial"/>
                <w:b w:val="0"/>
                <w:i w:val="0"/>
                <w:sz w:val="15"/>
              </w:rPr>
              <w:t>Tổng hợp ý kiến, phân loại vấn đề: thẩm mỹ, kỹ thuật, chi phí, tiến độ, rủi ro.</w:t>
            </w:r>
          </w:p>
        </w:tc>
      </w:tr>
      <w:tr>
        <w:tc>
          <w:tcPr>
            <w:tcW w:type="dxa" w:w="2381"/>
            <w:tcMar>
              <w:top w:w="65" w:type="dxa"/>
              <w:start w:w="60" w:type="dxa"/>
              <w:bottom w:w="65" w:type="dxa"/>
              <w:end w:w="60" w:type="dxa"/>
            </w:tcMar>
            <w:vAlign w:val="top"/>
          </w:tcPr>
          <w:p>
            <w:pPr>
              <w:spacing w:after="0" w:line="240" w:lineRule="auto"/>
            </w:pPr>
            <w:r>
              <w:rPr>
                <w:rFonts w:ascii="Arial" w:hAnsi="Arial" w:eastAsia="Arial"/>
              </w:rPr>
            </w:r>
            <w:r>
              <w:rPr>
                <w:rFonts w:ascii="Arial" w:hAnsi="Arial" w:eastAsia="Arial"/>
                <w:b w:val="0"/>
                <w:i w:val="0"/>
                <w:sz w:val="15"/>
              </w:rPr>
              <w:t>Sợ bị phát sinh</w:t>
            </w:r>
          </w:p>
        </w:tc>
        <w:tc>
          <w:tcPr>
            <w:tcW w:type="dxa" w:w="3288"/>
            <w:tcMar>
              <w:top w:w="65" w:type="dxa"/>
              <w:start w:w="60" w:type="dxa"/>
              <w:bottom w:w="65" w:type="dxa"/>
              <w:end w:w="60" w:type="dxa"/>
            </w:tcMar>
            <w:vAlign w:val="top"/>
          </w:tcPr>
          <w:p>
            <w:pPr>
              <w:spacing w:after="0" w:line="240" w:lineRule="auto"/>
            </w:pPr>
            <w:r>
              <w:rPr>
                <w:rFonts w:ascii="Arial" w:hAnsi="Arial" w:eastAsia="Arial"/>
              </w:rPr>
            </w:r>
            <w:r>
              <w:rPr>
                <w:rFonts w:ascii="Arial" w:hAnsi="Arial" w:eastAsia="Arial"/>
                <w:b w:val="0"/>
                <w:i w:val="0"/>
                <w:sz w:val="15"/>
              </w:rPr>
              <w:t>Báo giá ban đầu thấp, sau đó thêm hạng mục, đổi vật liệu, bổ sung phụ kiện.</w:t>
            </w:r>
          </w:p>
        </w:tc>
        <w:tc>
          <w:tcPr>
            <w:tcW w:type="dxa" w:w="3118"/>
            <w:tcMar>
              <w:top w:w="65" w:type="dxa"/>
              <w:start w:w="60" w:type="dxa"/>
              <w:bottom w:w="65" w:type="dxa"/>
              <w:end w:w="60" w:type="dxa"/>
            </w:tcMar>
            <w:vAlign w:val="top"/>
          </w:tcPr>
          <w:p>
            <w:pPr>
              <w:spacing w:after="0" w:line="240" w:lineRule="auto"/>
            </w:pPr>
            <w:r>
              <w:rPr>
                <w:rFonts w:ascii="Arial" w:hAnsi="Arial" w:eastAsia="Arial"/>
              </w:rPr>
            </w:r>
            <w:r>
              <w:rPr>
                <w:rFonts w:ascii="Arial" w:hAnsi="Arial" w:eastAsia="Arial"/>
                <w:b w:val="0"/>
                <w:i w:val="0"/>
                <w:sz w:val="15"/>
              </w:rPr>
              <w:t>Rà phạm vi, phát hiện hạng mục thiếu, đề xuất điều khoản thanh toán và nghiệm thu.</w:t>
            </w:r>
          </w:p>
        </w:tc>
      </w:tr>
      <w:tr>
        <w:tc>
          <w:tcPr>
            <w:tcW w:type="dxa" w:w="2381"/>
            <w:tcMar>
              <w:top w:w="65" w:type="dxa"/>
              <w:start w:w="60" w:type="dxa"/>
              <w:bottom w:w="65" w:type="dxa"/>
              <w:end w:w="60" w:type="dxa"/>
            </w:tcMar>
            <w:vAlign w:val="top"/>
            <w:shd w:fill="FAF9F6"/>
          </w:tcPr>
          <w:p>
            <w:pPr>
              <w:spacing w:after="0" w:line="240" w:lineRule="auto"/>
            </w:pPr>
            <w:r>
              <w:rPr>
                <w:rFonts w:ascii="Arial" w:hAnsi="Arial" w:eastAsia="Arial"/>
              </w:rPr>
            </w:r>
            <w:r>
              <w:rPr>
                <w:rFonts w:ascii="Arial" w:hAnsi="Arial" w:eastAsia="Arial"/>
                <w:b w:val="0"/>
                <w:i w:val="0"/>
                <w:sz w:val="15"/>
              </w:rPr>
              <w:t>Không biết báo giá nào đúng</w:t>
            </w:r>
          </w:p>
        </w:tc>
        <w:tc>
          <w:tcPr>
            <w:tcW w:type="dxa" w:w="3288"/>
            <w:tcMar>
              <w:top w:w="65" w:type="dxa"/>
              <w:start w:w="60" w:type="dxa"/>
              <w:bottom w:w="65" w:type="dxa"/>
              <w:end w:w="60" w:type="dxa"/>
            </w:tcMar>
            <w:vAlign w:val="top"/>
            <w:shd w:fill="FAF9F6"/>
          </w:tcPr>
          <w:p>
            <w:pPr>
              <w:spacing w:after="0" w:line="240" w:lineRule="auto"/>
            </w:pPr>
            <w:r>
              <w:rPr>
                <w:rFonts w:ascii="Arial" w:hAnsi="Arial" w:eastAsia="Arial"/>
              </w:rPr>
            </w:r>
            <w:r>
              <w:rPr>
                <w:rFonts w:ascii="Arial" w:hAnsi="Arial" w:eastAsia="Arial"/>
                <w:b w:val="0"/>
                <w:i w:val="0"/>
                <w:sz w:val="15"/>
              </w:rPr>
              <w:t>Mỗi đơn vị báo theo một cách, không thể so sánh cùng mặt bằng.</w:t>
            </w:r>
          </w:p>
        </w:tc>
        <w:tc>
          <w:tcPr>
            <w:tcW w:type="dxa" w:w="3118"/>
            <w:tcMar>
              <w:top w:w="65" w:type="dxa"/>
              <w:start w:w="60" w:type="dxa"/>
              <w:bottom w:w="65" w:type="dxa"/>
              <w:end w:w="60" w:type="dxa"/>
            </w:tcMar>
            <w:vAlign w:val="top"/>
            <w:shd w:fill="FAF9F6"/>
          </w:tcPr>
          <w:p>
            <w:pPr>
              <w:spacing w:after="0" w:line="240" w:lineRule="auto"/>
            </w:pPr>
            <w:r>
              <w:rPr>
                <w:rFonts w:ascii="Arial" w:hAnsi="Arial" w:eastAsia="Arial"/>
              </w:rPr>
            </w:r>
            <w:r>
              <w:rPr>
                <w:rFonts w:ascii="Arial" w:hAnsi="Arial" w:eastAsia="Arial"/>
                <w:b w:val="0"/>
                <w:i w:val="0"/>
                <w:sz w:val="15"/>
              </w:rPr>
              <w:t>Chuẩn hóa bảng so sánh, hỏi lại vật liệu, khối lượng, phụ kiện, VAT, bảo hành.</w:t>
            </w:r>
          </w:p>
        </w:tc>
      </w:tr>
      <w:tr>
        <w:tc>
          <w:tcPr>
            <w:tcW w:type="dxa" w:w="2381"/>
            <w:tcMar>
              <w:top w:w="65" w:type="dxa"/>
              <w:start w:w="60" w:type="dxa"/>
              <w:bottom w:w="65" w:type="dxa"/>
              <w:end w:w="60" w:type="dxa"/>
            </w:tcMar>
            <w:vAlign w:val="top"/>
          </w:tcPr>
          <w:p>
            <w:pPr>
              <w:spacing w:after="0" w:line="240" w:lineRule="auto"/>
            </w:pPr>
            <w:r>
              <w:rPr>
                <w:rFonts w:ascii="Arial" w:hAnsi="Arial" w:eastAsia="Arial"/>
              </w:rPr>
            </w:r>
            <w:r>
              <w:rPr>
                <w:rFonts w:ascii="Arial" w:hAnsi="Arial" w:eastAsia="Arial"/>
                <w:b w:val="0"/>
                <w:i w:val="0"/>
                <w:sz w:val="15"/>
              </w:rPr>
              <w:t>Sợ thiết kế đẹp nhưng không ở được</w:t>
            </w:r>
          </w:p>
        </w:tc>
        <w:tc>
          <w:tcPr>
            <w:tcW w:type="dxa" w:w="3288"/>
            <w:tcMar>
              <w:top w:w="65" w:type="dxa"/>
              <w:start w:w="60" w:type="dxa"/>
              <w:bottom w:w="65" w:type="dxa"/>
              <w:end w:w="60" w:type="dxa"/>
            </w:tcMar>
            <w:vAlign w:val="top"/>
          </w:tcPr>
          <w:p>
            <w:pPr>
              <w:spacing w:after="0" w:line="240" w:lineRule="auto"/>
            </w:pPr>
            <w:r>
              <w:rPr>
                <w:rFonts w:ascii="Arial" w:hAnsi="Arial" w:eastAsia="Arial"/>
              </w:rPr>
            </w:r>
            <w:r>
              <w:rPr>
                <w:rFonts w:ascii="Arial" w:hAnsi="Arial" w:eastAsia="Arial"/>
                <w:b w:val="0"/>
                <w:i w:val="0"/>
                <w:sz w:val="15"/>
              </w:rPr>
              <w:t>3D lung linh nhưng thiếu kho, bếp mùi, lối đi chật, WC sai vị trí.</w:t>
            </w:r>
          </w:p>
        </w:tc>
        <w:tc>
          <w:tcPr>
            <w:tcW w:type="dxa" w:w="3118"/>
            <w:tcMar>
              <w:top w:w="65" w:type="dxa"/>
              <w:start w:w="60" w:type="dxa"/>
              <w:bottom w:w="65" w:type="dxa"/>
              <w:end w:w="60" w:type="dxa"/>
            </w:tcMar>
            <w:vAlign w:val="top"/>
          </w:tcPr>
          <w:p>
            <w:pPr>
              <w:spacing w:after="0" w:line="240" w:lineRule="auto"/>
            </w:pPr>
            <w:r>
              <w:rPr>
                <w:rFonts w:ascii="Arial" w:hAnsi="Arial" w:eastAsia="Arial"/>
              </w:rPr>
            </w:r>
            <w:r>
              <w:rPr>
                <w:rFonts w:ascii="Arial" w:hAnsi="Arial" w:eastAsia="Arial"/>
                <w:b w:val="0"/>
                <w:i w:val="0"/>
                <w:sz w:val="15"/>
              </w:rPr>
              <w:t>Rà layout, luồng sống, công năng, lưu trữ, ánh sáng, bảo trì trước khi chốt thẩm mỹ.</w:t>
            </w:r>
          </w:p>
        </w:tc>
      </w:tr>
      <w:tr>
        <w:tc>
          <w:tcPr>
            <w:tcW w:type="dxa" w:w="2381"/>
            <w:tcMar>
              <w:top w:w="65" w:type="dxa"/>
              <w:start w:w="60" w:type="dxa"/>
              <w:bottom w:w="65" w:type="dxa"/>
              <w:end w:w="60" w:type="dxa"/>
            </w:tcMar>
            <w:vAlign w:val="top"/>
            <w:shd w:fill="FAF9F6"/>
          </w:tcPr>
          <w:p>
            <w:pPr>
              <w:spacing w:after="0" w:line="240" w:lineRule="auto"/>
            </w:pPr>
            <w:r>
              <w:rPr>
                <w:rFonts w:ascii="Arial" w:hAnsi="Arial" w:eastAsia="Arial"/>
              </w:rPr>
            </w:r>
            <w:r>
              <w:rPr>
                <w:rFonts w:ascii="Arial" w:hAnsi="Arial" w:eastAsia="Arial"/>
                <w:b w:val="0"/>
                <w:i w:val="0"/>
                <w:sz w:val="15"/>
              </w:rPr>
              <w:t>Sợ nhà thầu làm ẩu</w:t>
            </w:r>
          </w:p>
        </w:tc>
        <w:tc>
          <w:tcPr>
            <w:tcW w:type="dxa" w:w="3288"/>
            <w:tcMar>
              <w:top w:w="65" w:type="dxa"/>
              <w:start w:w="60" w:type="dxa"/>
              <w:bottom w:w="65" w:type="dxa"/>
              <w:end w:w="60" w:type="dxa"/>
            </w:tcMar>
            <w:vAlign w:val="top"/>
            <w:shd w:fill="FAF9F6"/>
          </w:tcPr>
          <w:p>
            <w:pPr>
              <w:spacing w:after="0" w:line="240" w:lineRule="auto"/>
            </w:pPr>
            <w:r>
              <w:rPr>
                <w:rFonts w:ascii="Arial" w:hAnsi="Arial" w:eastAsia="Arial"/>
              </w:rPr>
            </w:r>
            <w:r>
              <w:rPr>
                <w:rFonts w:ascii="Arial" w:hAnsi="Arial" w:eastAsia="Arial"/>
                <w:b w:val="0"/>
                <w:i w:val="0"/>
                <w:sz w:val="15"/>
              </w:rPr>
              <w:t>Khách không biết mốc nào cần kiểm tra, nghiệm thu ra sao.</w:t>
            </w:r>
          </w:p>
        </w:tc>
        <w:tc>
          <w:tcPr>
            <w:tcW w:type="dxa" w:w="3118"/>
            <w:tcMar>
              <w:top w:w="65" w:type="dxa"/>
              <w:start w:w="60" w:type="dxa"/>
              <w:bottom w:w="65" w:type="dxa"/>
              <w:end w:w="60" w:type="dxa"/>
            </w:tcMar>
            <w:vAlign w:val="top"/>
            <w:shd w:fill="FAF9F6"/>
          </w:tcPr>
          <w:p>
            <w:pPr>
              <w:spacing w:after="0" w:line="240" w:lineRule="auto"/>
            </w:pPr>
            <w:r>
              <w:rPr>
                <w:rFonts w:ascii="Arial" w:hAnsi="Arial" w:eastAsia="Arial"/>
              </w:rPr>
            </w:r>
            <w:r>
              <w:rPr>
                <w:rFonts w:ascii="Arial" w:hAnsi="Arial" w:eastAsia="Arial"/>
                <w:b w:val="0"/>
                <w:i w:val="0"/>
                <w:sz w:val="15"/>
              </w:rPr>
              <w:t>Lập checklist mốc thi công, hỗ trợ kiểm tra và lập defect list khi bàn giao.</w:t>
            </w:r>
          </w:p>
        </w:tc>
      </w:tr>
      <w:tr>
        <w:tc>
          <w:tcPr>
            <w:tcW w:type="dxa" w:w="2381"/>
            <w:tcMar>
              <w:top w:w="65" w:type="dxa"/>
              <w:start w:w="60" w:type="dxa"/>
              <w:bottom w:w="65" w:type="dxa"/>
              <w:end w:w="60" w:type="dxa"/>
            </w:tcMar>
            <w:vAlign w:val="top"/>
          </w:tcPr>
          <w:p>
            <w:pPr>
              <w:spacing w:after="0" w:line="240" w:lineRule="auto"/>
            </w:pPr>
            <w:r>
              <w:rPr>
                <w:rFonts w:ascii="Arial" w:hAnsi="Arial" w:eastAsia="Arial"/>
              </w:rPr>
            </w:r>
            <w:r>
              <w:rPr>
                <w:rFonts w:ascii="Arial" w:hAnsi="Arial" w:eastAsia="Arial"/>
                <w:b w:val="0"/>
                <w:i w:val="0"/>
                <w:sz w:val="15"/>
              </w:rPr>
              <w:t>Không có thời gian theo sát</w:t>
            </w:r>
          </w:p>
        </w:tc>
        <w:tc>
          <w:tcPr>
            <w:tcW w:type="dxa" w:w="3288"/>
            <w:tcMar>
              <w:top w:w="65" w:type="dxa"/>
              <w:start w:w="60" w:type="dxa"/>
              <w:bottom w:w="65" w:type="dxa"/>
              <w:end w:w="60" w:type="dxa"/>
            </w:tcMar>
            <w:vAlign w:val="top"/>
          </w:tcPr>
          <w:p>
            <w:pPr>
              <w:spacing w:after="0" w:line="240" w:lineRule="auto"/>
            </w:pPr>
            <w:r>
              <w:rPr>
                <w:rFonts w:ascii="Arial" w:hAnsi="Arial" w:eastAsia="Arial"/>
              </w:rPr>
            </w:r>
            <w:r>
              <w:rPr>
                <w:rFonts w:ascii="Arial" w:hAnsi="Arial" w:eastAsia="Arial"/>
                <w:b w:val="0"/>
                <w:i w:val="0"/>
                <w:sz w:val="15"/>
              </w:rPr>
              <w:t>Công việc bận, gia đình nhiều việc, khó nói chuyện với từng bên.</w:t>
            </w:r>
          </w:p>
        </w:tc>
        <w:tc>
          <w:tcPr>
            <w:tcW w:type="dxa" w:w="3118"/>
            <w:tcMar>
              <w:top w:w="65" w:type="dxa"/>
              <w:start w:w="60" w:type="dxa"/>
              <w:bottom w:w="65" w:type="dxa"/>
              <w:end w:w="60" w:type="dxa"/>
            </w:tcMar>
            <w:vAlign w:val="top"/>
          </w:tcPr>
          <w:p>
            <w:pPr>
              <w:spacing w:after="0" w:line="240" w:lineRule="auto"/>
            </w:pPr>
            <w:r>
              <w:rPr>
                <w:rFonts w:ascii="Arial" w:hAnsi="Arial" w:eastAsia="Arial"/>
              </w:rPr>
            </w:r>
            <w:r>
              <w:rPr>
                <w:rFonts w:ascii="Arial" w:hAnsi="Arial" w:eastAsia="Arial"/>
                <w:b w:val="0"/>
                <w:i w:val="0"/>
                <w:sz w:val="15"/>
              </w:rPr>
              <w:t>Đại diện khách hàng ở các cuộc họp/mốc quan trọng, tổng hợp quyết định và báo cáo ngắn gọn.</w:t>
            </w:r>
          </w:p>
        </w:tc>
      </w:tr>
    </w:tbl>
    <w:p>
      <w:pPr>
        <w:pStyle w:val="Heading1"/>
        <w:spacing w:before="200" w:after="100"/>
        <w:pBdr>
          <w:bottom w:val="single" w:sz="12" w:space="4" w:color="C8A96A"/>
        </w:pBdr>
      </w:pPr>
      <w:r>
        <w:rPr>
          <w:rFonts w:ascii="Arial" w:hAnsi="Arial" w:eastAsia="Arial"/>
          <w:b/>
          <w:i w:val="0"/>
          <w:color w:val="2F3338"/>
          <w:sz w:val="31"/>
        </w:rPr>
        <w:t>23. BỨC TRANH TỔNG THỂ: TỪ Ý TƯỞNG ĐẾN CĂN NHÀ HOÀN THIỆN</w:t>
      </w:r>
    </w:p>
    <w:p>
      <w:pPr>
        <w:spacing w:before="0" w:after="80" w:line="254" w:lineRule="auto"/>
      </w:pPr>
      <w:r>
        <w:rPr>
          <w:rFonts w:ascii="Arial" w:hAnsi="Arial" w:eastAsia="Arial"/>
          <w:b w:val="0"/>
          <w:i w:val="0"/>
          <w:sz w:val="18"/>
        </w:rPr>
        <w:t>Để khách hàng thấy ARCOVA chuyên nghiệp, hồ sơ cần giải thích rõ hành trình làm nhà không phải một khối mơ hồ. Nó gồm nhiều lớp quyết định, mỗi lớp có thể tách thành một gói dịch vụ riêng, có đầu ra và phí riêng.</w:t>
      </w:r>
    </w:p>
    <w:tbl>
      <w:tblPr>
        <w:tblStyle w:val="TableGrid"/>
        <w:tblW w:type="auto" w:w="0"/>
        <w:jc w:val="center"/>
        <w:tblLook w:firstColumn="1" w:firstRow="1" w:lastColumn="0" w:lastRow="0" w:noHBand="0" w:noVBand="1" w:val="04A0"/>
        <w:tblBorders>
          <w:top w:val="single" w:sz="5" w:space="0" w:color="E7D2A5"/>
          <w:left w:val="single" w:sz="5" w:space="0" w:color="E7D2A5"/>
          <w:bottom w:val="single" w:sz="5" w:space="0" w:color="E7D2A5"/>
          <w:right w:val="single" w:sz="5" w:space="0" w:color="E7D2A5"/>
          <w:insideH w:val="single" w:sz="5" w:space="0" w:color="E7D2A5"/>
          <w:insideV w:val="single" w:sz="5" w:space="0" w:color="E7D2A5"/>
        </w:tblBorders>
      </w:tblPr>
      <w:tblGrid>
        <w:gridCol w:w="3494"/>
        <w:gridCol w:w="3494"/>
        <w:gridCol w:w="3494"/>
      </w:tblGrid>
      <w:tr>
        <w:trPr>
          <w:tblHeader w:val="true"/>
        </w:trPr>
        <w:tc>
          <w:tcPr>
            <w:tcW w:type="dxa" w:w="907"/>
            <w:shd w:fill="C8A96A"/>
            <w:tcMar>
              <w:top w:w="75" w:type="dxa"/>
              <w:start w:w="65" w:type="dxa"/>
              <w:bottom w:w="75" w:type="dxa"/>
              <w:end w:w="65" w:type="dxa"/>
            </w:tcMar>
          </w:tcPr>
          <w:p>
            <w:pPr>
              <w:spacing w:after="0" w:line="240" w:lineRule="auto"/>
              <w:jc w:val="center"/>
            </w:pPr>
            <w:r>
              <w:rPr>
                <w:rFonts w:ascii="Arial" w:hAnsi="Arial" w:eastAsia="Arial"/>
              </w:rPr>
            </w:r>
            <w:r>
              <w:rPr>
                <w:rFonts w:ascii="Arial" w:hAnsi="Arial" w:eastAsia="Arial"/>
                <w:b/>
                <w:i w:val="0"/>
                <w:color w:val="FFFFFF"/>
                <w:sz w:val="15"/>
              </w:rPr>
              <w:t>Giai đoạn</w:t>
            </w:r>
          </w:p>
        </w:tc>
        <w:tc>
          <w:tcPr>
            <w:tcW w:type="dxa" w:w="2154"/>
            <w:shd w:fill="C8A96A"/>
            <w:tcMar>
              <w:top w:w="75" w:type="dxa"/>
              <w:start w:w="65" w:type="dxa"/>
              <w:bottom w:w="75" w:type="dxa"/>
              <w:end w:w="65" w:type="dxa"/>
            </w:tcMar>
          </w:tcPr>
          <w:p>
            <w:pPr>
              <w:spacing w:after="0" w:line="240" w:lineRule="auto"/>
              <w:jc w:val="center"/>
            </w:pPr>
            <w:r>
              <w:rPr>
                <w:rFonts w:ascii="Arial" w:hAnsi="Arial" w:eastAsia="Arial"/>
              </w:rPr>
            </w:r>
            <w:r>
              <w:rPr>
                <w:rFonts w:ascii="Arial" w:hAnsi="Arial" w:eastAsia="Arial"/>
                <w:b/>
                <w:i w:val="0"/>
                <w:color w:val="FFFFFF"/>
                <w:sz w:val="15"/>
              </w:rPr>
              <w:t>Tên giai đoạn</w:t>
            </w:r>
          </w:p>
        </w:tc>
        <w:tc>
          <w:tcPr>
            <w:tcW w:type="dxa" w:w="5726"/>
            <w:shd w:fill="C8A96A"/>
            <w:tcMar>
              <w:top w:w="75" w:type="dxa"/>
              <w:start w:w="65" w:type="dxa"/>
              <w:bottom w:w="75" w:type="dxa"/>
              <w:end w:w="65" w:type="dxa"/>
            </w:tcMar>
          </w:tcPr>
          <w:p>
            <w:pPr>
              <w:spacing w:after="0" w:line="240" w:lineRule="auto"/>
              <w:jc w:val="center"/>
            </w:pPr>
            <w:r>
              <w:rPr>
                <w:rFonts w:ascii="Arial" w:hAnsi="Arial" w:eastAsia="Arial"/>
              </w:rPr>
            </w:r>
            <w:r>
              <w:rPr>
                <w:rFonts w:ascii="Arial" w:hAnsi="Arial" w:eastAsia="Arial"/>
                <w:b/>
                <w:i w:val="0"/>
                <w:color w:val="FFFFFF"/>
                <w:sz w:val="15"/>
              </w:rPr>
              <w:t>Câu hỏi chính</w:t>
            </w:r>
          </w:p>
        </w:tc>
      </w:tr>
      <w:tr>
        <w:tc>
          <w:tcPr>
            <w:tcW w:type="dxa" w:w="907"/>
            <w:tcMar>
              <w:top w:w="65" w:type="dxa"/>
              <w:start w:w="60" w:type="dxa"/>
              <w:bottom w:w="65" w:type="dxa"/>
              <w:end w:w="60" w:type="dxa"/>
            </w:tcMar>
            <w:vAlign w:val="top"/>
          </w:tcPr>
          <w:p>
            <w:pPr>
              <w:spacing w:after="0" w:line="240" w:lineRule="auto"/>
            </w:pPr>
            <w:r>
              <w:rPr>
                <w:rFonts w:ascii="Arial" w:hAnsi="Arial" w:eastAsia="Arial"/>
              </w:rPr>
            </w:r>
            <w:r>
              <w:rPr>
                <w:rFonts w:ascii="Arial" w:hAnsi="Arial" w:eastAsia="Arial"/>
                <w:b w:val="0"/>
                <w:i w:val="0"/>
                <w:sz w:val="15"/>
              </w:rPr>
              <w:t>1</w:t>
            </w:r>
          </w:p>
        </w:tc>
        <w:tc>
          <w:tcPr>
            <w:tcW w:type="dxa" w:w="2154"/>
            <w:tcMar>
              <w:top w:w="65" w:type="dxa"/>
              <w:start w:w="60" w:type="dxa"/>
              <w:bottom w:w="65" w:type="dxa"/>
              <w:end w:w="60" w:type="dxa"/>
            </w:tcMar>
            <w:vAlign w:val="top"/>
          </w:tcPr>
          <w:p>
            <w:pPr>
              <w:spacing w:after="0" w:line="240" w:lineRule="auto"/>
            </w:pPr>
            <w:r>
              <w:rPr>
                <w:rFonts w:ascii="Arial" w:hAnsi="Arial" w:eastAsia="Arial"/>
              </w:rPr>
            </w:r>
            <w:r>
              <w:rPr>
                <w:rFonts w:ascii="Arial" w:hAnsi="Arial" w:eastAsia="Arial"/>
                <w:b w:val="0"/>
                <w:i w:val="0"/>
                <w:sz w:val="15"/>
              </w:rPr>
              <w:t>Ý tưởng sống</w:t>
            </w:r>
          </w:p>
        </w:tc>
        <w:tc>
          <w:tcPr>
            <w:tcW w:type="dxa" w:w="5726"/>
            <w:tcMar>
              <w:top w:w="65" w:type="dxa"/>
              <w:start w:w="60" w:type="dxa"/>
              <w:bottom w:w="65" w:type="dxa"/>
              <w:end w:w="60" w:type="dxa"/>
            </w:tcMar>
            <w:vAlign w:val="top"/>
          </w:tcPr>
          <w:p>
            <w:pPr>
              <w:spacing w:after="0" w:line="240" w:lineRule="auto"/>
            </w:pPr>
            <w:r>
              <w:rPr>
                <w:rFonts w:ascii="Arial" w:hAnsi="Arial" w:eastAsia="Arial"/>
              </w:rPr>
            </w:r>
            <w:r>
              <w:rPr>
                <w:rFonts w:ascii="Arial" w:hAnsi="Arial" w:eastAsia="Arial"/>
                <w:b w:val="0"/>
                <w:i w:val="0"/>
                <w:sz w:val="15"/>
              </w:rPr>
              <w:t>Gia đình muốn sống thế nào, tiếp khách ra sao, nấu ăn nhiều hay ít, cần yên tĩnh hay thể hiện vị thế?</w:t>
            </w:r>
          </w:p>
        </w:tc>
      </w:tr>
      <w:tr>
        <w:tc>
          <w:tcPr>
            <w:tcW w:type="dxa" w:w="907"/>
            <w:tcMar>
              <w:top w:w="65" w:type="dxa"/>
              <w:start w:w="60" w:type="dxa"/>
              <w:bottom w:w="65" w:type="dxa"/>
              <w:end w:w="60" w:type="dxa"/>
            </w:tcMar>
            <w:vAlign w:val="top"/>
            <w:shd w:fill="FAF9F6"/>
          </w:tcPr>
          <w:p>
            <w:pPr>
              <w:spacing w:after="0" w:line="240" w:lineRule="auto"/>
            </w:pPr>
            <w:r>
              <w:rPr>
                <w:rFonts w:ascii="Arial" w:hAnsi="Arial" w:eastAsia="Arial"/>
              </w:rPr>
            </w:r>
            <w:r>
              <w:rPr>
                <w:rFonts w:ascii="Arial" w:hAnsi="Arial" w:eastAsia="Arial"/>
                <w:b w:val="0"/>
                <w:i w:val="0"/>
                <w:sz w:val="15"/>
              </w:rPr>
              <w:t>2</w:t>
            </w:r>
          </w:p>
        </w:tc>
        <w:tc>
          <w:tcPr>
            <w:tcW w:type="dxa" w:w="2154"/>
            <w:tcMar>
              <w:top w:w="65" w:type="dxa"/>
              <w:start w:w="60" w:type="dxa"/>
              <w:bottom w:w="65" w:type="dxa"/>
              <w:end w:w="60" w:type="dxa"/>
            </w:tcMar>
            <w:vAlign w:val="top"/>
            <w:shd w:fill="FAF9F6"/>
          </w:tcPr>
          <w:p>
            <w:pPr>
              <w:spacing w:after="0" w:line="240" w:lineRule="auto"/>
            </w:pPr>
            <w:r>
              <w:rPr>
                <w:rFonts w:ascii="Arial" w:hAnsi="Arial" w:eastAsia="Arial"/>
              </w:rPr>
            </w:r>
            <w:r>
              <w:rPr>
                <w:rFonts w:ascii="Arial" w:hAnsi="Arial" w:eastAsia="Arial"/>
                <w:b w:val="0"/>
                <w:i w:val="0"/>
                <w:sz w:val="15"/>
              </w:rPr>
              <w:t>Bài toán công năng</w:t>
            </w:r>
          </w:p>
        </w:tc>
        <w:tc>
          <w:tcPr>
            <w:tcW w:type="dxa" w:w="5726"/>
            <w:tcMar>
              <w:top w:w="65" w:type="dxa"/>
              <w:start w:w="60" w:type="dxa"/>
              <w:bottom w:w="65" w:type="dxa"/>
              <w:end w:w="60" w:type="dxa"/>
            </w:tcMar>
            <w:vAlign w:val="top"/>
            <w:shd w:fill="FAF9F6"/>
          </w:tcPr>
          <w:p>
            <w:pPr>
              <w:spacing w:after="0" w:line="240" w:lineRule="auto"/>
            </w:pPr>
            <w:r>
              <w:rPr>
                <w:rFonts w:ascii="Arial" w:hAnsi="Arial" w:eastAsia="Arial"/>
              </w:rPr>
            </w:r>
            <w:r>
              <w:rPr>
                <w:rFonts w:ascii="Arial" w:hAnsi="Arial" w:eastAsia="Arial"/>
                <w:b w:val="0"/>
                <w:i w:val="0"/>
                <w:sz w:val="15"/>
              </w:rPr>
              <w:t>Số phòng, luồng đi, bếp, vệ sinh, kho, giặt phơi, chỗ để xe, phòng làm việc, phòng thờ, thú cưng, trẻ nhỏ.</w:t>
            </w:r>
          </w:p>
        </w:tc>
      </w:tr>
      <w:tr>
        <w:tc>
          <w:tcPr>
            <w:tcW w:type="dxa" w:w="907"/>
            <w:tcMar>
              <w:top w:w="65" w:type="dxa"/>
              <w:start w:w="60" w:type="dxa"/>
              <w:bottom w:w="65" w:type="dxa"/>
              <w:end w:w="60" w:type="dxa"/>
            </w:tcMar>
            <w:vAlign w:val="top"/>
          </w:tcPr>
          <w:p>
            <w:pPr>
              <w:spacing w:after="0" w:line="240" w:lineRule="auto"/>
            </w:pPr>
            <w:r>
              <w:rPr>
                <w:rFonts w:ascii="Arial" w:hAnsi="Arial" w:eastAsia="Arial"/>
              </w:rPr>
            </w:r>
            <w:r>
              <w:rPr>
                <w:rFonts w:ascii="Arial" w:hAnsi="Arial" w:eastAsia="Arial"/>
                <w:b w:val="0"/>
                <w:i w:val="0"/>
                <w:sz w:val="15"/>
              </w:rPr>
              <w:t>3</w:t>
            </w:r>
          </w:p>
        </w:tc>
        <w:tc>
          <w:tcPr>
            <w:tcW w:type="dxa" w:w="2154"/>
            <w:tcMar>
              <w:top w:w="65" w:type="dxa"/>
              <w:start w:w="60" w:type="dxa"/>
              <w:bottom w:w="65" w:type="dxa"/>
              <w:end w:w="60" w:type="dxa"/>
            </w:tcMar>
            <w:vAlign w:val="top"/>
          </w:tcPr>
          <w:p>
            <w:pPr>
              <w:spacing w:after="0" w:line="240" w:lineRule="auto"/>
            </w:pPr>
            <w:r>
              <w:rPr>
                <w:rFonts w:ascii="Arial" w:hAnsi="Arial" w:eastAsia="Arial"/>
              </w:rPr>
            </w:r>
            <w:r>
              <w:rPr>
                <w:rFonts w:ascii="Arial" w:hAnsi="Arial" w:eastAsia="Arial"/>
                <w:b w:val="0"/>
                <w:i w:val="0"/>
                <w:sz w:val="15"/>
              </w:rPr>
              <w:t>Hiện trạng kỹ thuật</w:t>
            </w:r>
          </w:p>
        </w:tc>
        <w:tc>
          <w:tcPr>
            <w:tcW w:type="dxa" w:w="5726"/>
            <w:tcMar>
              <w:top w:w="65" w:type="dxa"/>
              <w:start w:w="60" w:type="dxa"/>
              <w:bottom w:w="65" w:type="dxa"/>
              <w:end w:w="60" w:type="dxa"/>
            </w:tcMar>
            <w:vAlign w:val="top"/>
          </w:tcPr>
          <w:p>
            <w:pPr>
              <w:spacing w:after="0" w:line="240" w:lineRule="auto"/>
            </w:pPr>
            <w:r>
              <w:rPr>
                <w:rFonts w:ascii="Arial" w:hAnsi="Arial" w:eastAsia="Arial"/>
              </w:rPr>
            </w:r>
            <w:r>
              <w:rPr>
                <w:rFonts w:ascii="Arial" w:hAnsi="Arial" w:eastAsia="Arial"/>
                <w:b w:val="0"/>
                <w:i w:val="0"/>
                <w:sz w:val="15"/>
              </w:rPr>
              <w:t>Cột, dầm, tường, sàn, trần, cấp thoát nước, điều hòa, điện, chống thấm, PCCC, quy định tòa nhà/khu dân cư.</w:t>
            </w:r>
          </w:p>
        </w:tc>
      </w:tr>
      <w:tr>
        <w:tc>
          <w:tcPr>
            <w:tcW w:type="dxa" w:w="907"/>
            <w:tcMar>
              <w:top w:w="65" w:type="dxa"/>
              <w:start w:w="60" w:type="dxa"/>
              <w:bottom w:w="65" w:type="dxa"/>
              <w:end w:w="60" w:type="dxa"/>
            </w:tcMar>
            <w:vAlign w:val="top"/>
            <w:shd w:fill="FAF9F6"/>
          </w:tcPr>
          <w:p>
            <w:pPr>
              <w:spacing w:after="0" w:line="240" w:lineRule="auto"/>
            </w:pPr>
            <w:r>
              <w:rPr>
                <w:rFonts w:ascii="Arial" w:hAnsi="Arial" w:eastAsia="Arial"/>
              </w:rPr>
            </w:r>
            <w:r>
              <w:rPr>
                <w:rFonts w:ascii="Arial" w:hAnsi="Arial" w:eastAsia="Arial"/>
                <w:b w:val="0"/>
                <w:i w:val="0"/>
                <w:sz w:val="15"/>
              </w:rPr>
              <w:t>4</w:t>
            </w:r>
          </w:p>
        </w:tc>
        <w:tc>
          <w:tcPr>
            <w:tcW w:type="dxa" w:w="2154"/>
            <w:tcMar>
              <w:top w:w="65" w:type="dxa"/>
              <w:start w:w="60" w:type="dxa"/>
              <w:bottom w:w="65" w:type="dxa"/>
              <w:end w:w="60" w:type="dxa"/>
            </w:tcMar>
            <w:vAlign w:val="top"/>
            <w:shd w:fill="FAF9F6"/>
          </w:tcPr>
          <w:p>
            <w:pPr>
              <w:spacing w:after="0" w:line="240" w:lineRule="auto"/>
            </w:pPr>
            <w:r>
              <w:rPr>
                <w:rFonts w:ascii="Arial" w:hAnsi="Arial" w:eastAsia="Arial"/>
              </w:rPr>
            </w:r>
            <w:r>
              <w:rPr>
                <w:rFonts w:ascii="Arial" w:hAnsi="Arial" w:eastAsia="Arial"/>
                <w:b w:val="0"/>
                <w:i w:val="0"/>
                <w:sz w:val="15"/>
              </w:rPr>
              <w:t>Concept &amp; phong cách</w:t>
            </w:r>
          </w:p>
        </w:tc>
        <w:tc>
          <w:tcPr>
            <w:tcW w:type="dxa" w:w="5726"/>
            <w:tcMar>
              <w:top w:w="65" w:type="dxa"/>
              <w:start w:w="60" w:type="dxa"/>
              <w:bottom w:w="65" w:type="dxa"/>
              <w:end w:w="60" w:type="dxa"/>
            </w:tcMar>
            <w:vAlign w:val="top"/>
            <w:shd w:fill="FAF9F6"/>
          </w:tcPr>
          <w:p>
            <w:pPr>
              <w:spacing w:after="0" w:line="240" w:lineRule="auto"/>
            </w:pPr>
            <w:r>
              <w:rPr>
                <w:rFonts w:ascii="Arial" w:hAnsi="Arial" w:eastAsia="Arial"/>
              </w:rPr>
            </w:r>
            <w:r>
              <w:rPr>
                <w:rFonts w:ascii="Arial" w:hAnsi="Arial" w:eastAsia="Arial"/>
                <w:b w:val="0"/>
                <w:i w:val="0"/>
                <w:sz w:val="15"/>
              </w:rPr>
              <w:t>Hiện đại, tân cổ điển, Japandi, luxury, tối giản, Indochine, Vancouver cải biên hoặc phong cách pha trộn có kiểm soát.</w:t>
            </w:r>
          </w:p>
        </w:tc>
      </w:tr>
      <w:tr>
        <w:tc>
          <w:tcPr>
            <w:tcW w:type="dxa" w:w="907"/>
            <w:tcMar>
              <w:top w:w="65" w:type="dxa"/>
              <w:start w:w="60" w:type="dxa"/>
              <w:bottom w:w="65" w:type="dxa"/>
              <w:end w:w="60" w:type="dxa"/>
            </w:tcMar>
            <w:vAlign w:val="top"/>
          </w:tcPr>
          <w:p>
            <w:pPr>
              <w:spacing w:after="0" w:line="240" w:lineRule="auto"/>
            </w:pPr>
            <w:r>
              <w:rPr>
                <w:rFonts w:ascii="Arial" w:hAnsi="Arial" w:eastAsia="Arial"/>
              </w:rPr>
            </w:r>
            <w:r>
              <w:rPr>
                <w:rFonts w:ascii="Arial" w:hAnsi="Arial" w:eastAsia="Arial"/>
                <w:b w:val="0"/>
                <w:i w:val="0"/>
                <w:sz w:val="15"/>
              </w:rPr>
              <w:t>5</w:t>
            </w:r>
          </w:p>
        </w:tc>
        <w:tc>
          <w:tcPr>
            <w:tcW w:type="dxa" w:w="2154"/>
            <w:tcMar>
              <w:top w:w="65" w:type="dxa"/>
              <w:start w:w="60" w:type="dxa"/>
              <w:bottom w:w="65" w:type="dxa"/>
              <w:end w:w="60" w:type="dxa"/>
            </w:tcMar>
            <w:vAlign w:val="top"/>
          </w:tcPr>
          <w:p>
            <w:pPr>
              <w:spacing w:after="0" w:line="240" w:lineRule="auto"/>
            </w:pPr>
            <w:r>
              <w:rPr>
                <w:rFonts w:ascii="Arial" w:hAnsi="Arial" w:eastAsia="Arial"/>
              </w:rPr>
            </w:r>
            <w:r>
              <w:rPr>
                <w:rFonts w:ascii="Arial" w:hAnsi="Arial" w:eastAsia="Arial"/>
                <w:b w:val="0"/>
                <w:i w:val="0"/>
                <w:sz w:val="15"/>
              </w:rPr>
              <w:t>Thiết kế kỹ thuật</w:t>
            </w:r>
          </w:p>
        </w:tc>
        <w:tc>
          <w:tcPr>
            <w:tcW w:type="dxa" w:w="5726"/>
            <w:tcMar>
              <w:top w:w="65" w:type="dxa"/>
              <w:start w:w="60" w:type="dxa"/>
              <w:bottom w:w="65" w:type="dxa"/>
              <w:end w:w="60" w:type="dxa"/>
            </w:tcMar>
            <w:vAlign w:val="top"/>
          </w:tcPr>
          <w:p>
            <w:pPr>
              <w:spacing w:after="0" w:line="240" w:lineRule="auto"/>
            </w:pPr>
            <w:r>
              <w:rPr>
                <w:rFonts w:ascii="Arial" w:hAnsi="Arial" w:eastAsia="Arial"/>
              </w:rPr>
            </w:r>
            <w:r>
              <w:rPr>
                <w:rFonts w:ascii="Arial" w:hAnsi="Arial" w:eastAsia="Arial"/>
                <w:b w:val="0"/>
                <w:i w:val="0"/>
                <w:sz w:val="15"/>
              </w:rPr>
              <w:t>Layout, mặt bằng, vật liệu, ánh sáng, tủ liền tường, MEP, shopdrawing, chi tiết thi công.</w:t>
            </w:r>
          </w:p>
        </w:tc>
      </w:tr>
      <w:tr>
        <w:tc>
          <w:tcPr>
            <w:tcW w:type="dxa" w:w="907"/>
            <w:tcMar>
              <w:top w:w="65" w:type="dxa"/>
              <w:start w:w="60" w:type="dxa"/>
              <w:bottom w:w="65" w:type="dxa"/>
              <w:end w:w="60" w:type="dxa"/>
            </w:tcMar>
            <w:vAlign w:val="top"/>
            <w:shd w:fill="FAF9F6"/>
          </w:tcPr>
          <w:p>
            <w:pPr>
              <w:spacing w:after="0" w:line="240" w:lineRule="auto"/>
            </w:pPr>
            <w:r>
              <w:rPr>
                <w:rFonts w:ascii="Arial" w:hAnsi="Arial" w:eastAsia="Arial"/>
              </w:rPr>
            </w:r>
            <w:r>
              <w:rPr>
                <w:rFonts w:ascii="Arial" w:hAnsi="Arial" w:eastAsia="Arial"/>
                <w:b w:val="0"/>
                <w:i w:val="0"/>
                <w:sz w:val="15"/>
              </w:rPr>
              <w:t>6</w:t>
            </w:r>
          </w:p>
        </w:tc>
        <w:tc>
          <w:tcPr>
            <w:tcW w:type="dxa" w:w="2154"/>
            <w:tcMar>
              <w:top w:w="65" w:type="dxa"/>
              <w:start w:w="60" w:type="dxa"/>
              <w:bottom w:w="65" w:type="dxa"/>
              <w:end w:w="60" w:type="dxa"/>
            </w:tcMar>
            <w:vAlign w:val="top"/>
            <w:shd w:fill="FAF9F6"/>
          </w:tcPr>
          <w:p>
            <w:pPr>
              <w:spacing w:after="0" w:line="240" w:lineRule="auto"/>
            </w:pPr>
            <w:r>
              <w:rPr>
                <w:rFonts w:ascii="Arial" w:hAnsi="Arial" w:eastAsia="Arial"/>
              </w:rPr>
            </w:r>
            <w:r>
              <w:rPr>
                <w:rFonts w:ascii="Arial" w:hAnsi="Arial" w:eastAsia="Arial"/>
                <w:b w:val="0"/>
                <w:i w:val="0"/>
                <w:sz w:val="15"/>
              </w:rPr>
              <w:t>Ngân sách &amp; báo giá</w:t>
            </w:r>
          </w:p>
        </w:tc>
        <w:tc>
          <w:tcPr>
            <w:tcW w:type="dxa" w:w="5726"/>
            <w:tcMar>
              <w:top w:w="65" w:type="dxa"/>
              <w:start w:w="60" w:type="dxa"/>
              <w:bottom w:w="65" w:type="dxa"/>
              <w:end w:w="60" w:type="dxa"/>
            </w:tcMar>
            <w:vAlign w:val="top"/>
            <w:shd w:fill="FAF9F6"/>
          </w:tcPr>
          <w:p>
            <w:pPr>
              <w:spacing w:after="0" w:line="240" w:lineRule="auto"/>
            </w:pPr>
            <w:r>
              <w:rPr>
                <w:rFonts w:ascii="Arial" w:hAnsi="Arial" w:eastAsia="Arial"/>
              </w:rPr>
            </w:r>
            <w:r>
              <w:rPr>
                <w:rFonts w:ascii="Arial" w:hAnsi="Arial" w:eastAsia="Arial"/>
                <w:b w:val="0"/>
                <w:i w:val="0"/>
                <w:sz w:val="15"/>
              </w:rPr>
              <w:t>Dự toán sơ bộ, BOQ, vật liệu, phụ kiện, VAT, vận chuyển, lắp đặt, bảo hành, dự phòng phát sinh.</w:t>
            </w:r>
          </w:p>
        </w:tc>
      </w:tr>
      <w:tr>
        <w:tc>
          <w:tcPr>
            <w:tcW w:type="dxa" w:w="907"/>
            <w:tcMar>
              <w:top w:w="65" w:type="dxa"/>
              <w:start w:w="60" w:type="dxa"/>
              <w:bottom w:w="65" w:type="dxa"/>
              <w:end w:w="60" w:type="dxa"/>
            </w:tcMar>
            <w:vAlign w:val="top"/>
          </w:tcPr>
          <w:p>
            <w:pPr>
              <w:spacing w:after="0" w:line="240" w:lineRule="auto"/>
            </w:pPr>
            <w:r>
              <w:rPr>
                <w:rFonts w:ascii="Arial" w:hAnsi="Arial" w:eastAsia="Arial"/>
              </w:rPr>
            </w:r>
            <w:r>
              <w:rPr>
                <w:rFonts w:ascii="Arial" w:hAnsi="Arial" w:eastAsia="Arial"/>
                <w:b w:val="0"/>
                <w:i w:val="0"/>
                <w:sz w:val="15"/>
              </w:rPr>
              <w:t>7</w:t>
            </w:r>
          </w:p>
        </w:tc>
        <w:tc>
          <w:tcPr>
            <w:tcW w:type="dxa" w:w="2154"/>
            <w:tcMar>
              <w:top w:w="65" w:type="dxa"/>
              <w:start w:w="60" w:type="dxa"/>
              <w:bottom w:w="65" w:type="dxa"/>
              <w:end w:w="60" w:type="dxa"/>
            </w:tcMar>
            <w:vAlign w:val="top"/>
          </w:tcPr>
          <w:p>
            <w:pPr>
              <w:spacing w:after="0" w:line="240" w:lineRule="auto"/>
            </w:pPr>
            <w:r>
              <w:rPr>
                <w:rFonts w:ascii="Arial" w:hAnsi="Arial" w:eastAsia="Arial"/>
              </w:rPr>
            </w:r>
            <w:r>
              <w:rPr>
                <w:rFonts w:ascii="Arial" w:hAnsi="Arial" w:eastAsia="Arial"/>
                <w:b w:val="0"/>
                <w:i w:val="0"/>
                <w:sz w:val="15"/>
              </w:rPr>
              <w:t>Chọn đối tác</w:t>
            </w:r>
          </w:p>
        </w:tc>
        <w:tc>
          <w:tcPr>
            <w:tcW w:type="dxa" w:w="5726"/>
            <w:tcMar>
              <w:top w:w="65" w:type="dxa"/>
              <w:start w:w="60" w:type="dxa"/>
              <w:bottom w:w="65" w:type="dxa"/>
              <w:end w:w="60" w:type="dxa"/>
            </w:tcMar>
            <w:vAlign w:val="top"/>
          </w:tcPr>
          <w:p>
            <w:pPr>
              <w:spacing w:after="0" w:line="240" w:lineRule="auto"/>
            </w:pPr>
            <w:r>
              <w:rPr>
                <w:rFonts w:ascii="Arial" w:hAnsi="Arial" w:eastAsia="Arial"/>
              </w:rPr>
            </w:r>
            <w:r>
              <w:rPr>
                <w:rFonts w:ascii="Arial" w:hAnsi="Arial" w:eastAsia="Arial"/>
                <w:b w:val="0"/>
                <w:i w:val="0"/>
                <w:sz w:val="15"/>
              </w:rPr>
              <w:t>Studio thiết kế, nhà thầu, xưởng nội thất, vật liệu, thiết bị, đồ rời, chuyên gia kỹ thuật.</w:t>
            </w:r>
          </w:p>
        </w:tc>
      </w:tr>
      <w:tr>
        <w:tc>
          <w:tcPr>
            <w:tcW w:type="dxa" w:w="907"/>
            <w:tcMar>
              <w:top w:w="65" w:type="dxa"/>
              <w:start w:w="60" w:type="dxa"/>
              <w:bottom w:w="65" w:type="dxa"/>
              <w:end w:w="60" w:type="dxa"/>
            </w:tcMar>
            <w:vAlign w:val="top"/>
            <w:shd w:fill="FAF9F6"/>
          </w:tcPr>
          <w:p>
            <w:pPr>
              <w:spacing w:after="0" w:line="240" w:lineRule="auto"/>
            </w:pPr>
            <w:r>
              <w:rPr>
                <w:rFonts w:ascii="Arial" w:hAnsi="Arial" w:eastAsia="Arial"/>
              </w:rPr>
            </w:r>
            <w:r>
              <w:rPr>
                <w:rFonts w:ascii="Arial" w:hAnsi="Arial" w:eastAsia="Arial"/>
                <w:b w:val="0"/>
                <w:i w:val="0"/>
                <w:sz w:val="15"/>
              </w:rPr>
              <w:t>8</w:t>
            </w:r>
          </w:p>
        </w:tc>
        <w:tc>
          <w:tcPr>
            <w:tcW w:type="dxa" w:w="2154"/>
            <w:tcMar>
              <w:top w:w="65" w:type="dxa"/>
              <w:start w:w="60" w:type="dxa"/>
              <w:bottom w:w="65" w:type="dxa"/>
              <w:end w:w="60" w:type="dxa"/>
            </w:tcMar>
            <w:vAlign w:val="top"/>
            <w:shd w:fill="FAF9F6"/>
          </w:tcPr>
          <w:p>
            <w:pPr>
              <w:spacing w:after="0" w:line="240" w:lineRule="auto"/>
            </w:pPr>
            <w:r>
              <w:rPr>
                <w:rFonts w:ascii="Arial" w:hAnsi="Arial" w:eastAsia="Arial"/>
              </w:rPr>
            </w:r>
            <w:r>
              <w:rPr>
                <w:rFonts w:ascii="Arial" w:hAnsi="Arial" w:eastAsia="Arial"/>
                <w:b w:val="0"/>
                <w:i w:val="0"/>
                <w:sz w:val="15"/>
              </w:rPr>
              <w:t>Thi công &amp; điều phối</w:t>
            </w:r>
          </w:p>
        </w:tc>
        <w:tc>
          <w:tcPr>
            <w:tcW w:type="dxa" w:w="5726"/>
            <w:tcMar>
              <w:top w:w="65" w:type="dxa"/>
              <w:start w:w="60" w:type="dxa"/>
              <w:bottom w:w="65" w:type="dxa"/>
              <w:end w:w="60" w:type="dxa"/>
            </w:tcMar>
            <w:vAlign w:val="top"/>
            <w:shd w:fill="FAF9F6"/>
          </w:tcPr>
          <w:p>
            <w:pPr>
              <w:spacing w:after="0" w:line="240" w:lineRule="auto"/>
            </w:pPr>
            <w:r>
              <w:rPr>
                <w:rFonts w:ascii="Arial" w:hAnsi="Arial" w:eastAsia="Arial"/>
              </w:rPr>
            </w:r>
            <w:r>
              <w:rPr>
                <w:rFonts w:ascii="Arial" w:hAnsi="Arial" w:eastAsia="Arial"/>
                <w:b w:val="0"/>
                <w:i w:val="0"/>
                <w:sz w:val="15"/>
              </w:rPr>
              <w:t>Mốc tiến độ, trình tự công việc, phối hợp thô - hoàn thiện - nội thất - thiết bị - đồ rời.</w:t>
            </w:r>
          </w:p>
        </w:tc>
      </w:tr>
      <w:tr>
        <w:tc>
          <w:tcPr>
            <w:tcW w:type="dxa" w:w="907"/>
            <w:tcMar>
              <w:top w:w="65" w:type="dxa"/>
              <w:start w:w="60" w:type="dxa"/>
              <w:bottom w:w="65" w:type="dxa"/>
              <w:end w:w="60" w:type="dxa"/>
            </w:tcMar>
            <w:vAlign w:val="top"/>
          </w:tcPr>
          <w:p>
            <w:pPr>
              <w:spacing w:after="0" w:line="240" w:lineRule="auto"/>
            </w:pPr>
            <w:r>
              <w:rPr>
                <w:rFonts w:ascii="Arial" w:hAnsi="Arial" w:eastAsia="Arial"/>
              </w:rPr>
            </w:r>
            <w:r>
              <w:rPr>
                <w:rFonts w:ascii="Arial" w:hAnsi="Arial" w:eastAsia="Arial"/>
                <w:b w:val="0"/>
                <w:i w:val="0"/>
                <w:sz w:val="15"/>
              </w:rPr>
              <w:t>9</w:t>
            </w:r>
          </w:p>
        </w:tc>
        <w:tc>
          <w:tcPr>
            <w:tcW w:type="dxa" w:w="2154"/>
            <w:tcMar>
              <w:top w:w="65" w:type="dxa"/>
              <w:start w:w="60" w:type="dxa"/>
              <w:bottom w:w="65" w:type="dxa"/>
              <w:end w:w="60" w:type="dxa"/>
            </w:tcMar>
            <w:vAlign w:val="top"/>
          </w:tcPr>
          <w:p>
            <w:pPr>
              <w:spacing w:after="0" w:line="240" w:lineRule="auto"/>
            </w:pPr>
            <w:r>
              <w:rPr>
                <w:rFonts w:ascii="Arial" w:hAnsi="Arial" w:eastAsia="Arial"/>
              </w:rPr>
            </w:r>
            <w:r>
              <w:rPr>
                <w:rFonts w:ascii="Arial" w:hAnsi="Arial" w:eastAsia="Arial"/>
                <w:b w:val="0"/>
                <w:i w:val="0"/>
                <w:sz w:val="15"/>
              </w:rPr>
              <w:t>Nghiệm thu &amp; bàn giao</w:t>
            </w:r>
          </w:p>
        </w:tc>
        <w:tc>
          <w:tcPr>
            <w:tcW w:type="dxa" w:w="5726"/>
            <w:tcMar>
              <w:top w:w="65" w:type="dxa"/>
              <w:start w:w="60" w:type="dxa"/>
              <w:bottom w:w="65" w:type="dxa"/>
              <w:end w:w="60" w:type="dxa"/>
            </w:tcMar>
            <w:vAlign w:val="top"/>
          </w:tcPr>
          <w:p>
            <w:pPr>
              <w:spacing w:after="0" w:line="240" w:lineRule="auto"/>
            </w:pPr>
            <w:r>
              <w:rPr>
                <w:rFonts w:ascii="Arial" w:hAnsi="Arial" w:eastAsia="Arial"/>
              </w:rPr>
            </w:r>
            <w:r>
              <w:rPr>
                <w:rFonts w:ascii="Arial" w:hAnsi="Arial" w:eastAsia="Arial"/>
                <w:b w:val="0"/>
                <w:i w:val="0"/>
                <w:sz w:val="15"/>
              </w:rPr>
              <w:t>Kiểm tra lỗi, giữ lại thanh toán hợp lý, hồ sơ bảo hành, hướng dẫn vận hành, lịch bảo trì.</w:t>
            </w:r>
          </w:p>
        </w:tc>
      </w:tr>
      <w:tr>
        <w:tc>
          <w:tcPr>
            <w:tcW w:type="dxa" w:w="907"/>
            <w:tcMar>
              <w:top w:w="65" w:type="dxa"/>
              <w:start w:w="60" w:type="dxa"/>
              <w:bottom w:w="65" w:type="dxa"/>
              <w:end w:w="60" w:type="dxa"/>
            </w:tcMar>
            <w:vAlign w:val="top"/>
            <w:shd w:fill="FAF9F6"/>
          </w:tcPr>
          <w:p>
            <w:pPr>
              <w:spacing w:after="0" w:line="240" w:lineRule="auto"/>
            </w:pPr>
            <w:r>
              <w:rPr>
                <w:rFonts w:ascii="Arial" w:hAnsi="Arial" w:eastAsia="Arial"/>
              </w:rPr>
            </w:r>
            <w:r>
              <w:rPr>
                <w:rFonts w:ascii="Arial" w:hAnsi="Arial" w:eastAsia="Arial"/>
                <w:b w:val="0"/>
                <w:i w:val="0"/>
                <w:sz w:val="15"/>
              </w:rPr>
              <w:t>10</w:t>
            </w:r>
          </w:p>
        </w:tc>
        <w:tc>
          <w:tcPr>
            <w:tcW w:type="dxa" w:w="2154"/>
            <w:tcMar>
              <w:top w:w="65" w:type="dxa"/>
              <w:start w:w="60" w:type="dxa"/>
              <w:bottom w:w="65" w:type="dxa"/>
              <w:end w:w="60" w:type="dxa"/>
            </w:tcMar>
            <w:vAlign w:val="top"/>
            <w:shd w:fill="FAF9F6"/>
          </w:tcPr>
          <w:p>
            <w:pPr>
              <w:spacing w:after="0" w:line="240" w:lineRule="auto"/>
            </w:pPr>
            <w:r>
              <w:rPr>
                <w:rFonts w:ascii="Arial" w:hAnsi="Arial" w:eastAsia="Arial"/>
              </w:rPr>
            </w:r>
            <w:r>
              <w:rPr>
                <w:rFonts w:ascii="Arial" w:hAnsi="Arial" w:eastAsia="Arial"/>
                <w:b w:val="0"/>
                <w:i w:val="0"/>
                <w:sz w:val="15"/>
              </w:rPr>
              <w:t>Sống thử &amp; tối ưu</w:t>
            </w:r>
          </w:p>
        </w:tc>
        <w:tc>
          <w:tcPr>
            <w:tcW w:type="dxa" w:w="5726"/>
            <w:tcMar>
              <w:top w:w="65" w:type="dxa"/>
              <w:start w:w="60" w:type="dxa"/>
              <w:bottom w:w="65" w:type="dxa"/>
              <w:end w:w="60" w:type="dxa"/>
            </w:tcMar>
            <w:vAlign w:val="top"/>
            <w:shd w:fill="FAF9F6"/>
          </w:tcPr>
          <w:p>
            <w:pPr>
              <w:spacing w:after="0" w:line="240" w:lineRule="auto"/>
            </w:pPr>
            <w:r>
              <w:rPr>
                <w:rFonts w:ascii="Arial" w:hAnsi="Arial" w:eastAsia="Arial"/>
              </w:rPr>
            </w:r>
            <w:r>
              <w:rPr>
                <w:rFonts w:ascii="Arial" w:hAnsi="Arial" w:eastAsia="Arial"/>
                <w:b w:val="0"/>
                <w:i w:val="0"/>
                <w:sz w:val="15"/>
              </w:rPr>
              <w:t>Sau khi vào ở, điều chỉnh decor, ánh sáng, đồ rời, lưu trữ, bảo trì và nâng cấp theo nhu cầu.</w:t>
            </w:r>
          </w:p>
        </w:tc>
      </w:tr>
    </w:tbl>
    <w:tbl>
      <w:tblPr>
        <w:tblW w:type="auto" w:w="0"/>
        <w:jc w:val="center"/>
        <w:tblLook w:firstColumn="1" w:firstRow="1" w:lastColumn="0" w:lastRow="0" w:noHBand="0" w:noVBand="1" w:val="04A0"/>
        <w:tblBorders>
          <w:top w:val="single" w:sz="5" w:space="0" w:color="E7D2A5"/>
          <w:left w:val="single" w:sz="5" w:space="0" w:color="E7D2A5"/>
          <w:bottom w:val="single" w:sz="5" w:space="0" w:color="E7D2A5"/>
          <w:right w:val="single" w:sz="5" w:space="0" w:color="E7D2A5"/>
          <w:insideH w:val="single" w:sz="5" w:space="0" w:color="E7D2A5"/>
          <w:insideV w:val="single" w:sz="5" w:space="0" w:color="E7D2A5"/>
        </w:tblBorders>
      </w:tblPr>
      <w:tblGrid>
        <w:gridCol w:w="10482"/>
      </w:tblGrid>
      <w:tr>
        <w:tc>
          <w:tcPr>
            <w:tcW w:type="dxa" w:w="10482"/>
            <w:shd w:fill="FAF9F6"/>
            <w:tcMar>
              <w:top w:w="110" w:type="dxa"/>
              <w:start w:w="140" w:type="dxa"/>
              <w:bottom w:w="110" w:type="dxa"/>
              <w:end w:w="140" w:type="dxa"/>
            </w:tcMar>
          </w:tcPr>
          <w:p>
            <w:pPr>
              <w:spacing w:after="60"/>
            </w:pPr>
            <w:r>
              <w:rPr>
                <w:rFonts w:ascii="Arial" w:hAnsi="Arial" w:eastAsia="Arial"/>
                <w:b/>
                <w:i w:val="0"/>
                <w:color w:val="2F3338"/>
                <w:sz w:val="19"/>
              </w:rPr>
              <w:t>Cách bán dịch vụ từ hành trình này</w:t>
            </w:r>
          </w:p>
          <w:p>
            <w:pPr>
              <w:spacing w:after="0" w:line="254" w:lineRule="auto"/>
            </w:pPr>
            <w:r>
              <w:rPr>
                <w:rFonts w:ascii="Arial" w:hAnsi="Arial" w:eastAsia="Arial"/>
                <w:b w:val="0"/>
                <w:i w:val="0"/>
                <w:color w:val="222222"/>
                <w:sz w:val="18"/>
              </w:rPr>
              <w:t>Mỗi giai đoạn là một điểm ARCOVA có thể thu phí tư vấn. Khách không cần mua tất cả. Khách có thể bắt đầu bằng gói nhỏ, ví dụ: khảo sát hiện trạng, rà layout, rà báo giá hoặc nghiệm thu trước bàn giao.</w:t>
            </w:r>
          </w:p>
        </w:tc>
      </w:tr>
    </w:tbl>
    <w:p>
      <w:pPr>
        <w:pStyle w:val="Heading1"/>
        <w:spacing w:before="200" w:after="100"/>
        <w:pBdr>
          <w:bottom w:val="single" w:sz="12" w:space="4" w:color="C8A96A"/>
        </w:pBdr>
      </w:pPr>
      <w:r>
        <w:rPr>
          <w:rFonts w:ascii="Arial" w:hAnsi="Arial" w:eastAsia="Arial"/>
          <w:b/>
          <w:i w:val="0"/>
          <w:color w:val="2F3338"/>
          <w:sz w:val="31"/>
        </w:rPr>
        <w:t>24. HỆ SINH THÁI ĐỐI TÁC MÀ ARCOVA KẾT NỐI CHO CHỦ NHÀ</w:t>
      </w:r>
    </w:p>
    <w:p>
      <w:pPr>
        <w:spacing w:before="0" w:after="80" w:line="254" w:lineRule="auto"/>
      </w:pPr>
      <w:r>
        <w:rPr>
          <w:rFonts w:ascii="Arial" w:hAnsi="Arial" w:eastAsia="Arial"/>
          <w:b w:val="0"/>
          <w:i w:val="0"/>
          <w:sz w:val="18"/>
        </w:rPr>
        <w:t>ARCOVA nên giới thiệu mình là bộ điều phối hệ sinh thái. Khi khách nhìn thấy toàn bộ các nhóm đối tác cần tham gia, khách sẽ hiểu vì sao họ cần một đơn vị tổ chức thay vì tự gọi từng bên.</w:t>
      </w:r>
    </w:p>
    <w:tbl>
      <w:tblPr>
        <w:tblStyle w:val="TableGrid"/>
        <w:tblW w:type="auto" w:w="0"/>
        <w:jc w:val="center"/>
        <w:tblLook w:firstColumn="1" w:firstRow="1" w:lastColumn="0" w:lastRow="0" w:noHBand="0" w:noVBand="1" w:val="04A0"/>
        <w:tblBorders>
          <w:top w:val="single" w:sz="5" w:space="0" w:color="E7D2A5"/>
          <w:left w:val="single" w:sz="5" w:space="0" w:color="E7D2A5"/>
          <w:bottom w:val="single" w:sz="5" w:space="0" w:color="E7D2A5"/>
          <w:right w:val="single" w:sz="5" w:space="0" w:color="E7D2A5"/>
          <w:insideH w:val="single" w:sz="5" w:space="0" w:color="E7D2A5"/>
          <w:insideV w:val="single" w:sz="5" w:space="0" w:color="E7D2A5"/>
        </w:tblBorders>
      </w:tblPr>
      <w:tblGrid>
        <w:gridCol w:w="3494"/>
        <w:gridCol w:w="3494"/>
        <w:gridCol w:w="3494"/>
      </w:tblGrid>
      <w:tr>
        <w:trPr>
          <w:tblHeader w:val="true"/>
        </w:trPr>
        <w:tc>
          <w:tcPr>
            <w:tcW w:type="dxa" w:w="2268"/>
            <w:shd w:fill="C8A96A"/>
            <w:tcMar>
              <w:top w:w="75" w:type="dxa"/>
              <w:start w:w="65" w:type="dxa"/>
              <w:bottom w:w="75" w:type="dxa"/>
              <w:end w:w="65" w:type="dxa"/>
            </w:tcMar>
          </w:tcPr>
          <w:p>
            <w:pPr>
              <w:spacing w:after="0" w:line="240" w:lineRule="auto"/>
              <w:jc w:val="center"/>
            </w:pPr>
            <w:r>
              <w:rPr>
                <w:rFonts w:ascii="Arial" w:hAnsi="Arial" w:eastAsia="Arial"/>
              </w:rPr>
            </w:r>
            <w:r>
              <w:rPr>
                <w:rFonts w:ascii="Arial" w:hAnsi="Arial" w:eastAsia="Arial"/>
                <w:b/>
                <w:i w:val="0"/>
                <w:color w:val="FFFFFF"/>
                <w:sz w:val="15"/>
              </w:rPr>
              <w:t>Nhóm đối tác</w:t>
            </w:r>
          </w:p>
        </w:tc>
        <w:tc>
          <w:tcPr>
            <w:tcW w:type="dxa" w:w="3288"/>
            <w:shd w:fill="C8A96A"/>
            <w:tcMar>
              <w:top w:w="75" w:type="dxa"/>
              <w:start w:w="65" w:type="dxa"/>
              <w:bottom w:w="75" w:type="dxa"/>
              <w:end w:w="65" w:type="dxa"/>
            </w:tcMar>
          </w:tcPr>
          <w:p>
            <w:pPr>
              <w:spacing w:after="0" w:line="240" w:lineRule="auto"/>
              <w:jc w:val="center"/>
            </w:pPr>
            <w:r>
              <w:rPr>
                <w:rFonts w:ascii="Arial" w:hAnsi="Arial" w:eastAsia="Arial"/>
              </w:rPr>
            </w:r>
            <w:r>
              <w:rPr>
                <w:rFonts w:ascii="Arial" w:hAnsi="Arial" w:eastAsia="Arial"/>
                <w:b/>
                <w:i w:val="0"/>
                <w:color w:val="FFFFFF"/>
                <w:sz w:val="15"/>
              </w:rPr>
              <w:t>Vai trò</w:t>
            </w:r>
          </w:p>
        </w:tc>
        <w:tc>
          <w:tcPr>
            <w:tcW w:type="dxa" w:w="3231"/>
            <w:shd w:fill="C8A96A"/>
            <w:tcMar>
              <w:top w:w="75" w:type="dxa"/>
              <w:start w:w="65" w:type="dxa"/>
              <w:bottom w:w="75" w:type="dxa"/>
              <w:end w:w="65" w:type="dxa"/>
            </w:tcMar>
          </w:tcPr>
          <w:p>
            <w:pPr>
              <w:spacing w:after="0" w:line="240" w:lineRule="auto"/>
              <w:jc w:val="center"/>
            </w:pPr>
            <w:r>
              <w:rPr>
                <w:rFonts w:ascii="Arial" w:hAnsi="Arial" w:eastAsia="Arial"/>
              </w:rPr>
            </w:r>
            <w:r>
              <w:rPr>
                <w:rFonts w:ascii="Arial" w:hAnsi="Arial" w:eastAsia="Arial"/>
                <w:b/>
                <w:i w:val="0"/>
                <w:color w:val="FFFFFF"/>
                <w:sz w:val="15"/>
              </w:rPr>
              <w:t>ARCOVA kiểm soát điều gì</w:t>
            </w:r>
          </w:p>
        </w:tc>
      </w:tr>
      <w:tr>
        <w:tc>
          <w:tcPr>
            <w:tcW w:type="dxa" w:w="2268"/>
            <w:tcMar>
              <w:top w:w="65" w:type="dxa"/>
              <w:start w:w="60" w:type="dxa"/>
              <w:bottom w:w="65" w:type="dxa"/>
              <w:end w:w="60" w:type="dxa"/>
            </w:tcMar>
            <w:vAlign w:val="top"/>
          </w:tcPr>
          <w:p>
            <w:pPr>
              <w:spacing w:after="0" w:line="240" w:lineRule="auto"/>
            </w:pPr>
            <w:r>
              <w:rPr>
                <w:rFonts w:ascii="Arial" w:hAnsi="Arial" w:eastAsia="Arial"/>
              </w:rPr>
            </w:r>
            <w:r>
              <w:rPr>
                <w:rFonts w:ascii="Arial" w:hAnsi="Arial" w:eastAsia="Arial"/>
                <w:b w:val="0"/>
                <w:i w:val="0"/>
                <w:sz w:val="15"/>
              </w:rPr>
              <w:t>Kiến trúc sư / thiết kế nội thất</w:t>
            </w:r>
          </w:p>
        </w:tc>
        <w:tc>
          <w:tcPr>
            <w:tcW w:type="dxa" w:w="3288"/>
            <w:tcMar>
              <w:top w:w="65" w:type="dxa"/>
              <w:start w:w="60" w:type="dxa"/>
              <w:bottom w:w="65" w:type="dxa"/>
              <w:end w:w="60" w:type="dxa"/>
            </w:tcMar>
            <w:vAlign w:val="top"/>
          </w:tcPr>
          <w:p>
            <w:pPr>
              <w:spacing w:after="0" w:line="240" w:lineRule="auto"/>
            </w:pPr>
            <w:r>
              <w:rPr>
                <w:rFonts w:ascii="Arial" w:hAnsi="Arial" w:eastAsia="Arial"/>
              </w:rPr>
            </w:r>
            <w:r>
              <w:rPr>
                <w:rFonts w:ascii="Arial" w:hAnsi="Arial" w:eastAsia="Arial"/>
                <w:b w:val="0"/>
                <w:i w:val="0"/>
                <w:sz w:val="15"/>
              </w:rPr>
              <w:t>Lên concept, layout, bản vẽ, phối cảnh, vật liệu, ánh sáng.</w:t>
            </w:r>
          </w:p>
        </w:tc>
        <w:tc>
          <w:tcPr>
            <w:tcW w:type="dxa" w:w="3231"/>
            <w:tcMar>
              <w:top w:w="65" w:type="dxa"/>
              <w:start w:w="60" w:type="dxa"/>
              <w:bottom w:w="65" w:type="dxa"/>
              <w:end w:w="60" w:type="dxa"/>
            </w:tcMar>
            <w:vAlign w:val="top"/>
          </w:tcPr>
          <w:p>
            <w:pPr>
              <w:spacing w:after="0" w:line="240" w:lineRule="auto"/>
            </w:pPr>
            <w:r>
              <w:rPr>
                <w:rFonts w:ascii="Arial" w:hAnsi="Arial" w:eastAsia="Arial"/>
              </w:rPr>
            </w:r>
            <w:r>
              <w:rPr>
                <w:rFonts w:ascii="Arial" w:hAnsi="Arial" w:eastAsia="Arial"/>
                <w:b w:val="0"/>
                <w:i w:val="0"/>
                <w:sz w:val="15"/>
              </w:rPr>
              <w:t>Phù hợp gu, có hồ sơ rõ, biết lắng nghe đời sống thật.</w:t>
            </w:r>
          </w:p>
        </w:tc>
      </w:tr>
      <w:tr>
        <w:tc>
          <w:tcPr>
            <w:tcW w:type="dxa" w:w="2268"/>
            <w:tcMar>
              <w:top w:w="65" w:type="dxa"/>
              <w:start w:w="60" w:type="dxa"/>
              <w:bottom w:w="65" w:type="dxa"/>
              <w:end w:w="60" w:type="dxa"/>
            </w:tcMar>
            <w:vAlign w:val="top"/>
            <w:shd w:fill="FAF9F6"/>
          </w:tcPr>
          <w:p>
            <w:pPr>
              <w:spacing w:after="0" w:line="240" w:lineRule="auto"/>
            </w:pPr>
            <w:r>
              <w:rPr>
                <w:rFonts w:ascii="Arial" w:hAnsi="Arial" w:eastAsia="Arial"/>
              </w:rPr>
            </w:r>
            <w:r>
              <w:rPr>
                <w:rFonts w:ascii="Arial" w:hAnsi="Arial" w:eastAsia="Arial"/>
                <w:b w:val="0"/>
                <w:i w:val="0"/>
                <w:sz w:val="15"/>
              </w:rPr>
              <w:t>Kỹ sư kết cấu</w:t>
            </w:r>
          </w:p>
        </w:tc>
        <w:tc>
          <w:tcPr>
            <w:tcW w:type="dxa" w:w="3288"/>
            <w:tcMar>
              <w:top w:w="65" w:type="dxa"/>
              <w:start w:w="60" w:type="dxa"/>
              <w:bottom w:w="65" w:type="dxa"/>
              <w:end w:w="60" w:type="dxa"/>
            </w:tcMar>
            <w:vAlign w:val="top"/>
            <w:shd w:fill="FAF9F6"/>
          </w:tcPr>
          <w:p>
            <w:pPr>
              <w:spacing w:after="0" w:line="240" w:lineRule="auto"/>
            </w:pPr>
            <w:r>
              <w:rPr>
                <w:rFonts w:ascii="Arial" w:hAnsi="Arial" w:eastAsia="Arial"/>
              </w:rPr>
            </w:r>
            <w:r>
              <w:rPr>
                <w:rFonts w:ascii="Arial" w:hAnsi="Arial" w:eastAsia="Arial"/>
                <w:b w:val="0"/>
                <w:i w:val="0"/>
                <w:sz w:val="15"/>
              </w:rPr>
              <w:t>Kiểm tra tường, sàn, dầm, cột, mở ô, gia cường, cải tạo nặng.</w:t>
            </w:r>
          </w:p>
        </w:tc>
        <w:tc>
          <w:tcPr>
            <w:tcW w:type="dxa" w:w="3231"/>
            <w:tcMar>
              <w:top w:w="65" w:type="dxa"/>
              <w:start w:w="60" w:type="dxa"/>
              <w:bottom w:w="65" w:type="dxa"/>
              <w:end w:w="60" w:type="dxa"/>
            </w:tcMar>
            <w:vAlign w:val="top"/>
            <w:shd w:fill="FAF9F6"/>
          </w:tcPr>
          <w:p>
            <w:pPr>
              <w:spacing w:after="0" w:line="240" w:lineRule="auto"/>
            </w:pPr>
            <w:r>
              <w:rPr>
                <w:rFonts w:ascii="Arial" w:hAnsi="Arial" w:eastAsia="Arial"/>
              </w:rPr>
            </w:r>
            <w:r>
              <w:rPr>
                <w:rFonts w:ascii="Arial" w:hAnsi="Arial" w:eastAsia="Arial"/>
                <w:b w:val="0"/>
                <w:i w:val="0"/>
                <w:sz w:val="15"/>
              </w:rPr>
              <w:t>Phải tham gia khi có đập phá, nâng tầng, thay đổi kết cấu.</w:t>
            </w:r>
          </w:p>
        </w:tc>
      </w:tr>
      <w:tr>
        <w:tc>
          <w:tcPr>
            <w:tcW w:type="dxa" w:w="2268"/>
            <w:tcMar>
              <w:top w:w="65" w:type="dxa"/>
              <w:start w:w="60" w:type="dxa"/>
              <w:bottom w:w="65" w:type="dxa"/>
              <w:end w:w="60" w:type="dxa"/>
            </w:tcMar>
            <w:vAlign w:val="top"/>
          </w:tcPr>
          <w:p>
            <w:pPr>
              <w:spacing w:after="0" w:line="240" w:lineRule="auto"/>
            </w:pPr>
            <w:r>
              <w:rPr>
                <w:rFonts w:ascii="Arial" w:hAnsi="Arial" w:eastAsia="Arial"/>
              </w:rPr>
            </w:r>
            <w:r>
              <w:rPr>
                <w:rFonts w:ascii="Arial" w:hAnsi="Arial" w:eastAsia="Arial"/>
                <w:b w:val="0"/>
                <w:i w:val="0"/>
                <w:sz w:val="15"/>
              </w:rPr>
              <w:t>Kỹ sư MEP</w:t>
            </w:r>
          </w:p>
        </w:tc>
        <w:tc>
          <w:tcPr>
            <w:tcW w:type="dxa" w:w="3288"/>
            <w:tcMar>
              <w:top w:w="65" w:type="dxa"/>
              <w:start w:w="60" w:type="dxa"/>
              <w:bottom w:w="65" w:type="dxa"/>
              <w:end w:w="60" w:type="dxa"/>
            </w:tcMar>
            <w:vAlign w:val="top"/>
          </w:tcPr>
          <w:p>
            <w:pPr>
              <w:spacing w:after="0" w:line="240" w:lineRule="auto"/>
            </w:pPr>
            <w:r>
              <w:rPr>
                <w:rFonts w:ascii="Arial" w:hAnsi="Arial" w:eastAsia="Arial"/>
              </w:rPr>
            </w:r>
            <w:r>
              <w:rPr>
                <w:rFonts w:ascii="Arial" w:hAnsi="Arial" w:eastAsia="Arial"/>
                <w:b w:val="0"/>
                <w:i w:val="0"/>
                <w:sz w:val="15"/>
              </w:rPr>
              <w:t>Điện, nước, điều hòa, thông gió, hút mùi, mạng, camera, smarthome.</w:t>
            </w:r>
          </w:p>
        </w:tc>
        <w:tc>
          <w:tcPr>
            <w:tcW w:type="dxa" w:w="3231"/>
            <w:tcMar>
              <w:top w:w="65" w:type="dxa"/>
              <w:start w:w="60" w:type="dxa"/>
              <w:bottom w:w="65" w:type="dxa"/>
              <w:end w:w="60" w:type="dxa"/>
            </w:tcMar>
            <w:vAlign w:val="top"/>
          </w:tcPr>
          <w:p>
            <w:pPr>
              <w:spacing w:after="0" w:line="240" w:lineRule="auto"/>
            </w:pPr>
            <w:r>
              <w:rPr>
                <w:rFonts w:ascii="Arial" w:hAnsi="Arial" w:eastAsia="Arial"/>
              </w:rPr>
            </w:r>
            <w:r>
              <w:rPr>
                <w:rFonts w:ascii="Arial" w:hAnsi="Arial" w:eastAsia="Arial"/>
                <w:b w:val="0"/>
                <w:i w:val="0"/>
                <w:sz w:val="15"/>
              </w:rPr>
              <w:t>Rất quan trọng với bếp, WC, trần, điều hòa, chống ẩm.</w:t>
            </w:r>
          </w:p>
        </w:tc>
      </w:tr>
      <w:tr>
        <w:tc>
          <w:tcPr>
            <w:tcW w:type="dxa" w:w="2268"/>
            <w:tcMar>
              <w:top w:w="65" w:type="dxa"/>
              <w:start w:w="60" w:type="dxa"/>
              <w:bottom w:w="65" w:type="dxa"/>
              <w:end w:w="60" w:type="dxa"/>
            </w:tcMar>
            <w:vAlign w:val="top"/>
            <w:shd w:fill="FAF9F6"/>
          </w:tcPr>
          <w:p>
            <w:pPr>
              <w:spacing w:after="0" w:line="240" w:lineRule="auto"/>
            </w:pPr>
            <w:r>
              <w:rPr>
                <w:rFonts w:ascii="Arial" w:hAnsi="Arial" w:eastAsia="Arial"/>
              </w:rPr>
            </w:r>
            <w:r>
              <w:rPr>
                <w:rFonts w:ascii="Arial" w:hAnsi="Arial" w:eastAsia="Arial"/>
                <w:b w:val="0"/>
                <w:i w:val="0"/>
                <w:sz w:val="15"/>
              </w:rPr>
              <w:t>Nhà thầu xây dựng/hoàn thiện</w:t>
            </w:r>
          </w:p>
        </w:tc>
        <w:tc>
          <w:tcPr>
            <w:tcW w:type="dxa" w:w="3288"/>
            <w:tcMar>
              <w:top w:w="65" w:type="dxa"/>
              <w:start w:w="60" w:type="dxa"/>
              <w:bottom w:w="65" w:type="dxa"/>
              <w:end w:w="60" w:type="dxa"/>
            </w:tcMar>
            <w:vAlign w:val="top"/>
            <w:shd w:fill="FAF9F6"/>
          </w:tcPr>
          <w:p>
            <w:pPr>
              <w:spacing w:after="0" w:line="240" w:lineRule="auto"/>
            </w:pPr>
            <w:r>
              <w:rPr>
                <w:rFonts w:ascii="Arial" w:hAnsi="Arial" w:eastAsia="Arial"/>
              </w:rPr>
            </w:r>
            <w:r>
              <w:rPr>
                <w:rFonts w:ascii="Arial" w:hAnsi="Arial" w:eastAsia="Arial"/>
                <w:b w:val="0"/>
                <w:i w:val="0"/>
                <w:sz w:val="15"/>
              </w:rPr>
              <w:t>Tháo dỡ, xây, trát, ốp lát, sơn, trần, sàn, chống thấm, hoàn thiện.</w:t>
            </w:r>
          </w:p>
        </w:tc>
        <w:tc>
          <w:tcPr>
            <w:tcW w:type="dxa" w:w="3231"/>
            <w:tcMar>
              <w:top w:w="65" w:type="dxa"/>
              <w:start w:w="60" w:type="dxa"/>
              <w:bottom w:w="65" w:type="dxa"/>
              <w:end w:w="60" w:type="dxa"/>
            </w:tcMar>
            <w:vAlign w:val="top"/>
            <w:shd w:fill="FAF9F6"/>
          </w:tcPr>
          <w:p>
            <w:pPr>
              <w:spacing w:after="0" w:line="240" w:lineRule="auto"/>
            </w:pPr>
            <w:r>
              <w:rPr>
                <w:rFonts w:ascii="Arial" w:hAnsi="Arial" w:eastAsia="Arial"/>
              </w:rPr>
            </w:r>
            <w:r>
              <w:rPr>
                <w:rFonts w:ascii="Arial" w:hAnsi="Arial" w:eastAsia="Arial"/>
                <w:b w:val="0"/>
                <w:i w:val="0"/>
                <w:sz w:val="15"/>
              </w:rPr>
              <w:t>Cần phạm vi rõ và mốc nghiệm thu rõ.</w:t>
            </w:r>
          </w:p>
        </w:tc>
      </w:tr>
      <w:tr>
        <w:tc>
          <w:tcPr>
            <w:tcW w:type="dxa" w:w="2268"/>
            <w:tcMar>
              <w:top w:w="65" w:type="dxa"/>
              <w:start w:w="60" w:type="dxa"/>
              <w:bottom w:w="65" w:type="dxa"/>
              <w:end w:w="60" w:type="dxa"/>
            </w:tcMar>
            <w:vAlign w:val="top"/>
          </w:tcPr>
          <w:p>
            <w:pPr>
              <w:spacing w:after="0" w:line="240" w:lineRule="auto"/>
            </w:pPr>
            <w:r>
              <w:rPr>
                <w:rFonts w:ascii="Arial" w:hAnsi="Arial" w:eastAsia="Arial"/>
              </w:rPr>
            </w:r>
            <w:r>
              <w:rPr>
                <w:rFonts w:ascii="Arial" w:hAnsi="Arial" w:eastAsia="Arial"/>
                <w:b w:val="0"/>
                <w:i w:val="0"/>
                <w:sz w:val="15"/>
              </w:rPr>
              <w:t>Xưởng nội thất</w:t>
            </w:r>
          </w:p>
        </w:tc>
        <w:tc>
          <w:tcPr>
            <w:tcW w:type="dxa" w:w="3288"/>
            <w:tcMar>
              <w:top w:w="65" w:type="dxa"/>
              <w:start w:w="60" w:type="dxa"/>
              <w:bottom w:w="65" w:type="dxa"/>
              <w:end w:w="60" w:type="dxa"/>
            </w:tcMar>
            <w:vAlign w:val="top"/>
          </w:tcPr>
          <w:p>
            <w:pPr>
              <w:spacing w:after="0" w:line="240" w:lineRule="auto"/>
            </w:pPr>
            <w:r>
              <w:rPr>
                <w:rFonts w:ascii="Arial" w:hAnsi="Arial" w:eastAsia="Arial"/>
              </w:rPr>
            </w:r>
            <w:r>
              <w:rPr>
                <w:rFonts w:ascii="Arial" w:hAnsi="Arial" w:eastAsia="Arial"/>
                <w:b w:val="0"/>
                <w:i w:val="0"/>
                <w:sz w:val="15"/>
              </w:rPr>
              <w:t>Tủ bếp, tủ áo, tủ giày, kệ tivi, vách ốp, bàn liền tường.</w:t>
            </w:r>
          </w:p>
        </w:tc>
        <w:tc>
          <w:tcPr>
            <w:tcW w:type="dxa" w:w="3231"/>
            <w:tcMar>
              <w:top w:w="65" w:type="dxa"/>
              <w:start w:w="60" w:type="dxa"/>
              <w:bottom w:w="65" w:type="dxa"/>
              <w:end w:w="60" w:type="dxa"/>
            </w:tcMar>
            <w:vAlign w:val="top"/>
          </w:tcPr>
          <w:p>
            <w:pPr>
              <w:spacing w:after="0" w:line="240" w:lineRule="auto"/>
            </w:pPr>
            <w:r>
              <w:rPr>
                <w:rFonts w:ascii="Arial" w:hAnsi="Arial" w:eastAsia="Arial"/>
              </w:rPr>
            </w:r>
            <w:r>
              <w:rPr>
                <w:rFonts w:ascii="Arial" w:hAnsi="Arial" w:eastAsia="Arial"/>
                <w:b w:val="0"/>
                <w:i w:val="0"/>
                <w:sz w:val="15"/>
              </w:rPr>
              <w:t>Cần đo hiện trạng, shopdrawing, mẫu vật liệu, phụ kiện rõ.</w:t>
            </w:r>
          </w:p>
        </w:tc>
      </w:tr>
      <w:tr>
        <w:tc>
          <w:tcPr>
            <w:tcW w:type="dxa" w:w="2268"/>
            <w:tcMar>
              <w:top w:w="65" w:type="dxa"/>
              <w:start w:w="60" w:type="dxa"/>
              <w:bottom w:w="65" w:type="dxa"/>
              <w:end w:w="60" w:type="dxa"/>
            </w:tcMar>
            <w:vAlign w:val="top"/>
            <w:shd w:fill="FAF9F6"/>
          </w:tcPr>
          <w:p>
            <w:pPr>
              <w:spacing w:after="0" w:line="240" w:lineRule="auto"/>
            </w:pPr>
            <w:r>
              <w:rPr>
                <w:rFonts w:ascii="Arial" w:hAnsi="Arial" w:eastAsia="Arial"/>
              </w:rPr>
            </w:r>
            <w:r>
              <w:rPr>
                <w:rFonts w:ascii="Arial" w:hAnsi="Arial" w:eastAsia="Arial"/>
                <w:b w:val="0"/>
                <w:i w:val="0"/>
                <w:sz w:val="15"/>
              </w:rPr>
              <w:t>Đơn vị vật liệu/thiết bị</w:t>
            </w:r>
          </w:p>
        </w:tc>
        <w:tc>
          <w:tcPr>
            <w:tcW w:type="dxa" w:w="3288"/>
            <w:tcMar>
              <w:top w:w="65" w:type="dxa"/>
              <w:start w:w="60" w:type="dxa"/>
              <w:bottom w:w="65" w:type="dxa"/>
              <w:end w:w="60" w:type="dxa"/>
            </w:tcMar>
            <w:vAlign w:val="top"/>
            <w:shd w:fill="FAF9F6"/>
          </w:tcPr>
          <w:p>
            <w:pPr>
              <w:spacing w:after="0" w:line="240" w:lineRule="auto"/>
            </w:pPr>
            <w:r>
              <w:rPr>
                <w:rFonts w:ascii="Arial" w:hAnsi="Arial" w:eastAsia="Arial"/>
              </w:rPr>
            </w:r>
            <w:r>
              <w:rPr>
                <w:rFonts w:ascii="Arial" w:hAnsi="Arial" w:eastAsia="Arial"/>
                <w:b w:val="0"/>
                <w:i w:val="0"/>
                <w:sz w:val="15"/>
              </w:rPr>
              <w:t>Gạch, đá, gỗ, sơn, đèn, thiết bị vệ sinh, bếp, phụ kiện, cửa.</w:t>
            </w:r>
          </w:p>
        </w:tc>
        <w:tc>
          <w:tcPr>
            <w:tcW w:type="dxa" w:w="3231"/>
            <w:tcMar>
              <w:top w:w="65" w:type="dxa"/>
              <w:start w:w="60" w:type="dxa"/>
              <w:bottom w:w="65" w:type="dxa"/>
              <w:end w:w="60" w:type="dxa"/>
            </w:tcMar>
            <w:vAlign w:val="top"/>
            <w:shd w:fill="FAF9F6"/>
          </w:tcPr>
          <w:p>
            <w:pPr>
              <w:spacing w:after="0" w:line="240" w:lineRule="auto"/>
            </w:pPr>
            <w:r>
              <w:rPr>
                <w:rFonts w:ascii="Arial" w:hAnsi="Arial" w:eastAsia="Arial"/>
              </w:rPr>
            </w:r>
            <w:r>
              <w:rPr>
                <w:rFonts w:ascii="Arial" w:hAnsi="Arial" w:eastAsia="Arial"/>
                <w:b w:val="0"/>
                <w:i w:val="0"/>
                <w:sz w:val="15"/>
              </w:rPr>
              <w:t>Cần so mẫu thật, bảo hành, thời gian giao hàng, điều kiện đổi trả.</w:t>
            </w:r>
          </w:p>
        </w:tc>
      </w:tr>
      <w:tr>
        <w:tc>
          <w:tcPr>
            <w:tcW w:type="dxa" w:w="2268"/>
            <w:tcMar>
              <w:top w:w="65" w:type="dxa"/>
              <w:start w:w="60" w:type="dxa"/>
              <w:bottom w:w="65" w:type="dxa"/>
              <w:end w:w="60" w:type="dxa"/>
            </w:tcMar>
            <w:vAlign w:val="top"/>
          </w:tcPr>
          <w:p>
            <w:pPr>
              <w:spacing w:after="0" w:line="240" w:lineRule="auto"/>
            </w:pPr>
            <w:r>
              <w:rPr>
                <w:rFonts w:ascii="Arial" w:hAnsi="Arial" w:eastAsia="Arial"/>
              </w:rPr>
            </w:r>
            <w:r>
              <w:rPr>
                <w:rFonts w:ascii="Arial" w:hAnsi="Arial" w:eastAsia="Arial"/>
                <w:b w:val="0"/>
                <w:i w:val="0"/>
                <w:sz w:val="15"/>
              </w:rPr>
              <w:t>Đồ rời và decor</w:t>
            </w:r>
          </w:p>
        </w:tc>
        <w:tc>
          <w:tcPr>
            <w:tcW w:type="dxa" w:w="3288"/>
            <w:tcMar>
              <w:top w:w="65" w:type="dxa"/>
              <w:start w:w="60" w:type="dxa"/>
              <w:bottom w:w="65" w:type="dxa"/>
              <w:end w:w="60" w:type="dxa"/>
            </w:tcMar>
            <w:vAlign w:val="top"/>
          </w:tcPr>
          <w:p>
            <w:pPr>
              <w:spacing w:after="0" w:line="240" w:lineRule="auto"/>
            </w:pPr>
            <w:r>
              <w:rPr>
                <w:rFonts w:ascii="Arial" w:hAnsi="Arial" w:eastAsia="Arial"/>
              </w:rPr>
            </w:r>
            <w:r>
              <w:rPr>
                <w:rFonts w:ascii="Arial" w:hAnsi="Arial" w:eastAsia="Arial"/>
                <w:b w:val="0"/>
                <w:i w:val="0"/>
                <w:sz w:val="15"/>
              </w:rPr>
              <w:t>Sofa, bàn, ghế, giường, rèm, thảm, tranh, cây, đèn trang trí.</w:t>
            </w:r>
          </w:p>
        </w:tc>
        <w:tc>
          <w:tcPr>
            <w:tcW w:type="dxa" w:w="3231"/>
            <w:tcMar>
              <w:top w:w="65" w:type="dxa"/>
              <w:start w:w="60" w:type="dxa"/>
              <w:bottom w:w="65" w:type="dxa"/>
              <w:end w:w="60" w:type="dxa"/>
            </w:tcMar>
            <w:vAlign w:val="top"/>
          </w:tcPr>
          <w:p>
            <w:pPr>
              <w:spacing w:after="0" w:line="240" w:lineRule="auto"/>
            </w:pPr>
            <w:r>
              <w:rPr>
                <w:rFonts w:ascii="Arial" w:hAnsi="Arial" w:eastAsia="Arial"/>
              </w:rPr>
            </w:r>
            <w:r>
              <w:rPr>
                <w:rFonts w:ascii="Arial" w:hAnsi="Arial" w:eastAsia="Arial"/>
                <w:b w:val="0"/>
                <w:i w:val="0"/>
                <w:sz w:val="15"/>
              </w:rPr>
              <w:t>Quyết định cảm xúc cuối cùng của nhà, cần đúng tỷ lệ và phong cách.</w:t>
            </w:r>
          </w:p>
        </w:tc>
      </w:tr>
      <w:tr>
        <w:tc>
          <w:tcPr>
            <w:tcW w:type="dxa" w:w="2268"/>
            <w:tcMar>
              <w:top w:w="65" w:type="dxa"/>
              <w:start w:w="60" w:type="dxa"/>
              <w:bottom w:w="65" w:type="dxa"/>
              <w:end w:w="60" w:type="dxa"/>
            </w:tcMar>
            <w:vAlign w:val="top"/>
            <w:shd w:fill="FAF9F6"/>
          </w:tcPr>
          <w:p>
            <w:pPr>
              <w:spacing w:after="0" w:line="240" w:lineRule="auto"/>
            </w:pPr>
            <w:r>
              <w:rPr>
                <w:rFonts w:ascii="Arial" w:hAnsi="Arial" w:eastAsia="Arial"/>
              </w:rPr>
            </w:r>
            <w:r>
              <w:rPr>
                <w:rFonts w:ascii="Arial" w:hAnsi="Arial" w:eastAsia="Arial"/>
                <w:b w:val="0"/>
                <w:i w:val="0"/>
                <w:sz w:val="15"/>
              </w:rPr>
              <w:t>Chuyên gia đặc thù</w:t>
            </w:r>
          </w:p>
        </w:tc>
        <w:tc>
          <w:tcPr>
            <w:tcW w:type="dxa" w:w="3288"/>
            <w:tcMar>
              <w:top w:w="65" w:type="dxa"/>
              <w:start w:w="60" w:type="dxa"/>
              <w:bottom w:w="65" w:type="dxa"/>
              <w:end w:w="60" w:type="dxa"/>
            </w:tcMar>
            <w:vAlign w:val="top"/>
            <w:shd w:fill="FAF9F6"/>
          </w:tcPr>
          <w:p>
            <w:pPr>
              <w:spacing w:after="0" w:line="240" w:lineRule="auto"/>
            </w:pPr>
            <w:r>
              <w:rPr>
                <w:rFonts w:ascii="Arial" w:hAnsi="Arial" w:eastAsia="Arial"/>
              </w:rPr>
            </w:r>
            <w:r>
              <w:rPr>
                <w:rFonts w:ascii="Arial" w:hAnsi="Arial" w:eastAsia="Arial"/>
                <w:b w:val="0"/>
                <w:i w:val="0"/>
                <w:sz w:val="15"/>
              </w:rPr>
              <w:t>Phong thủy, PCCC, chống thấm, âm học, cảnh quan, pháp lý, cấp phép.</w:t>
            </w:r>
          </w:p>
        </w:tc>
        <w:tc>
          <w:tcPr>
            <w:tcW w:type="dxa" w:w="3231"/>
            <w:tcMar>
              <w:top w:w="65" w:type="dxa"/>
              <w:start w:w="60" w:type="dxa"/>
              <w:bottom w:w="65" w:type="dxa"/>
              <w:end w:w="60" w:type="dxa"/>
            </w:tcMar>
            <w:vAlign w:val="top"/>
            <w:shd w:fill="FAF9F6"/>
          </w:tcPr>
          <w:p>
            <w:pPr>
              <w:spacing w:after="0" w:line="240" w:lineRule="auto"/>
            </w:pPr>
            <w:r>
              <w:rPr>
                <w:rFonts w:ascii="Arial" w:hAnsi="Arial" w:eastAsia="Arial"/>
              </w:rPr>
            </w:r>
            <w:r>
              <w:rPr>
                <w:rFonts w:ascii="Arial" w:hAnsi="Arial" w:eastAsia="Arial"/>
                <w:b w:val="0"/>
                <w:i w:val="0"/>
                <w:sz w:val="15"/>
              </w:rPr>
              <w:t>Gọi đúng lúc, không để ý kiến chuyên môn muộn làm phá phương án.</w:t>
            </w:r>
          </w:p>
        </w:tc>
      </w:tr>
    </w:tbl>
    <w:p>
      <w:pPr>
        <w:pStyle w:val="Heading1"/>
        <w:spacing w:before="200" w:after="100"/>
        <w:pBdr>
          <w:bottom w:val="single" w:sz="12" w:space="4" w:color="C8A96A"/>
        </w:pBdr>
      </w:pPr>
      <w:r>
        <w:rPr>
          <w:rFonts w:ascii="Arial" w:hAnsi="Arial" w:eastAsia="Arial"/>
          <w:b/>
          <w:i w:val="0"/>
          <w:color w:val="2F3338"/>
          <w:sz w:val="31"/>
        </w:rPr>
        <w:t>25. BẢNG GÓI DỊCH VỤ MỞ RỘNG A0-F5</w:t>
      </w:r>
    </w:p>
    <w:p>
      <w:pPr>
        <w:spacing w:before="0" w:after="80" w:line="254" w:lineRule="auto"/>
      </w:pPr>
      <w:r>
        <w:rPr>
          <w:rFonts w:ascii="Arial" w:hAnsi="Arial" w:eastAsia="Arial"/>
          <w:b w:val="0"/>
          <w:i w:val="0"/>
          <w:sz w:val="18"/>
        </w:rPr>
        <w:t>Bảng này giúp ARCOVA có nhiều “mặt hàng tư vấn” để bán. Các gói càng cụ thể, khách càng dễ hiểu mình đang mua gì và ARCOVA càng dễ thu phí theo từng đầu ra.</w:t>
      </w:r>
    </w:p>
    <w:tbl>
      <w:tblPr>
        <w:tblStyle w:val="TableGrid"/>
        <w:tblW w:type="auto" w:w="0"/>
        <w:jc w:val="center"/>
        <w:tblLook w:firstColumn="1" w:firstRow="1" w:lastColumn="0" w:lastRow="0" w:noHBand="0" w:noVBand="1" w:val="04A0"/>
        <w:tblBorders>
          <w:top w:val="single" w:sz="5" w:space="0" w:color="E7D2A5"/>
          <w:left w:val="single" w:sz="5" w:space="0" w:color="E7D2A5"/>
          <w:bottom w:val="single" w:sz="5" w:space="0" w:color="E7D2A5"/>
          <w:right w:val="single" w:sz="5" w:space="0" w:color="E7D2A5"/>
          <w:insideH w:val="single" w:sz="5" w:space="0" w:color="E7D2A5"/>
          <w:insideV w:val="single" w:sz="5" w:space="0" w:color="E7D2A5"/>
        </w:tblBorders>
      </w:tblPr>
      <w:tblGrid>
        <w:gridCol w:w="2620"/>
        <w:gridCol w:w="2620"/>
        <w:gridCol w:w="2620"/>
        <w:gridCol w:w="2620"/>
      </w:tblGrid>
      <w:tr>
        <w:trPr>
          <w:tblHeader w:val="true"/>
        </w:trPr>
        <w:tc>
          <w:tcPr>
            <w:tcW w:type="dxa" w:w="624"/>
            <w:shd w:fill="C8A96A"/>
            <w:tcMar>
              <w:top w:w="75" w:type="dxa"/>
              <w:start w:w="65" w:type="dxa"/>
              <w:bottom w:w="75" w:type="dxa"/>
              <w:end w:w="65" w:type="dxa"/>
            </w:tcMar>
          </w:tcPr>
          <w:p>
            <w:pPr>
              <w:spacing w:after="0" w:line="240" w:lineRule="auto"/>
              <w:jc w:val="center"/>
            </w:pPr>
            <w:r>
              <w:rPr>
                <w:rFonts w:ascii="Arial" w:hAnsi="Arial" w:eastAsia="Arial"/>
              </w:rPr>
            </w:r>
            <w:r>
              <w:rPr>
                <w:rFonts w:ascii="Arial" w:hAnsi="Arial" w:eastAsia="Arial"/>
                <w:b/>
                <w:i w:val="0"/>
                <w:color w:val="FFFFFF"/>
                <w:sz w:val="14"/>
              </w:rPr>
              <w:t>Mã</w:t>
            </w:r>
          </w:p>
        </w:tc>
        <w:tc>
          <w:tcPr>
            <w:tcW w:type="dxa" w:w="2154"/>
            <w:shd w:fill="C8A96A"/>
            <w:tcMar>
              <w:top w:w="75" w:type="dxa"/>
              <w:start w:w="65" w:type="dxa"/>
              <w:bottom w:w="75" w:type="dxa"/>
              <w:end w:w="65" w:type="dxa"/>
            </w:tcMar>
          </w:tcPr>
          <w:p>
            <w:pPr>
              <w:spacing w:after="0" w:line="240" w:lineRule="auto"/>
              <w:jc w:val="center"/>
            </w:pPr>
            <w:r>
              <w:rPr>
                <w:rFonts w:ascii="Arial" w:hAnsi="Arial" w:eastAsia="Arial"/>
              </w:rPr>
            </w:r>
            <w:r>
              <w:rPr>
                <w:rFonts w:ascii="Arial" w:hAnsi="Arial" w:eastAsia="Arial"/>
                <w:b/>
                <w:i w:val="0"/>
                <w:color w:val="FFFFFF"/>
                <w:sz w:val="14"/>
              </w:rPr>
              <w:t>Gói</w:t>
            </w:r>
          </w:p>
        </w:tc>
        <w:tc>
          <w:tcPr>
            <w:tcW w:type="dxa" w:w="3005"/>
            <w:shd w:fill="C8A96A"/>
            <w:tcMar>
              <w:top w:w="75" w:type="dxa"/>
              <w:start w:w="65" w:type="dxa"/>
              <w:bottom w:w="75" w:type="dxa"/>
              <w:end w:w="65" w:type="dxa"/>
            </w:tcMar>
          </w:tcPr>
          <w:p>
            <w:pPr>
              <w:spacing w:after="0" w:line="240" w:lineRule="auto"/>
              <w:jc w:val="center"/>
            </w:pPr>
            <w:r>
              <w:rPr>
                <w:rFonts w:ascii="Arial" w:hAnsi="Arial" w:eastAsia="Arial"/>
              </w:rPr>
            </w:r>
            <w:r>
              <w:rPr>
                <w:rFonts w:ascii="Arial" w:hAnsi="Arial" w:eastAsia="Arial"/>
                <w:b/>
                <w:i w:val="0"/>
                <w:color w:val="FFFFFF"/>
                <w:sz w:val="14"/>
              </w:rPr>
              <w:t>Dùng khi</w:t>
            </w:r>
          </w:p>
        </w:tc>
        <w:tc>
          <w:tcPr>
            <w:tcW w:type="dxa" w:w="3005"/>
            <w:shd w:fill="C8A96A"/>
            <w:tcMar>
              <w:top w:w="75" w:type="dxa"/>
              <w:start w:w="65" w:type="dxa"/>
              <w:bottom w:w="75" w:type="dxa"/>
              <w:end w:w="65" w:type="dxa"/>
            </w:tcMar>
          </w:tcPr>
          <w:p>
            <w:pPr>
              <w:spacing w:after="0" w:line="240" w:lineRule="auto"/>
              <w:jc w:val="center"/>
            </w:pPr>
            <w:r>
              <w:rPr>
                <w:rFonts w:ascii="Arial" w:hAnsi="Arial" w:eastAsia="Arial"/>
              </w:rPr>
            </w:r>
            <w:r>
              <w:rPr>
                <w:rFonts w:ascii="Arial" w:hAnsi="Arial" w:eastAsia="Arial"/>
                <w:b/>
                <w:i w:val="0"/>
                <w:color w:val="FFFFFF"/>
                <w:sz w:val="14"/>
              </w:rPr>
              <w:t>Đầu ra</w:t>
            </w:r>
          </w:p>
        </w:tc>
      </w:tr>
      <w:tr>
        <w:tc>
          <w:tcPr>
            <w:tcW w:type="dxa" w:w="624"/>
            <w:tcMar>
              <w:top w:w="65" w:type="dxa"/>
              <w:start w:w="60" w:type="dxa"/>
              <w:bottom w:w="65" w:type="dxa"/>
              <w:end w:w="60" w:type="dxa"/>
            </w:tcMar>
            <w:vAlign w:val="top"/>
          </w:tcPr>
          <w:p>
            <w:pPr>
              <w:spacing w:after="0" w:line="240" w:lineRule="auto"/>
            </w:pPr>
            <w:r>
              <w:rPr>
                <w:rFonts w:ascii="Arial" w:hAnsi="Arial" w:eastAsia="Arial"/>
              </w:rPr>
            </w:r>
            <w:r>
              <w:rPr>
                <w:rFonts w:ascii="Arial" w:hAnsi="Arial" w:eastAsia="Arial"/>
                <w:b w:val="0"/>
                <w:i w:val="0"/>
                <w:sz w:val="14"/>
              </w:rPr>
              <w:t>A0</w:t>
            </w:r>
          </w:p>
        </w:tc>
        <w:tc>
          <w:tcPr>
            <w:tcW w:type="dxa" w:w="2154"/>
            <w:tcMar>
              <w:top w:w="65" w:type="dxa"/>
              <w:start w:w="60" w:type="dxa"/>
              <w:bottom w:w="65" w:type="dxa"/>
              <w:end w:w="60" w:type="dxa"/>
            </w:tcMar>
            <w:vAlign w:val="top"/>
          </w:tcPr>
          <w:p>
            <w:pPr>
              <w:spacing w:after="0" w:line="240" w:lineRule="auto"/>
            </w:pPr>
            <w:r>
              <w:rPr>
                <w:rFonts w:ascii="Arial" w:hAnsi="Arial" w:eastAsia="Arial"/>
              </w:rPr>
            </w:r>
            <w:r>
              <w:rPr>
                <w:rFonts w:ascii="Arial" w:hAnsi="Arial" w:eastAsia="Arial"/>
                <w:b w:val="0"/>
                <w:i w:val="0"/>
                <w:sz w:val="14"/>
              </w:rPr>
              <w:t>Tư vấn định hướng 60-90 phút</w:t>
            </w:r>
          </w:p>
        </w:tc>
        <w:tc>
          <w:tcPr>
            <w:tcW w:type="dxa" w:w="3005"/>
            <w:tcMar>
              <w:top w:w="65" w:type="dxa"/>
              <w:start w:w="60" w:type="dxa"/>
              <w:bottom w:w="65" w:type="dxa"/>
              <w:end w:w="60" w:type="dxa"/>
            </w:tcMar>
            <w:vAlign w:val="top"/>
          </w:tcPr>
          <w:p>
            <w:pPr>
              <w:spacing w:after="0" w:line="240" w:lineRule="auto"/>
            </w:pPr>
            <w:r>
              <w:rPr>
                <w:rFonts w:ascii="Arial" w:hAnsi="Arial" w:eastAsia="Arial"/>
              </w:rPr>
            </w:r>
            <w:r>
              <w:rPr>
                <w:rFonts w:ascii="Arial" w:hAnsi="Arial" w:eastAsia="Arial"/>
                <w:b w:val="0"/>
                <w:i w:val="0"/>
                <w:sz w:val="14"/>
              </w:rPr>
              <w:t>Khách mới có nhu cầu, chưa biết bắt đầu.</w:t>
            </w:r>
          </w:p>
        </w:tc>
        <w:tc>
          <w:tcPr>
            <w:tcW w:type="dxa" w:w="3005"/>
            <w:tcMar>
              <w:top w:w="65" w:type="dxa"/>
              <w:start w:w="60" w:type="dxa"/>
              <w:bottom w:w="65" w:type="dxa"/>
              <w:end w:w="60" w:type="dxa"/>
            </w:tcMar>
            <w:vAlign w:val="top"/>
          </w:tcPr>
          <w:p>
            <w:pPr>
              <w:spacing w:after="0" w:line="240" w:lineRule="auto"/>
            </w:pPr>
            <w:r>
              <w:rPr>
                <w:rFonts w:ascii="Arial" w:hAnsi="Arial" w:eastAsia="Arial"/>
              </w:rPr>
            </w:r>
            <w:r>
              <w:rPr>
                <w:rFonts w:ascii="Arial" w:hAnsi="Arial" w:eastAsia="Arial"/>
                <w:b w:val="0"/>
                <w:i w:val="0"/>
                <w:sz w:val="14"/>
              </w:rPr>
              <w:t>Biên bản định hướng, việc cần chuẩn bị, gói tiếp theo đề xuất.</w:t>
            </w:r>
          </w:p>
        </w:tc>
      </w:tr>
      <w:tr>
        <w:tc>
          <w:tcPr>
            <w:tcW w:type="dxa" w:w="624"/>
            <w:tcMar>
              <w:top w:w="65" w:type="dxa"/>
              <w:start w:w="60" w:type="dxa"/>
              <w:bottom w:w="65" w:type="dxa"/>
              <w:end w:w="60" w:type="dxa"/>
            </w:tcMar>
            <w:vAlign w:val="top"/>
            <w:shd w:fill="FAF9F6"/>
          </w:tcPr>
          <w:p>
            <w:pPr>
              <w:spacing w:after="0" w:line="240" w:lineRule="auto"/>
            </w:pPr>
            <w:r>
              <w:rPr>
                <w:rFonts w:ascii="Arial" w:hAnsi="Arial" w:eastAsia="Arial"/>
              </w:rPr>
            </w:r>
            <w:r>
              <w:rPr>
                <w:rFonts w:ascii="Arial" w:hAnsi="Arial" w:eastAsia="Arial"/>
                <w:b w:val="0"/>
                <w:i w:val="0"/>
                <w:sz w:val="14"/>
              </w:rPr>
              <w:t>A1</w:t>
            </w:r>
          </w:p>
        </w:tc>
        <w:tc>
          <w:tcPr>
            <w:tcW w:type="dxa" w:w="2154"/>
            <w:tcMar>
              <w:top w:w="65" w:type="dxa"/>
              <w:start w:w="60" w:type="dxa"/>
              <w:bottom w:w="65" w:type="dxa"/>
              <w:end w:w="60" w:type="dxa"/>
            </w:tcMar>
            <w:vAlign w:val="top"/>
            <w:shd w:fill="FAF9F6"/>
          </w:tcPr>
          <w:p>
            <w:pPr>
              <w:spacing w:after="0" w:line="240" w:lineRule="auto"/>
            </w:pPr>
            <w:r>
              <w:rPr>
                <w:rFonts w:ascii="Arial" w:hAnsi="Arial" w:eastAsia="Arial"/>
              </w:rPr>
            </w:r>
            <w:r>
              <w:rPr>
                <w:rFonts w:ascii="Arial" w:hAnsi="Arial" w:eastAsia="Arial"/>
                <w:b w:val="0"/>
                <w:i w:val="0"/>
                <w:sz w:val="14"/>
              </w:rPr>
              <w:t>Khai vấn nhu cầu gia đình</w:t>
            </w:r>
          </w:p>
        </w:tc>
        <w:tc>
          <w:tcPr>
            <w:tcW w:type="dxa" w:w="3005"/>
            <w:tcMar>
              <w:top w:w="65" w:type="dxa"/>
              <w:start w:w="60" w:type="dxa"/>
              <w:bottom w:w="65" w:type="dxa"/>
              <w:end w:w="60" w:type="dxa"/>
            </w:tcMar>
            <w:vAlign w:val="top"/>
            <w:shd w:fill="FAF9F6"/>
          </w:tcPr>
          <w:p>
            <w:pPr>
              <w:spacing w:after="0" w:line="240" w:lineRule="auto"/>
            </w:pPr>
            <w:r>
              <w:rPr>
                <w:rFonts w:ascii="Arial" w:hAnsi="Arial" w:eastAsia="Arial"/>
              </w:rPr>
            </w:r>
            <w:r>
              <w:rPr>
                <w:rFonts w:ascii="Arial" w:hAnsi="Arial" w:eastAsia="Arial"/>
                <w:b w:val="0"/>
                <w:i w:val="0"/>
                <w:sz w:val="14"/>
              </w:rPr>
              <w:t>Khách muốn làm nhà ở thật, cần hiểu đời sống.</w:t>
            </w:r>
          </w:p>
        </w:tc>
        <w:tc>
          <w:tcPr>
            <w:tcW w:type="dxa" w:w="3005"/>
            <w:tcMar>
              <w:top w:w="65" w:type="dxa"/>
              <w:start w:w="60" w:type="dxa"/>
              <w:bottom w:w="65" w:type="dxa"/>
              <w:end w:w="60" w:type="dxa"/>
            </w:tcMar>
            <w:vAlign w:val="top"/>
            <w:shd w:fill="FAF9F6"/>
          </w:tcPr>
          <w:p>
            <w:pPr>
              <w:spacing w:after="0" w:line="240" w:lineRule="auto"/>
            </w:pPr>
            <w:r>
              <w:rPr>
                <w:rFonts w:ascii="Arial" w:hAnsi="Arial" w:eastAsia="Arial"/>
              </w:rPr>
            </w:r>
            <w:r>
              <w:rPr>
                <w:rFonts w:ascii="Arial" w:hAnsi="Arial" w:eastAsia="Arial"/>
                <w:b w:val="0"/>
                <w:i w:val="0"/>
                <w:sz w:val="14"/>
              </w:rPr>
              <w:t>Bảng nhu cầu theo từng thành viên, ưu tiên và giới hạn.</w:t>
            </w:r>
          </w:p>
        </w:tc>
      </w:tr>
      <w:tr>
        <w:tc>
          <w:tcPr>
            <w:tcW w:type="dxa" w:w="624"/>
            <w:tcMar>
              <w:top w:w="65" w:type="dxa"/>
              <w:start w:w="60" w:type="dxa"/>
              <w:bottom w:w="65" w:type="dxa"/>
              <w:end w:w="60" w:type="dxa"/>
            </w:tcMar>
            <w:vAlign w:val="top"/>
          </w:tcPr>
          <w:p>
            <w:pPr>
              <w:spacing w:after="0" w:line="240" w:lineRule="auto"/>
            </w:pPr>
            <w:r>
              <w:rPr>
                <w:rFonts w:ascii="Arial" w:hAnsi="Arial" w:eastAsia="Arial"/>
              </w:rPr>
            </w:r>
            <w:r>
              <w:rPr>
                <w:rFonts w:ascii="Arial" w:hAnsi="Arial" w:eastAsia="Arial"/>
                <w:b w:val="0"/>
                <w:i w:val="0"/>
                <w:sz w:val="14"/>
              </w:rPr>
              <w:t>A2</w:t>
            </w:r>
          </w:p>
        </w:tc>
        <w:tc>
          <w:tcPr>
            <w:tcW w:type="dxa" w:w="2154"/>
            <w:tcMar>
              <w:top w:w="65" w:type="dxa"/>
              <w:start w:w="60" w:type="dxa"/>
              <w:bottom w:w="65" w:type="dxa"/>
              <w:end w:w="60" w:type="dxa"/>
            </w:tcMar>
            <w:vAlign w:val="top"/>
          </w:tcPr>
          <w:p>
            <w:pPr>
              <w:spacing w:after="0" w:line="240" w:lineRule="auto"/>
            </w:pPr>
            <w:r>
              <w:rPr>
                <w:rFonts w:ascii="Arial" w:hAnsi="Arial" w:eastAsia="Arial"/>
              </w:rPr>
            </w:r>
            <w:r>
              <w:rPr>
                <w:rFonts w:ascii="Arial" w:hAnsi="Arial" w:eastAsia="Arial"/>
                <w:b w:val="0"/>
                <w:i w:val="0"/>
                <w:sz w:val="14"/>
              </w:rPr>
              <w:t>Lập Design Brief</w:t>
            </w:r>
          </w:p>
        </w:tc>
        <w:tc>
          <w:tcPr>
            <w:tcW w:type="dxa" w:w="3005"/>
            <w:tcMar>
              <w:top w:w="65" w:type="dxa"/>
              <w:start w:w="60" w:type="dxa"/>
              <w:bottom w:w="65" w:type="dxa"/>
              <w:end w:w="60" w:type="dxa"/>
            </w:tcMar>
            <w:vAlign w:val="top"/>
          </w:tcPr>
          <w:p>
            <w:pPr>
              <w:spacing w:after="0" w:line="240" w:lineRule="auto"/>
            </w:pPr>
            <w:r>
              <w:rPr>
                <w:rFonts w:ascii="Arial" w:hAnsi="Arial" w:eastAsia="Arial"/>
              </w:rPr>
            </w:r>
            <w:r>
              <w:rPr>
                <w:rFonts w:ascii="Arial" w:hAnsi="Arial" w:eastAsia="Arial"/>
                <w:b w:val="0"/>
                <w:i w:val="0"/>
                <w:sz w:val="14"/>
              </w:rPr>
              <w:t>Trước khi thuê thiết kế hoặc mời báo giá.</w:t>
            </w:r>
          </w:p>
        </w:tc>
        <w:tc>
          <w:tcPr>
            <w:tcW w:type="dxa" w:w="3005"/>
            <w:tcMar>
              <w:top w:w="65" w:type="dxa"/>
              <w:start w:w="60" w:type="dxa"/>
              <w:bottom w:w="65" w:type="dxa"/>
              <w:end w:w="60" w:type="dxa"/>
            </w:tcMar>
            <w:vAlign w:val="top"/>
          </w:tcPr>
          <w:p>
            <w:pPr>
              <w:spacing w:after="0" w:line="240" w:lineRule="auto"/>
            </w:pPr>
            <w:r>
              <w:rPr>
                <w:rFonts w:ascii="Arial" w:hAnsi="Arial" w:eastAsia="Arial"/>
              </w:rPr>
            </w:r>
            <w:r>
              <w:rPr>
                <w:rFonts w:ascii="Arial" w:hAnsi="Arial" w:eastAsia="Arial"/>
                <w:b w:val="0"/>
                <w:i w:val="0"/>
                <w:sz w:val="14"/>
              </w:rPr>
              <w:t>File brief: công năng, gu, ngân sách, tiến độ, ràng buộc.</w:t>
            </w:r>
          </w:p>
        </w:tc>
      </w:tr>
      <w:tr>
        <w:tc>
          <w:tcPr>
            <w:tcW w:type="dxa" w:w="624"/>
            <w:tcMar>
              <w:top w:w="65" w:type="dxa"/>
              <w:start w:w="60" w:type="dxa"/>
              <w:bottom w:w="65" w:type="dxa"/>
              <w:end w:w="60" w:type="dxa"/>
            </w:tcMar>
            <w:vAlign w:val="top"/>
            <w:shd w:fill="FAF9F6"/>
          </w:tcPr>
          <w:p>
            <w:pPr>
              <w:spacing w:after="0" w:line="240" w:lineRule="auto"/>
            </w:pPr>
            <w:r>
              <w:rPr>
                <w:rFonts w:ascii="Arial" w:hAnsi="Arial" w:eastAsia="Arial"/>
              </w:rPr>
            </w:r>
            <w:r>
              <w:rPr>
                <w:rFonts w:ascii="Arial" w:hAnsi="Arial" w:eastAsia="Arial"/>
                <w:b w:val="0"/>
                <w:i w:val="0"/>
                <w:sz w:val="14"/>
              </w:rPr>
              <w:t>A3</w:t>
            </w:r>
          </w:p>
        </w:tc>
        <w:tc>
          <w:tcPr>
            <w:tcW w:type="dxa" w:w="2154"/>
            <w:tcMar>
              <w:top w:w="65" w:type="dxa"/>
              <w:start w:w="60" w:type="dxa"/>
              <w:bottom w:w="65" w:type="dxa"/>
              <w:end w:w="60" w:type="dxa"/>
            </w:tcMar>
            <w:vAlign w:val="top"/>
            <w:shd w:fill="FAF9F6"/>
          </w:tcPr>
          <w:p>
            <w:pPr>
              <w:spacing w:after="0" w:line="240" w:lineRule="auto"/>
            </w:pPr>
            <w:r>
              <w:rPr>
                <w:rFonts w:ascii="Arial" w:hAnsi="Arial" w:eastAsia="Arial"/>
              </w:rPr>
            </w:r>
            <w:r>
              <w:rPr>
                <w:rFonts w:ascii="Arial" w:hAnsi="Arial" w:eastAsia="Arial"/>
                <w:b w:val="0"/>
                <w:i w:val="0"/>
                <w:sz w:val="14"/>
              </w:rPr>
              <w:t>Khảo sát hiện trạng sơ bộ</w:t>
            </w:r>
          </w:p>
        </w:tc>
        <w:tc>
          <w:tcPr>
            <w:tcW w:type="dxa" w:w="3005"/>
            <w:tcMar>
              <w:top w:w="65" w:type="dxa"/>
              <w:start w:w="60" w:type="dxa"/>
              <w:bottom w:w="65" w:type="dxa"/>
              <w:end w:w="60" w:type="dxa"/>
            </w:tcMar>
            <w:vAlign w:val="top"/>
            <w:shd w:fill="FAF9F6"/>
          </w:tcPr>
          <w:p>
            <w:pPr>
              <w:spacing w:after="0" w:line="240" w:lineRule="auto"/>
            </w:pPr>
            <w:r>
              <w:rPr>
                <w:rFonts w:ascii="Arial" w:hAnsi="Arial" w:eastAsia="Arial"/>
              </w:rPr>
            </w:r>
            <w:r>
              <w:rPr>
                <w:rFonts w:ascii="Arial" w:hAnsi="Arial" w:eastAsia="Arial"/>
                <w:b w:val="0"/>
                <w:i w:val="0"/>
                <w:sz w:val="14"/>
              </w:rPr>
              <w:t>Nhà cũ/căn hộ/mặt bằng thuê cần đọc rủi ro.</w:t>
            </w:r>
          </w:p>
        </w:tc>
        <w:tc>
          <w:tcPr>
            <w:tcW w:type="dxa" w:w="3005"/>
            <w:tcMar>
              <w:top w:w="65" w:type="dxa"/>
              <w:start w:w="60" w:type="dxa"/>
              <w:bottom w:w="65" w:type="dxa"/>
              <w:end w:w="60" w:type="dxa"/>
            </w:tcMar>
            <w:vAlign w:val="top"/>
            <w:shd w:fill="FAF9F6"/>
          </w:tcPr>
          <w:p>
            <w:pPr>
              <w:spacing w:after="0" w:line="240" w:lineRule="auto"/>
            </w:pPr>
            <w:r>
              <w:rPr>
                <w:rFonts w:ascii="Arial" w:hAnsi="Arial" w:eastAsia="Arial"/>
              </w:rPr>
            </w:r>
            <w:r>
              <w:rPr>
                <w:rFonts w:ascii="Arial" w:hAnsi="Arial" w:eastAsia="Arial"/>
                <w:b w:val="0"/>
                <w:i w:val="0"/>
                <w:sz w:val="14"/>
              </w:rPr>
              <w:t>Biên bản hiện trạng, ảnh chú thích, risk list.</w:t>
            </w:r>
          </w:p>
        </w:tc>
      </w:tr>
      <w:tr>
        <w:tc>
          <w:tcPr>
            <w:tcW w:type="dxa" w:w="624"/>
            <w:tcMar>
              <w:top w:w="65" w:type="dxa"/>
              <w:start w:w="60" w:type="dxa"/>
              <w:bottom w:w="65" w:type="dxa"/>
              <w:end w:w="60" w:type="dxa"/>
            </w:tcMar>
            <w:vAlign w:val="top"/>
          </w:tcPr>
          <w:p>
            <w:pPr>
              <w:spacing w:after="0" w:line="240" w:lineRule="auto"/>
            </w:pPr>
            <w:r>
              <w:rPr>
                <w:rFonts w:ascii="Arial" w:hAnsi="Arial" w:eastAsia="Arial"/>
              </w:rPr>
            </w:r>
            <w:r>
              <w:rPr>
                <w:rFonts w:ascii="Arial" w:hAnsi="Arial" w:eastAsia="Arial"/>
                <w:b w:val="0"/>
                <w:i w:val="0"/>
                <w:sz w:val="14"/>
              </w:rPr>
              <w:t>A4</w:t>
            </w:r>
          </w:p>
        </w:tc>
        <w:tc>
          <w:tcPr>
            <w:tcW w:type="dxa" w:w="2154"/>
            <w:tcMar>
              <w:top w:w="65" w:type="dxa"/>
              <w:start w:w="60" w:type="dxa"/>
              <w:bottom w:w="65" w:type="dxa"/>
              <w:end w:w="60" w:type="dxa"/>
            </w:tcMar>
            <w:vAlign w:val="top"/>
          </w:tcPr>
          <w:p>
            <w:pPr>
              <w:spacing w:after="0" w:line="240" w:lineRule="auto"/>
            </w:pPr>
            <w:r>
              <w:rPr>
                <w:rFonts w:ascii="Arial" w:hAnsi="Arial" w:eastAsia="Arial"/>
              </w:rPr>
            </w:r>
            <w:r>
              <w:rPr>
                <w:rFonts w:ascii="Arial" w:hAnsi="Arial" w:eastAsia="Arial"/>
                <w:b w:val="0"/>
                <w:i w:val="0"/>
                <w:sz w:val="14"/>
              </w:rPr>
              <w:t>Lộ trình làm nhà cá nhân hóa</w:t>
            </w:r>
          </w:p>
        </w:tc>
        <w:tc>
          <w:tcPr>
            <w:tcW w:type="dxa" w:w="3005"/>
            <w:tcMar>
              <w:top w:w="65" w:type="dxa"/>
              <w:start w:w="60" w:type="dxa"/>
              <w:bottom w:w="65" w:type="dxa"/>
              <w:end w:w="60" w:type="dxa"/>
            </w:tcMar>
            <w:vAlign w:val="top"/>
          </w:tcPr>
          <w:p>
            <w:pPr>
              <w:spacing w:after="0" w:line="240" w:lineRule="auto"/>
            </w:pPr>
            <w:r>
              <w:rPr>
                <w:rFonts w:ascii="Arial" w:hAnsi="Arial" w:eastAsia="Arial"/>
              </w:rPr>
            </w:r>
            <w:r>
              <w:rPr>
                <w:rFonts w:ascii="Arial" w:hAnsi="Arial" w:eastAsia="Arial"/>
                <w:b w:val="0"/>
                <w:i w:val="0"/>
                <w:sz w:val="14"/>
              </w:rPr>
              <w:t>Khách muốn biết từng bước, ai làm, chi bao nhiêu.</w:t>
            </w:r>
          </w:p>
        </w:tc>
        <w:tc>
          <w:tcPr>
            <w:tcW w:type="dxa" w:w="3005"/>
            <w:tcMar>
              <w:top w:w="65" w:type="dxa"/>
              <w:start w:w="60" w:type="dxa"/>
              <w:bottom w:w="65" w:type="dxa"/>
              <w:end w:w="60" w:type="dxa"/>
            </w:tcMar>
            <w:vAlign w:val="top"/>
          </w:tcPr>
          <w:p>
            <w:pPr>
              <w:spacing w:after="0" w:line="240" w:lineRule="auto"/>
            </w:pPr>
            <w:r>
              <w:rPr>
                <w:rFonts w:ascii="Arial" w:hAnsi="Arial" w:eastAsia="Arial"/>
              </w:rPr>
            </w:r>
            <w:r>
              <w:rPr>
                <w:rFonts w:ascii="Arial" w:hAnsi="Arial" w:eastAsia="Arial"/>
                <w:b w:val="0"/>
                <w:i w:val="0"/>
                <w:sz w:val="14"/>
              </w:rPr>
              <w:t>Roadmap, mốc ra quyết định, gợi ý chia gói.</w:t>
            </w:r>
          </w:p>
        </w:tc>
      </w:tr>
      <w:tr>
        <w:tc>
          <w:tcPr>
            <w:tcW w:type="dxa" w:w="624"/>
            <w:tcMar>
              <w:top w:w="65" w:type="dxa"/>
              <w:start w:w="60" w:type="dxa"/>
              <w:bottom w:w="65" w:type="dxa"/>
              <w:end w:w="60" w:type="dxa"/>
            </w:tcMar>
            <w:vAlign w:val="top"/>
            <w:shd w:fill="FAF9F6"/>
          </w:tcPr>
          <w:p>
            <w:pPr>
              <w:spacing w:after="0" w:line="240" w:lineRule="auto"/>
            </w:pPr>
            <w:r>
              <w:rPr>
                <w:rFonts w:ascii="Arial" w:hAnsi="Arial" w:eastAsia="Arial"/>
              </w:rPr>
            </w:r>
            <w:r>
              <w:rPr>
                <w:rFonts w:ascii="Arial" w:hAnsi="Arial" w:eastAsia="Arial"/>
                <w:b w:val="0"/>
                <w:i w:val="0"/>
                <w:sz w:val="14"/>
              </w:rPr>
              <w:t>B1</w:t>
            </w:r>
          </w:p>
        </w:tc>
        <w:tc>
          <w:tcPr>
            <w:tcW w:type="dxa" w:w="2154"/>
            <w:tcMar>
              <w:top w:w="65" w:type="dxa"/>
              <w:start w:w="60" w:type="dxa"/>
              <w:bottom w:w="65" w:type="dxa"/>
              <w:end w:w="60" w:type="dxa"/>
            </w:tcMar>
            <w:vAlign w:val="top"/>
            <w:shd w:fill="FAF9F6"/>
          </w:tcPr>
          <w:p>
            <w:pPr>
              <w:spacing w:after="0" w:line="240" w:lineRule="auto"/>
            </w:pPr>
            <w:r>
              <w:rPr>
                <w:rFonts w:ascii="Arial" w:hAnsi="Arial" w:eastAsia="Arial"/>
              </w:rPr>
            </w:r>
            <w:r>
              <w:rPr>
                <w:rFonts w:ascii="Arial" w:hAnsi="Arial" w:eastAsia="Arial"/>
                <w:b w:val="0"/>
                <w:i w:val="0"/>
                <w:sz w:val="14"/>
              </w:rPr>
              <w:t>Rà layout công năng</w:t>
            </w:r>
          </w:p>
        </w:tc>
        <w:tc>
          <w:tcPr>
            <w:tcW w:type="dxa" w:w="3005"/>
            <w:tcMar>
              <w:top w:w="65" w:type="dxa"/>
              <w:start w:w="60" w:type="dxa"/>
              <w:bottom w:w="65" w:type="dxa"/>
              <w:end w:w="60" w:type="dxa"/>
            </w:tcMar>
            <w:vAlign w:val="top"/>
            <w:shd w:fill="FAF9F6"/>
          </w:tcPr>
          <w:p>
            <w:pPr>
              <w:spacing w:after="0" w:line="240" w:lineRule="auto"/>
            </w:pPr>
            <w:r>
              <w:rPr>
                <w:rFonts w:ascii="Arial" w:hAnsi="Arial" w:eastAsia="Arial"/>
              </w:rPr>
            </w:r>
            <w:r>
              <w:rPr>
                <w:rFonts w:ascii="Arial" w:hAnsi="Arial" w:eastAsia="Arial"/>
                <w:b w:val="0"/>
                <w:i w:val="0"/>
                <w:sz w:val="14"/>
              </w:rPr>
              <w:t>Đã có mặt bằng/ý tưởng.</w:t>
            </w:r>
          </w:p>
        </w:tc>
        <w:tc>
          <w:tcPr>
            <w:tcW w:type="dxa" w:w="3005"/>
            <w:tcMar>
              <w:top w:w="65" w:type="dxa"/>
              <w:start w:w="60" w:type="dxa"/>
              <w:bottom w:w="65" w:type="dxa"/>
              <w:end w:w="60" w:type="dxa"/>
            </w:tcMar>
            <w:vAlign w:val="top"/>
            <w:shd w:fill="FAF9F6"/>
          </w:tcPr>
          <w:p>
            <w:pPr>
              <w:spacing w:after="0" w:line="240" w:lineRule="auto"/>
            </w:pPr>
            <w:r>
              <w:rPr>
                <w:rFonts w:ascii="Arial" w:hAnsi="Arial" w:eastAsia="Arial"/>
              </w:rPr>
            </w:r>
            <w:r>
              <w:rPr>
                <w:rFonts w:ascii="Arial" w:hAnsi="Arial" w:eastAsia="Arial"/>
                <w:b w:val="0"/>
                <w:i w:val="0"/>
                <w:sz w:val="14"/>
              </w:rPr>
              <w:t>Báo cáo lỗi công năng, luồng đi, kho, bếp, WC, ánh sáng.</w:t>
            </w:r>
          </w:p>
        </w:tc>
      </w:tr>
      <w:tr>
        <w:tc>
          <w:tcPr>
            <w:tcW w:type="dxa" w:w="624"/>
            <w:tcMar>
              <w:top w:w="65" w:type="dxa"/>
              <w:start w:w="60" w:type="dxa"/>
              <w:bottom w:w="65" w:type="dxa"/>
              <w:end w:w="60" w:type="dxa"/>
            </w:tcMar>
            <w:vAlign w:val="top"/>
          </w:tcPr>
          <w:p>
            <w:pPr>
              <w:spacing w:after="0" w:line="240" w:lineRule="auto"/>
            </w:pPr>
            <w:r>
              <w:rPr>
                <w:rFonts w:ascii="Arial" w:hAnsi="Arial" w:eastAsia="Arial"/>
              </w:rPr>
            </w:r>
            <w:r>
              <w:rPr>
                <w:rFonts w:ascii="Arial" w:hAnsi="Arial" w:eastAsia="Arial"/>
                <w:b w:val="0"/>
                <w:i w:val="0"/>
                <w:sz w:val="14"/>
              </w:rPr>
              <w:t>B2</w:t>
            </w:r>
          </w:p>
        </w:tc>
        <w:tc>
          <w:tcPr>
            <w:tcW w:type="dxa" w:w="2154"/>
            <w:tcMar>
              <w:top w:w="65" w:type="dxa"/>
              <w:start w:w="60" w:type="dxa"/>
              <w:bottom w:w="65" w:type="dxa"/>
              <w:end w:w="60" w:type="dxa"/>
            </w:tcMar>
            <w:vAlign w:val="top"/>
          </w:tcPr>
          <w:p>
            <w:pPr>
              <w:spacing w:after="0" w:line="240" w:lineRule="auto"/>
            </w:pPr>
            <w:r>
              <w:rPr>
                <w:rFonts w:ascii="Arial" w:hAnsi="Arial" w:eastAsia="Arial"/>
              </w:rPr>
            </w:r>
            <w:r>
              <w:rPr>
                <w:rFonts w:ascii="Arial" w:hAnsi="Arial" w:eastAsia="Arial"/>
                <w:b w:val="0"/>
                <w:i w:val="0"/>
                <w:sz w:val="14"/>
              </w:rPr>
              <w:t>Rà phong cách &amp; moodboard</w:t>
            </w:r>
          </w:p>
        </w:tc>
        <w:tc>
          <w:tcPr>
            <w:tcW w:type="dxa" w:w="3005"/>
            <w:tcMar>
              <w:top w:w="65" w:type="dxa"/>
              <w:start w:w="60" w:type="dxa"/>
              <w:bottom w:w="65" w:type="dxa"/>
              <w:end w:w="60" w:type="dxa"/>
            </w:tcMar>
            <w:vAlign w:val="top"/>
          </w:tcPr>
          <w:p>
            <w:pPr>
              <w:spacing w:after="0" w:line="240" w:lineRule="auto"/>
            </w:pPr>
            <w:r>
              <w:rPr>
                <w:rFonts w:ascii="Arial" w:hAnsi="Arial" w:eastAsia="Arial"/>
              </w:rPr>
            </w:r>
            <w:r>
              <w:rPr>
                <w:rFonts w:ascii="Arial" w:hAnsi="Arial" w:eastAsia="Arial"/>
                <w:b w:val="0"/>
                <w:i w:val="0"/>
                <w:sz w:val="14"/>
              </w:rPr>
              <w:t>Khách phân vân style hoặc sợ bị sến.</w:t>
            </w:r>
          </w:p>
        </w:tc>
        <w:tc>
          <w:tcPr>
            <w:tcW w:type="dxa" w:w="3005"/>
            <w:tcMar>
              <w:top w:w="65" w:type="dxa"/>
              <w:start w:w="60" w:type="dxa"/>
              <w:bottom w:w="65" w:type="dxa"/>
              <w:end w:w="60" w:type="dxa"/>
            </w:tcMar>
            <w:vAlign w:val="top"/>
          </w:tcPr>
          <w:p>
            <w:pPr>
              <w:spacing w:after="0" w:line="240" w:lineRule="auto"/>
            </w:pPr>
            <w:r>
              <w:rPr>
                <w:rFonts w:ascii="Arial" w:hAnsi="Arial" w:eastAsia="Arial"/>
              </w:rPr>
            </w:r>
            <w:r>
              <w:rPr>
                <w:rFonts w:ascii="Arial" w:hAnsi="Arial" w:eastAsia="Arial"/>
                <w:b w:val="0"/>
                <w:i w:val="0"/>
                <w:sz w:val="14"/>
              </w:rPr>
              <w:t>Nhận xét phong cách, bảng vật liệu/màu/ánh sáng đề xuất.</w:t>
            </w:r>
          </w:p>
        </w:tc>
      </w:tr>
      <w:tr>
        <w:tc>
          <w:tcPr>
            <w:tcW w:type="dxa" w:w="624"/>
            <w:tcMar>
              <w:top w:w="65" w:type="dxa"/>
              <w:start w:w="60" w:type="dxa"/>
              <w:bottom w:w="65" w:type="dxa"/>
              <w:end w:w="60" w:type="dxa"/>
            </w:tcMar>
            <w:vAlign w:val="top"/>
            <w:shd w:fill="FAF9F6"/>
          </w:tcPr>
          <w:p>
            <w:pPr>
              <w:spacing w:after="0" w:line="240" w:lineRule="auto"/>
            </w:pPr>
            <w:r>
              <w:rPr>
                <w:rFonts w:ascii="Arial" w:hAnsi="Arial" w:eastAsia="Arial"/>
              </w:rPr>
            </w:r>
            <w:r>
              <w:rPr>
                <w:rFonts w:ascii="Arial" w:hAnsi="Arial" w:eastAsia="Arial"/>
                <w:b w:val="0"/>
                <w:i w:val="0"/>
                <w:sz w:val="14"/>
              </w:rPr>
              <w:t>B3</w:t>
            </w:r>
          </w:p>
        </w:tc>
        <w:tc>
          <w:tcPr>
            <w:tcW w:type="dxa" w:w="2154"/>
            <w:tcMar>
              <w:top w:w="65" w:type="dxa"/>
              <w:start w:w="60" w:type="dxa"/>
              <w:bottom w:w="65" w:type="dxa"/>
              <w:end w:w="60" w:type="dxa"/>
            </w:tcMar>
            <w:vAlign w:val="top"/>
            <w:shd w:fill="FAF9F6"/>
          </w:tcPr>
          <w:p>
            <w:pPr>
              <w:spacing w:after="0" w:line="240" w:lineRule="auto"/>
            </w:pPr>
            <w:r>
              <w:rPr>
                <w:rFonts w:ascii="Arial" w:hAnsi="Arial" w:eastAsia="Arial"/>
              </w:rPr>
            </w:r>
            <w:r>
              <w:rPr>
                <w:rFonts w:ascii="Arial" w:hAnsi="Arial" w:eastAsia="Arial"/>
                <w:b w:val="0"/>
                <w:i w:val="0"/>
                <w:sz w:val="14"/>
              </w:rPr>
              <w:t>Rà phối cảnh 3D</w:t>
            </w:r>
          </w:p>
        </w:tc>
        <w:tc>
          <w:tcPr>
            <w:tcW w:type="dxa" w:w="3005"/>
            <w:tcMar>
              <w:top w:w="65" w:type="dxa"/>
              <w:start w:w="60" w:type="dxa"/>
              <w:bottom w:w="65" w:type="dxa"/>
              <w:end w:w="60" w:type="dxa"/>
            </w:tcMar>
            <w:vAlign w:val="top"/>
            <w:shd w:fill="FAF9F6"/>
          </w:tcPr>
          <w:p>
            <w:pPr>
              <w:spacing w:after="0" w:line="240" w:lineRule="auto"/>
            </w:pPr>
            <w:r>
              <w:rPr>
                <w:rFonts w:ascii="Arial" w:hAnsi="Arial" w:eastAsia="Arial"/>
              </w:rPr>
            </w:r>
            <w:r>
              <w:rPr>
                <w:rFonts w:ascii="Arial" w:hAnsi="Arial" w:eastAsia="Arial"/>
                <w:b w:val="0"/>
                <w:i w:val="0"/>
                <w:sz w:val="14"/>
              </w:rPr>
              <w:t>Đã có 3D từ thiết kế/xưởng.</w:t>
            </w:r>
          </w:p>
        </w:tc>
        <w:tc>
          <w:tcPr>
            <w:tcW w:type="dxa" w:w="3005"/>
            <w:tcMar>
              <w:top w:w="65" w:type="dxa"/>
              <w:start w:w="60" w:type="dxa"/>
              <w:bottom w:w="65" w:type="dxa"/>
              <w:end w:w="60" w:type="dxa"/>
            </w:tcMar>
            <w:vAlign w:val="top"/>
            <w:shd w:fill="FAF9F6"/>
          </w:tcPr>
          <w:p>
            <w:pPr>
              <w:spacing w:after="0" w:line="240" w:lineRule="auto"/>
            </w:pPr>
            <w:r>
              <w:rPr>
                <w:rFonts w:ascii="Arial" w:hAnsi="Arial" w:eastAsia="Arial"/>
              </w:rPr>
            </w:r>
            <w:r>
              <w:rPr>
                <w:rFonts w:ascii="Arial" w:hAnsi="Arial" w:eastAsia="Arial"/>
                <w:b w:val="0"/>
                <w:i w:val="0"/>
                <w:sz w:val="14"/>
              </w:rPr>
              <w:t>Danh sách điểm đúng/sai, rủi ro thi công, điều cần hỏi lại.</w:t>
            </w:r>
          </w:p>
        </w:tc>
      </w:tr>
      <w:tr>
        <w:tc>
          <w:tcPr>
            <w:tcW w:type="dxa" w:w="624"/>
            <w:tcMar>
              <w:top w:w="65" w:type="dxa"/>
              <w:start w:w="60" w:type="dxa"/>
              <w:bottom w:w="65" w:type="dxa"/>
              <w:end w:w="60" w:type="dxa"/>
            </w:tcMar>
            <w:vAlign w:val="top"/>
          </w:tcPr>
          <w:p>
            <w:pPr>
              <w:spacing w:after="0" w:line="240" w:lineRule="auto"/>
            </w:pPr>
            <w:r>
              <w:rPr>
                <w:rFonts w:ascii="Arial" w:hAnsi="Arial" w:eastAsia="Arial"/>
              </w:rPr>
            </w:r>
            <w:r>
              <w:rPr>
                <w:rFonts w:ascii="Arial" w:hAnsi="Arial" w:eastAsia="Arial"/>
                <w:b w:val="0"/>
                <w:i w:val="0"/>
                <w:sz w:val="14"/>
              </w:rPr>
              <w:t>B4</w:t>
            </w:r>
          </w:p>
        </w:tc>
        <w:tc>
          <w:tcPr>
            <w:tcW w:type="dxa" w:w="2154"/>
            <w:tcMar>
              <w:top w:w="65" w:type="dxa"/>
              <w:start w:w="60" w:type="dxa"/>
              <w:bottom w:w="65" w:type="dxa"/>
              <w:end w:w="60" w:type="dxa"/>
            </w:tcMar>
            <w:vAlign w:val="top"/>
          </w:tcPr>
          <w:p>
            <w:pPr>
              <w:spacing w:after="0" w:line="240" w:lineRule="auto"/>
            </w:pPr>
            <w:r>
              <w:rPr>
                <w:rFonts w:ascii="Arial" w:hAnsi="Arial" w:eastAsia="Arial"/>
              </w:rPr>
            </w:r>
            <w:r>
              <w:rPr>
                <w:rFonts w:ascii="Arial" w:hAnsi="Arial" w:eastAsia="Arial"/>
                <w:b w:val="0"/>
                <w:i w:val="0"/>
                <w:sz w:val="14"/>
              </w:rPr>
              <w:t>Rà hồ sơ bản vẽ</w:t>
            </w:r>
          </w:p>
        </w:tc>
        <w:tc>
          <w:tcPr>
            <w:tcW w:type="dxa" w:w="3005"/>
            <w:tcMar>
              <w:top w:w="65" w:type="dxa"/>
              <w:start w:w="60" w:type="dxa"/>
              <w:bottom w:w="65" w:type="dxa"/>
              <w:end w:w="60" w:type="dxa"/>
            </w:tcMar>
            <w:vAlign w:val="top"/>
          </w:tcPr>
          <w:p>
            <w:pPr>
              <w:spacing w:after="0" w:line="240" w:lineRule="auto"/>
            </w:pPr>
            <w:r>
              <w:rPr>
                <w:rFonts w:ascii="Arial" w:hAnsi="Arial" w:eastAsia="Arial"/>
              </w:rPr>
            </w:r>
            <w:r>
              <w:rPr>
                <w:rFonts w:ascii="Arial" w:hAnsi="Arial" w:eastAsia="Arial"/>
                <w:b w:val="0"/>
                <w:i w:val="0"/>
                <w:sz w:val="14"/>
              </w:rPr>
              <w:t>Trước khi gửi nhà thầu báo giá/thi công.</w:t>
            </w:r>
          </w:p>
        </w:tc>
        <w:tc>
          <w:tcPr>
            <w:tcW w:type="dxa" w:w="3005"/>
            <w:tcMar>
              <w:top w:w="65" w:type="dxa"/>
              <w:start w:w="60" w:type="dxa"/>
              <w:bottom w:w="65" w:type="dxa"/>
              <w:end w:w="60" w:type="dxa"/>
            </w:tcMar>
            <w:vAlign w:val="top"/>
          </w:tcPr>
          <w:p>
            <w:pPr>
              <w:spacing w:after="0" w:line="240" w:lineRule="auto"/>
            </w:pPr>
            <w:r>
              <w:rPr>
                <w:rFonts w:ascii="Arial" w:hAnsi="Arial" w:eastAsia="Arial"/>
              </w:rPr>
            </w:r>
            <w:r>
              <w:rPr>
                <w:rFonts w:ascii="Arial" w:hAnsi="Arial" w:eastAsia="Arial"/>
                <w:b w:val="0"/>
                <w:i w:val="0"/>
                <w:sz w:val="14"/>
              </w:rPr>
              <w:t>Checklist bản vẽ thiếu, mâu thuẫn, chưa đủ chi tiết.</w:t>
            </w:r>
          </w:p>
        </w:tc>
      </w:tr>
      <w:tr>
        <w:tc>
          <w:tcPr>
            <w:tcW w:type="dxa" w:w="624"/>
            <w:tcMar>
              <w:top w:w="65" w:type="dxa"/>
              <w:start w:w="60" w:type="dxa"/>
              <w:bottom w:w="65" w:type="dxa"/>
              <w:end w:w="60" w:type="dxa"/>
            </w:tcMar>
            <w:vAlign w:val="top"/>
            <w:shd w:fill="FAF9F6"/>
          </w:tcPr>
          <w:p>
            <w:pPr>
              <w:spacing w:after="0" w:line="240" w:lineRule="auto"/>
            </w:pPr>
            <w:r>
              <w:rPr>
                <w:rFonts w:ascii="Arial" w:hAnsi="Arial" w:eastAsia="Arial"/>
              </w:rPr>
            </w:r>
            <w:r>
              <w:rPr>
                <w:rFonts w:ascii="Arial" w:hAnsi="Arial" w:eastAsia="Arial"/>
                <w:b w:val="0"/>
                <w:i w:val="0"/>
                <w:sz w:val="14"/>
              </w:rPr>
              <w:t>B5</w:t>
            </w:r>
          </w:p>
        </w:tc>
        <w:tc>
          <w:tcPr>
            <w:tcW w:type="dxa" w:w="2154"/>
            <w:tcMar>
              <w:top w:w="65" w:type="dxa"/>
              <w:start w:w="60" w:type="dxa"/>
              <w:bottom w:w="65" w:type="dxa"/>
              <w:end w:w="60" w:type="dxa"/>
            </w:tcMar>
            <w:vAlign w:val="top"/>
            <w:shd w:fill="FAF9F6"/>
          </w:tcPr>
          <w:p>
            <w:pPr>
              <w:spacing w:after="0" w:line="240" w:lineRule="auto"/>
            </w:pPr>
            <w:r>
              <w:rPr>
                <w:rFonts w:ascii="Arial" w:hAnsi="Arial" w:eastAsia="Arial"/>
              </w:rPr>
            </w:r>
            <w:r>
              <w:rPr>
                <w:rFonts w:ascii="Arial" w:hAnsi="Arial" w:eastAsia="Arial"/>
                <w:b w:val="0"/>
                <w:i w:val="0"/>
                <w:sz w:val="14"/>
              </w:rPr>
              <w:t>Tổ chức workshop concept</w:t>
            </w:r>
          </w:p>
        </w:tc>
        <w:tc>
          <w:tcPr>
            <w:tcW w:type="dxa" w:w="3005"/>
            <w:tcMar>
              <w:top w:w="65" w:type="dxa"/>
              <w:start w:w="60" w:type="dxa"/>
              <w:bottom w:w="65" w:type="dxa"/>
              <w:end w:w="60" w:type="dxa"/>
            </w:tcMar>
            <w:vAlign w:val="top"/>
            <w:shd w:fill="FAF9F6"/>
          </w:tcPr>
          <w:p>
            <w:pPr>
              <w:spacing w:after="0" w:line="240" w:lineRule="auto"/>
            </w:pPr>
            <w:r>
              <w:rPr>
                <w:rFonts w:ascii="Arial" w:hAnsi="Arial" w:eastAsia="Arial"/>
              </w:rPr>
            </w:r>
            <w:r>
              <w:rPr>
                <w:rFonts w:ascii="Arial" w:hAnsi="Arial" w:eastAsia="Arial"/>
                <w:b w:val="0"/>
                <w:i w:val="0"/>
                <w:sz w:val="14"/>
              </w:rPr>
              <w:t>Gia đình nhiều người, khó thống nhất gu.</w:t>
            </w:r>
          </w:p>
        </w:tc>
        <w:tc>
          <w:tcPr>
            <w:tcW w:type="dxa" w:w="3005"/>
            <w:tcMar>
              <w:top w:w="65" w:type="dxa"/>
              <w:start w:w="60" w:type="dxa"/>
              <w:bottom w:w="65" w:type="dxa"/>
              <w:end w:w="60" w:type="dxa"/>
            </w:tcMar>
            <w:vAlign w:val="top"/>
            <w:shd w:fill="FAF9F6"/>
          </w:tcPr>
          <w:p>
            <w:pPr>
              <w:spacing w:after="0" w:line="240" w:lineRule="auto"/>
            </w:pPr>
            <w:r>
              <w:rPr>
                <w:rFonts w:ascii="Arial" w:hAnsi="Arial" w:eastAsia="Arial"/>
              </w:rPr>
            </w:r>
            <w:r>
              <w:rPr>
                <w:rFonts w:ascii="Arial" w:hAnsi="Arial" w:eastAsia="Arial"/>
                <w:b w:val="0"/>
                <w:i w:val="0"/>
                <w:sz w:val="14"/>
              </w:rPr>
              <w:t>Biên bản thống nhất gu, mức ưu tiên, quyết định chốt.</w:t>
            </w:r>
          </w:p>
        </w:tc>
      </w:tr>
      <w:tr>
        <w:tc>
          <w:tcPr>
            <w:tcW w:type="dxa" w:w="624"/>
            <w:tcMar>
              <w:top w:w="65" w:type="dxa"/>
              <w:start w:w="60" w:type="dxa"/>
              <w:bottom w:w="65" w:type="dxa"/>
              <w:end w:w="60" w:type="dxa"/>
            </w:tcMar>
            <w:vAlign w:val="top"/>
          </w:tcPr>
          <w:p>
            <w:pPr>
              <w:spacing w:after="0" w:line="240" w:lineRule="auto"/>
            </w:pPr>
            <w:r>
              <w:rPr>
                <w:rFonts w:ascii="Arial" w:hAnsi="Arial" w:eastAsia="Arial"/>
              </w:rPr>
            </w:r>
            <w:r>
              <w:rPr>
                <w:rFonts w:ascii="Arial" w:hAnsi="Arial" w:eastAsia="Arial"/>
                <w:b w:val="0"/>
                <w:i w:val="0"/>
                <w:sz w:val="14"/>
              </w:rPr>
              <w:t>C1</w:t>
            </w:r>
          </w:p>
        </w:tc>
        <w:tc>
          <w:tcPr>
            <w:tcW w:type="dxa" w:w="2154"/>
            <w:tcMar>
              <w:top w:w="65" w:type="dxa"/>
              <w:start w:w="60" w:type="dxa"/>
              <w:bottom w:w="65" w:type="dxa"/>
              <w:end w:w="60" w:type="dxa"/>
            </w:tcMar>
            <w:vAlign w:val="top"/>
          </w:tcPr>
          <w:p>
            <w:pPr>
              <w:spacing w:after="0" w:line="240" w:lineRule="auto"/>
            </w:pPr>
            <w:r>
              <w:rPr>
                <w:rFonts w:ascii="Arial" w:hAnsi="Arial" w:eastAsia="Arial"/>
              </w:rPr>
            </w:r>
            <w:r>
              <w:rPr>
                <w:rFonts w:ascii="Arial" w:hAnsi="Arial" w:eastAsia="Arial"/>
                <w:b w:val="0"/>
                <w:i w:val="0"/>
                <w:sz w:val="14"/>
              </w:rPr>
              <w:t>Rà BOQ/báo giá cơ bản</w:t>
            </w:r>
          </w:p>
        </w:tc>
        <w:tc>
          <w:tcPr>
            <w:tcW w:type="dxa" w:w="3005"/>
            <w:tcMar>
              <w:top w:w="65" w:type="dxa"/>
              <w:start w:w="60" w:type="dxa"/>
              <w:bottom w:w="65" w:type="dxa"/>
              <w:end w:w="60" w:type="dxa"/>
            </w:tcMar>
            <w:vAlign w:val="top"/>
          </w:tcPr>
          <w:p>
            <w:pPr>
              <w:spacing w:after="0" w:line="240" w:lineRule="auto"/>
            </w:pPr>
            <w:r>
              <w:rPr>
                <w:rFonts w:ascii="Arial" w:hAnsi="Arial" w:eastAsia="Arial"/>
              </w:rPr>
            </w:r>
            <w:r>
              <w:rPr>
                <w:rFonts w:ascii="Arial" w:hAnsi="Arial" w:eastAsia="Arial"/>
                <w:b w:val="0"/>
                <w:i w:val="0"/>
                <w:sz w:val="14"/>
              </w:rPr>
              <w:t>Có 1 báo giá cần kiểm tra.</w:t>
            </w:r>
          </w:p>
        </w:tc>
        <w:tc>
          <w:tcPr>
            <w:tcW w:type="dxa" w:w="3005"/>
            <w:tcMar>
              <w:top w:w="65" w:type="dxa"/>
              <w:start w:w="60" w:type="dxa"/>
              <w:bottom w:w="65" w:type="dxa"/>
              <w:end w:w="60" w:type="dxa"/>
            </w:tcMar>
            <w:vAlign w:val="top"/>
          </w:tcPr>
          <w:p>
            <w:pPr>
              <w:spacing w:after="0" w:line="240" w:lineRule="auto"/>
            </w:pPr>
            <w:r>
              <w:rPr>
                <w:rFonts w:ascii="Arial" w:hAnsi="Arial" w:eastAsia="Arial"/>
              </w:rPr>
            </w:r>
            <w:r>
              <w:rPr>
                <w:rFonts w:ascii="Arial" w:hAnsi="Arial" w:eastAsia="Arial"/>
                <w:b w:val="0"/>
                <w:i w:val="0"/>
                <w:sz w:val="14"/>
              </w:rPr>
              <w:t>Bảng nhận xét thiếu/đủ, vật liệu, điều khoản, phát sinh.</w:t>
            </w:r>
          </w:p>
        </w:tc>
      </w:tr>
      <w:tr>
        <w:tc>
          <w:tcPr>
            <w:tcW w:type="dxa" w:w="624"/>
            <w:tcMar>
              <w:top w:w="65" w:type="dxa"/>
              <w:start w:w="60" w:type="dxa"/>
              <w:bottom w:w="65" w:type="dxa"/>
              <w:end w:w="60" w:type="dxa"/>
            </w:tcMar>
            <w:vAlign w:val="top"/>
            <w:shd w:fill="FAF9F6"/>
          </w:tcPr>
          <w:p>
            <w:pPr>
              <w:spacing w:after="0" w:line="240" w:lineRule="auto"/>
            </w:pPr>
            <w:r>
              <w:rPr>
                <w:rFonts w:ascii="Arial" w:hAnsi="Arial" w:eastAsia="Arial"/>
              </w:rPr>
            </w:r>
            <w:r>
              <w:rPr>
                <w:rFonts w:ascii="Arial" w:hAnsi="Arial" w:eastAsia="Arial"/>
                <w:b w:val="0"/>
                <w:i w:val="0"/>
                <w:sz w:val="14"/>
              </w:rPr>
              <w:t>C2</w:t>
            </w:r>
          </w:p>
        </w:tc>
        <w:tc>
          <w:tcPr>
            <w:tcW w:type="dxa" w:w="2154"/>
            <w:tcMar>
              <w:top w:w="65" w:type="dxa"/>
              <w:start w:w="60" w:type="dxa"/>
              <w:bottom w:w="65" w:type="dxa"/>
              <w:end w:w="60" w:type="dxa"/>
            </w:tcMar>
            <w:vAlign w:val="top"/>
            <w:shd w:fill="FAF9F6"/>
          </w:tcPr>
          <w:p>
            <w:pPr>
              <w:spacing w:after="0" w:line="240" w:lineRule="auto"/>
            </w:pPr>
            <w:r>
              <w:rPr>
                <w:rFonts w:ascii="Arial" w:hAnsi="Arial" w:eastAsia="Arial"/>
              </w:rPr>
            </w:r>
            <w:r>
              <w:rPr>
                <w:rFonts w:ascii="Arial" w:hAnsi="Arial" w:eastAsia="Arial"/>
                <w:b w:val="0"/>
                <w:i w:val="0"/>
                <w:sz w:val="14"/>
              </w:rPr>
              <w:t>So sánh 2-3 báo giá</w:t>
            </w:r>
          </w:p>
        </w:tc>
        <w:tc>
          <w:tcPr>
            <w:tcW w:type="dxa" w:w="3005"/>
            <w:tcMar>
              <w:top w:w="65" w:type="dxa"/>
              <w:start w:w="60" w:type="dxa"/>
              <w:bottom w:w="65" w:type="dxa"/>
              <w:end w:w="60" w:type="dxa"/>
            </w:tcMar>
            <w:vAlign w:val="top"/>
            <w:shd w:fill="FAF9F6"/>
          </w:tcPr>
          <w:p>
            <w:pPr>
              <w:spacing w:after="0" w:line="240" w:lineRule="auto"/>
            </w:pPr>
            <w:r>
              <w:rPr>
                <w:rFonts w:ascii="Arial" w:hAnsi="Arial" w:eastAsia="Arial"/>
              </w:rPr>
            </w:r>
            <w:r>
              <w:rPr>
                <w:rFonts w:ascii="Arial" w:hAnsi="Arial" w:eastAsia="Arial"/>
                <w:b w:val="0"/>
                <w:i w:val="0"/>
                <w:sz w:val="14"/>
              </w:rPr>
              <w:t>Khách có nhiều báo giá không cùng cấu trúc.</w:t>
            </w:r>
          </w:p>
        </w:tc>
        <w:tc>
          <w:tcPr>
            <w:tcW w:type="dxa" w:w="3005"/>
            <w:tcMar>
              <w:top w:w="65" w:type="dxa"/>
              <w:start w:w="60" w:type="dxa"/>
              <w:bottom w:w="65" w:type="dxa"/>
              <w:end w:w="60" w:type="dxa"/>
            </w:tcMar>
            <w:vAlign w:val="top"/>
            <w:shd w:fill="FAF9F6"/>
          </w:tcPr>
          <w:p>
            <w:pPr>
              <w:spacing w:after="0" w:line="240" w:lineRule="auto"/>
            </w:pPr>
            <w:r>
              <w:rPr>
                <w:rFonts w:ascii="Arial" w:hAnsi="Arial" w:eastAsia="Arial"/>
              </w:rPr>
            </w:r>
            <w:r>
              <w:rPr>
                <w:rFonts w:ascii="Arial" w:hAnsi="Arial" w:eastAsia="Arial"/>
                <w:b w:val="0"/>
                <w:i w:val="0"/>
                <w:sz w:val="14"/>
              </w:rPr>
              <w:t>Bảng so sánh quy đổi, câu hỏi làm rõ, khuyến nghị.</w:t>
            </w:r>
          </w:p>
        </w:tc>
      </w:tr>
      <w:tr>
        <w:tc>
          <w:tcPr>
            <w:tcW w:type="dxa" w:w="624"/>
            <w:tcMar>
              <w:top w:w="65" w:type="dxa"/>
              <w:start w:w="60" w:type="dxa"/>
              <w:bottom w:w="65" w:type="dxa"/>
              <w:end w:w="60" w:type="dxa"/>
            </w:tcMar>
            <w:vAlign w:val="top"/>
          </w:tcPr>
          <w:p>
            <w:pPr>
              <w:spacing w:after="0" w:line="240" w:lineRule="auto"/>
            </w:pPr>
            <w:r>
              <w:rPr>
                <w:rFonts w:ascii="Arial" w:hAnsi="Arial" w:eastAsia="Arial"/>
              </w:rPr>
            </w:r>
            <w:r>
              <w:rPr>
                <w:rFonts w:ascii="Arial" w:hAnsi="Arial" w:eastAsia="Arial"/>
                <w:b w:val="0"/>
                <w:i w:val="0"/>
                <w:sz w:val="14"/>
              </w:rPr>
              <w:t>C3</w:t>
            </w:r>
          </w:p>
        </w:tc>
        <w:tc>
          <w:tcPr>
            <w:tcW w:type="dxa" w:w="2154"/>
            <w:tcMar>
              <w:top w:w="65" w:type="dxa"/>
              <w:start w:w="60" w:type="dxa"/>
              <w:bottom w:w="65" w:type="dxa"/>
              <w:end w:w="60" w:type="dxa"/>
            </w:tcMar>
            <w:vAlign w:val="top"/>
          </w:tcPr>
          <w:p>
            <w:pPr>
              <w:spacing w:after="0" w:line="240" w:lineRule="auto"/>
            </w:pPr>
            <w:r>
              <w:rPr>
                <w:rFonts w:ascii="Arial" w:hAnsi="Arial" w:eastAsia="Arial"/>
              </w:rPr>
            </w:r>
            <w:r>
              <w:rPr>
                <w:rFonts w:ascii="Arial" w:hAnsi="Arial" w:eastAsia="Arial"/>
                <w:b w:val="0"/>
                <w:i w:val="0"/>
                <w:sz w:val="14"/>
              </w:rPr>
              <w:t>Mời thầu mini</w:t>
            </w:r>
          </w:p>
        </w:tc>
        <w:tc>
          <w:tcPr>
            <w:tcW w:type="dxa" w:w="3005"/>
            <w:tcMar>
              <w:top w:w="65" w:type="dxa"/>
              <w:start w:w="60" w:type="dxa"/>
              <w:bottom w:w="65" w:type="dxa"/>
              <w:end w:w="60" w:type="dxa"/>
            </w:tcMar>
            <w:vAlign w:val="top"/>
          </w:tcPr>
          <w:p>
            <w:pPr>
              <w:spacing w:after="0" w:line="240" w:lineRule="auto"/>
            </w:pPr>
            <w:r>
              <w:rPr>
                <w:rFonts w:ascii="Arial" w:hAnsi="Arial" w:eastAsia="Arial"/>
              </w:rPr>
            </w:r>
            <w:r>
              <w:rPr>
                <w:rFonts w:ascii="Arial" w:hAnsi="Arial" w:eastAsia="Arial"/>
                <w:b w:val="0"/>
                <w:i w:val="0"/>
                <w:sz w:val="14"/>
              </w:rPr>
              <w:t>Khách muốn ARCOVA tổ chức hỏi giá.</w:t>
            </w:r>
          </w:p>
        </w:tc>
        <w:tc>
          <w:tcPr>
            <w:tcW w:type="dxa" w:w="3005"/>
            <w:tcMar>
              <w:top w:w="65" w:type="dxa"/>
              <w:start w:w="60" w:type="dxa"/>
              <w:bottom w:w="65" w:type="dxa"/>
              <w:end w:w="60" w:type="dxa"/>
            </w:tcMar>
            <w:vAlign w:val="top"/>
          </w:tcPr>
          <w:p>
            <w:pPr>
              <w:spacing w:after="0" w:line="240" w:lineRule="auto"/>
            </w:pPr>
            <w:r>
              <w:rPr>
                <w:rFonts w:ascii="Arial" w:hAnsi="Arial" w:eastAsia="Arial"/>
              </w:rPr>
            </w:r>
            <w:r>
              <w:rPr>
                <w:rFonts w:ascii="Arial" w:hAnsi="Arial" w:eastAsia="Arial"/>
                <w:b w:val="0"/>
                <w:i w:val="0"/>
                <w:sz w:val="14"/>
              </w:rPr>
              <w:t>Phạm vi mời giá, danh sách nhà thầu, bảng trả lời.</w:t>
            </w:r>
          </w:p>
        </w:tc>
      </w:tr>
      <w:tr>
        <w:tc>
          <w:tcPr>
            <w:tcW w:type="dxa" w:w="624"/>
            <w:tcMar>
              <w:top w:w="65" w:type="dxa"/>
              <w:start w:w="60" w:type="dxa"/>
              <w:bottom w:w="65" w:type="dxa"/>
              <w:end w:w="60" w:type="dxa"/>
            </w:tcMar>
            <w:vAlign w:val="top"/>
            <w:shd w:fill="FAF9F6"/>
          </w:tcPr>
          <w:p>
            <w:pPr>
              <w:spacing w:after="0" w:line="240" w:lineRule="auto"/>
            </w:pPr>
            <w:r>
              <w:rPr>
                <w:rFonts w:ascii="Arial" w:hAnsi="Arial" w:eastAsia="Arial"/>
              </w:rPr>
            </w:r>
            <w:r>
              <w:rPr>
                <w:rFonts w:ascii="Arial" w:hAnsi="Arial" w:eastAsia="Arial"/>
                <w:b w:val="0"/>
                <w:i w:val="0"/>
                <w:sz w:val="14"/>
              </w:rPr>
              <w:t>C4</w:t>
            </w:r>
          </w:p>
        </w:tc>
        <w:tc>
          <w:tcPr>
            <w:tcW w:type="dxa" w:w="2154"/>
            <w:tcMar>
              <w:top w:w="65" w:type="dxa"/>
              <w:start w:w="60" w:type="dxa"/>
              <w:bottom w:w="65" w:type="dxa"/>
              <w:end w:w="60" w:type="dxa"/>
            </w:tcMar>
            <w:vAlign w:val="top"/>
            <w:shd w:fill="FAF9F6"/>
          </w:tcPr>
          <w:p>
            <w:pPr>
              <w:spacing w:after="0" w:line="240" w:lineRule="auto"/>
            </w:pPr>
            <w:r>
              <w:rPr>
                <w:rFonts w:ascii="Arial" w:hAnsi="Arial" w:eastAsia="Arial"/>
              </w:rPr>
            </w:r>
            <w:r>
              <w:rPr>
                <w:rFonts w:ascii="Arial" w:hAnsi="Arial" w:eastAsia="Arial"/>
                <w:b w:val="0"/>
                <w:i w:val="0"/>
                <w:sz w:val="14"/>
              </w:rPr>
              <w:t>Rà hợp đồng thi công/nội thất</w:t>
            </w:r>
          </w:p>
        </w:tc>
        <w:tc>
          <w:tcPr>
            <w:tcW w:type="dxa" w:w="3005"/>
            <w:tcMar>
              <w:top w:w="65" w:type="dxa"/>
              <w:start w:w="60" w:type="dxa"/>
              <w:bottom w:w="65" w:type="dxa"/>
              <w:end w:w="60" w:type="dxa"/>
            </w:tcMar>
            <w:vAlign w:val="top"/>
            <w:shd w:fill="FAF9F6"/>
          </w:tcPr>
          <w:p>
            <w:pPr>
              <w:spacing w:after="0" w:line="240" w:lineRule="auto"/>
            </w:pPr>
            <w:r>
              <w:rPr>
                <w:rFonts w:ascii="Arial" w:hAnsi="Arial" w:eastAsia="Arial"/>
              </w:rPr>
            </w:r>
            <w:r>
              <w:rPr>
                <w:rFonts w:ascii="Arial" w:hAnsi="Arial" w:eastAsia="Arial"/>
                <w:b w:val="0"/>
                <w:i w:val="0"/>
                <w:sz w:val="14"/>
              </w:rPr>
              <w:t>Trước khi ký.</w:t>
            </w:r>
          </w:p>
        </w:tc>
        <w:tc>
          <w:tcPr>
            <w:tcW w:type="dxa" w:w="3005"/>
            <w:tcMar>
              <w:top w:w="65" w:type="dxa"/>
              <w:start w:w="60" w:type="dxa"/>
              <w:bottom w:w="65" w:type="dxa"/>
              <w:end w:w="60" w:type="dxa"/>
            </w:tcMar>
            <w:vAlign w:val="top"/>
            <w:shd w:fill="FAF9F6"/>
          </w:tcPr>
          <w:p>
            <w:pPr>
              <w:spacing w:after="0" w:line="240" w:lineRule="auto"/>
            </w:pPr>
            <w:r>
              <w:rPr>
                <w:rFonts w:ascii="Arial" w:hAnsi="Arial" w:eastAsia="Arial"/>
              </w:rPr>
            </w:r>
            <w:r>
              <w:rPr>
                <w:rFonts w:ascii="Arial" w:hAnsi="Arial" w:eastAsia="Arial"/>
                <w:b w:val="0"/>
                <w:i w:val="0"/>
                <w:sz w:val="14"/>
              </w:rPr>
              <w:t>Checklist điều khoản, thanh toán, bảo hành, nghiệm thu.</w:t>
            </w:r>
          </w:p>
        </w:tc>
      </w:tr>
    </w:tbl>
    <w:p>
      <w:pPr>
        <w:spacing w:before="0" w:after="80" w:line="254" w:lineRule="auto"/>
      </w:pPr>
      <w:r>
        <w:rPr>
          <w:rFonts w:ascii="Arial" w:hAnsi="Arial" w:eastAsia="Arial"/>
          <w:b w:val="0"/>
          <w:i/>
          <w:sz w:val="17"/>
        </w:rPr>
        <w:t>Bảng tiếp theo trình bày các gói sourcing, kiểm soát hiện trường và đại diện khách hàng premium.</w:t>
      </w:r>
    </w:p>
    <w:tbl>
      <w:tblPr>
        <w:tblStyle w:val="TableGrid"/>
        <w:tblW w:type="auto" w:w="0"/>
        <w:jc w:val="center"/>
        <w:tblLook w:firstColumn="1" w:firstRow="1" w:lastColumn="0" w:lastRow="0" w:noHBand="0" w:noVBand="1" w:val="04A0"/>
        <w:tblBorders>
          <w:top w:val="single" w:sz="5" w:space="0" w:color="E7D2A5"/>
          <w:left w:val="single" w:sz="5" w:space="0" w:color="E7D2A5"/>
          <w:bottom w:val="single" w:sz="5" w:space="0" w:color="E7D2A5"/>
          <w:right w:val="single" w:sz="5" w:space="0" w:color="E7D2A5"/>
          <w:insideH w:val="single" w:sz="5" w:space="0" w:color="E7D2A5"/>
          <w:insideV w:val="single" w:sz="5" w:space="0" w:color="E7D2A5"/>
        </w:tblBorders>
      </w:tblPr>
      <w:tblGrid>
        <w:gridCol w:w="2620"/>
        <w:gridCol w:w="2620"/>
        <w:gridCol w:w="2620"/>
        <w:gridCol w:w="2620"/>
      </w:tblGrid>
      <w:tr>
        <w:trPr>
          <w:tblHeader w:val="true"/>
        </w:trPr>
        <w:tc>
          <w:tcPr>
            <w:tcW w:type="dxa" w:w="624"/>
            <w:shd w:fill="C8A96A"/>
            <w:tcMar>
              <w:top w:w="75" w:type="dxa"/>
              <w:start w:w="65" w:type="dxa"/>
              <w:bottom w:w="75" w:type="dxa"/>
              <w:end w:w="65" w:type="dxa"/>
            </w:tcMar>
          </w:tcPr>
          <w:p>
            <w:pPr>
              <w:spacing w:after="0" w:line="240" w:lineRule="auto"/>
              <w:jc w:val="center"/>
            </w:pPr>
            <w:r>
              <w:rPr>
                <w:rFonts w:ascii="Arial" w:hAnsi="Arial" w:eastAsia="Arial"/>
              </w:rPr>
            </w:r>
            <w:r>
              <w:rPr>
                <w:rFonts w:ascii="Arial" w:hAnsi="Arial" w:eastAsia="Arial"/>
                <w:b/>
                <w:i w:val="0"/>
                <w:color w:val="FFFFFF"/>
                <w:sz w:val="14"/>
              </w:rPr>
              <w:t>Mã</w:t>
            </w:r>
          </w:p>
        </w:tc>
        <w:tc>
          <w:tcPr>
            <w:tcW w:type="dxa" w:w="2154"/>
            <w:shd w:fill="C8A96A"/>
            <w:tcMar>
              <w:top w:w="75" w:type="dxa"/>
              <w:start w:w="65" w:type="dxa"/>
              <w:bottom w:w="75" w:type="dxa"/>
              <w:end w:w="65" w:type="dxa"/>
            </w:tcMar>
          </w:tcPr>
          <w:p>
            <w:pPr>
              <w:spacing w:after="0" w:line="240" w:lineRule="auto"/>
              <w:jc w:val="center"/>
            </w:pPr>
            <w:r>
              <w:rPr>
                <w:rFonts w:ascii="Arial" w:hAnsi="Arial" w:eastAsia="Arial"/>
              </w:rPr>
            </w:r>
            <w:r>
              <w:rPr>
                <w:rFonts w:ascii="Arial" w:hAnsi="Arial" w:eastAsia="Arial"/>
                <w:b/>
                <w:i w:val="0"/>
                <w:color w:val="FFFFFF"/>
                <w:sz w:val="14"/>
              </w:rPr>
              <w:t>Gói</w:t>
            </w:r>
          </w:p>
        </w:tc>
        <w:tc>
          <w:tcPr>
            <w:tcW w:type="dxa" w:w="3005"/>
            <w:shd w:fill="C8A96A"/>
            <w:tcMar>
              <w:top w:w="75" w:type="dxa"/>
              <w:start w:w="65" w:type="dxa"/>
              <w:bottom w:w="75" w:type="dxa"/>
              <w:end w:w="65" w:type="dxa"/>
            </w:tcMar>
          </w:tcPr>
          <w:p>
            <w:pPr>
              <w:spacing w:after="0" w:line="240" w:lineRule="auto"/>
              <w:jc w:val="center"/>
            </w:pPr>
            <w:r>
              <w:rPr>
                <w:rFonts w:ascii="Arial" w:hAnsi="Arial" w:eastAsia="Arial"/>
              </w:rPr>
            </w:r>
            <w:r>
              <w:rPr>
                <w:rFonts w:ascii="Arial" w:hAnsi="Arial" w:eastAsia="Arial"/>
                <w:b/>
                <w:i w:val="0"/>
                <w:color w:val="FFFFFF"/>
                <w:sz w:val="14"/>
              </w:rPr>
              <w:t>Dùng khi</w:t>
            </w:r>
          </w:p>
        </w:tc>
        <w:tc>
          <w:tcPr>
            <w:tcW w:type="dxa" w:w="3005"/>
            <w:shd w:fill="C8A96A"/>
            <w:tcMar>
              <w:top w:w="75" w:type="dxa"/>
              <w:start w:w="65" w:type="dxa"/>
              <w:bottom w:w="75" w:type="dxa"/>
              <w:end w:w="65" w:type="dxa"/>
            </w:tcMar>
          </w:tcPr>
          <w:p>
            <w:pPr>
              <w:spacing w:after="0" w:line="240" w:lineRule="auto"/>
              <w:jc w:val="center"/>
            </w:pPr>
            <w:r>
              <w:rPr>
                <w:rFonts w:ascii="Arial" w:hAnsi="Arial" w:eastAsia="Arial"/>
              </w:rPr>
            </w:r>
            <w:r>
              <w:rPr>
                <w:rFonts w:ascii="Arial" w:hAnsi="Arial" w:eastAsia="Arial"/>
                <w:b/>
                <w:i w:val="0"/>
                <w:color w:val="FFFFFF"/>
                <w:sz w:val="14"/>
              </w:rPr>
              <w:t>Đầu ra</w:t>
            </w:r>
          </w:p>
        </w:tc>
      </w:tr>
      <w:tr>
        <w:tc>
          <w:tcPr>
            <w:tcW w:type="dxa" w:w="624"/>
            <w:tcMar>
              <w:top w:w="65" w:type="dxa"/>
              <w:start w:w="60" w:type="dxa"/>
              <w:bottom w:w="65" w:type="dxa"/>
              <w:end w:w="60" w:type="dxa"/>
            </w:tcMar>
            <w:vAlign w:val="top"/>
          </w:tcPr>
          <w:p>
            <w:pPr>
              <w:spacing w:after="0" w:line="240" w:lineRule="auto"/>
            </w:pPr>
            <w:r>
              <w:rPr>
                <w:rFonts w:ascii="Arial" w:hAnsi="Arial" w:eastAsia="Arial"/>
              </w:rPr>
            </w:r>
            <w:r>
              <w:rPr>
                <w:rFonts w:ascii="Arial" w:hAnsi="Arial" w:eastAsia="Arial"/>
                <w:b w:val="0"/>
                <w:i w:val="0"/>
                <w:sz w:val="14"/>
              </w:rPr>
              <w:t>D1</w:t>
            </w:r>
          </w:p>
        </w:tc>
        <w:tc>
          <w:tcPr>
            <w:tcW w:type="dxa" w:w="2154"/>
            <w:tcMar>
              <w:top w:w="65" w:type="dxa"/>
              <w:start w:w="60" w:type="dxa"/>
              <w:bottom w:w="65" w:type="dxa"/>
              <w:end w:w="60" w:type="dxa"/>
            </w:tcMar>
            <w:vAlign w:val="top"/>
          </w:tcPr>
          <w:p>
            <w:pPr>
              <w:spacing w:after="0" w:line="240" w:lineRule="auto"/>
            </w:pPr>
            <w:r>
              <w:rPr>
                <w:rFonts w:ascii="Arial" w:hAnsi="Arial" w:eastAsia="Arial"/>
              </w:rPr>
            </w:r>
            <w:r>
              <w:rPr>
                <w:rFonts w:ascii="Arial" w:hAnsi="Arial" w:eastAsia="Arial"/>
                <w:b w:val="0"/>
                <w:i w:val="0"/>
                <w:sz w:val="14"/>
              </w:rPr>
              <w:t>Sourcing vật liệu hoàn thiện</w:t>
            </w:r>
          </w:p>
        </w:tc>
        <w:tc>
          <w:tcPr>
            <w:tcW w:type="dxa" w:w="3005"/>
            <w:tcMar>
              <w:top w:w="65" w:type="dxa"/>
              <w:start w:w="60" w:type="dxa"/>
              <w:bottom w:w="65" w:type="dxa"/>
              <w:end w:w="60" w:type="dxa"/>
            </w:tcMar>
            <w:vAlign w:val="top"/>
          </w:tcPr>
          <w:p>
            <w:pPr>
              <w:spacing w:after="0" w:line="240" w:lineRule="auto"/>
            </w:pPr>
            <w:r>
              <w:rPr>
                <w:rFonts w:ascii="Arial" w:hAnsi="Arial" w:eastAsia="Arial"/>
              </w:rPr>
            </w:r>
            <w:r>
              <w:rPr>
                <w:rFonts w:ascii="Arial" w:hAnsi="Arial" w:eastAsia="Arial"/>
                <w:b w:val="0"/>
                <w:i w:val="0"/>
                <w:sz w:val="14"/>
              </w:rPr>
              <w:t>Cần chọn gạch, sàn, đá, sơn, đèn.</w:t>
            </w:r>
          </w:p>
        </w:tc>
        <w:tc>
          <w:tcPr>
            <w:tcW w:type="dxa" w:w="3005"/>
            <w:tcMar>
              <w:top w:w="65" w:type="dxa"/>
              <w:start w:w="60" w:type="dxa"/>
              <w:bottom w:w="65" w:type="dxa"/>
              <w:end w:w="60" w:type="dxa"/>
            </w:tcMar>
            <w:vAlign w:val="top"/>
          </w:tcPr>
          <w:p>
            <w:pPr>
              <w:spacing w:after="0" w:line="240" w:lineRule="auto"/>
            </w:pPr>
            <w:r>
              <w:rPr>
                <w:rFonts w:ascii="Arial" w:hAnsi="Arial" w:eastAsia="Arial"/>
              </w:rPr>
            </w:r>
            <w:r>
              <w:rPr>
                <w:rFonts w:ascii="Arial" w:hAnsi="Arial" w:eastAsia="Arial"/>
                <w:b w:val="0"/>
                <w:i w:val="0"/>
                <w:sz w:val="14"/>
              </w:rPr>
              <w:t>Shortlist mẫu, so sánh ưu/nhược, giá tham khảo.</w:t>
            </w:r>
          </w:p>
        </w:tc>
      </w:tr>
      <w:tr>
        <w:tc>
          <w:tcPr>
            <w:tcW w:type="dxa" w:w="624"/>
            <w:tcMar>
              <w:top w:w="65" w:type="dxa"/>
              <w:start w:w="60" w:type="dxa"/>
              <w:bottom w:w="65" w:type="dxa"/>
              <w:end w:w="60" w:type="dxa"/>
            </w:tcMar>
            <w:vAlign w:val="top"/>
            <w:shd w:fill="FAF9F6"/>
          </w:tcPr>
          <w:p>
            <w:pPr>
              <w:spacing w:after="0" w:line="240" w:lineRule="auto"/>
            </w:pPr>
            <w:r>
              <w:rPr>
                <w:rFonts w:ascii="Arial" w:hAnsi="Arial" w:eastAsia="Arial"/>
              </w:rPr>
            </w:r>
            <w:r>
              <w:rPr>
                <w:rFonts w:ascii="Arial" w:hAnsi="Arial" w:eastAsia="Arial"/>
                <w:b w:val="0"/>
                <w:i w:val="0"/>
                <w:sz w:val="14"/>
              </w:rPr>
              <w:t>D2</w:t>
            </w:r>
          </w:p>
        </w:tc>
        <w:tc>
          <w:tcPr>
            <w:tcW w:type="dxa" w:w="2154"/>
            <w:tcMar>
              <w:top w:w="65" w:type="dxa"/>
              <w:start w:w="60" w:type="dxa"/>
              <w:bottom w:w="65" w:type="dxa"/>
              <w:end w:w="60" w:type="dxa"/>
            </w:tcMar>
            <w:vAlign w:val="top"/>
            <w:shd w:fill="FAF9F6"/>
          </w:tcPr>
          <w:p>
            <w:pPr>
              <w:spacing w:after="0" w:line="240" w:lineRule="auto"/>
            </w:pPr>
            <w:r>
              <w:rPr>
                <w:rFonts w:ascii="Arial" w:hAnsi="Arial" w:eastAsia="Arial"/>
              </w:rPr>
            </w:r>
            <w:r>
              <w:rPr>
                <w:rFonts w:ascii="Arial" w:hAnsi="Arial" w:eastAsia="Arial"/>
                <w:b w:val="0"/>
                <w:i w:val="0"/>
                <w:sz w:val="14"/>
              </w:rPr>
              <w:t>Sourcing thiết bị</w:t>
            </w:r>
          </w:p>
        </w:tc>
        <w:tc>
          <w:tcPr>
            <w:tcW w:type="dxa" w:w="3005"/>
            <w:tcMar>
              <w:top w:w="65" w:type="dxa"/>
              <w:start w:w="60" w:type="dxa"/>
              <w:bottom w:w="65" w:type="dxa"/>
              <w:end w:w="60" w:type="dxa"/>
            </w:tcMar>
            <w:vAlign w:val="top"/>
            <w:shd w:fill="FAF9F6"/>
          </w:tcPr>
          <w:p>
            <w:pPr>
              <w:spacing w:after="0" w:line="240" w:lineRule="auto"/>
            </w:pPr>
            <w:r>
              <w:rPr>
                <w:rFonts w:ascii="Arial" w:hAnsi="Arial" w:eastAsia="Arial"/>
              </w:rPr>
            </w:r>
            <w:r>
              <w:rPr>
                <w:rFonts w:ascii="Arial" w:hAnsi="Arial" w:eastAsia="Arial"/>
                <w:b w:val="0"/>
                <w:i w:val="0"/>
                <w:sz w:val="14"/>
              </w:rPr>
              <w:t>Bếp, vệ sinh, điều hòa, smarthome, phụ kiện.</w:t>
            </w:r>
          </w:p>
        </w:tc>
        <w:tc>
          <w:tcPr>
            <w:tcW w:type="dxa" w:w="3005"/>
            <w:tcMar>
              <w:top w:w="65" w:type="dxa"/>
              <w:start w:w="60" w:type="dxa"/>
              <w:bottom w:w="65" w:type="dxa"/>
              <w:end w:w="60" w:type="dxa"/>
            </w:tcMar>
            <w:vAlign w:val="top"/>
            <w:shd w:fill="FAF9F6"/>
          </w:tcPr>
          <w:p>
            <w:pPr>
              <w:spacing w:after="0" w:line="240" w:lineRule="auto"/>
            </w:pPr>
            <w:r>
              <w:rPr>
                <w:rFonts w:ascii="Arial" w:hAnsi="Arial" w:eastAsia="Arial"/>
              </w:rPr>
            </w:r>
            <w:r>
              <w:rPr>
                <w:rFonts w:ascii="Arial" w:hAnsi="Arial" w:eastAsia="Arial"/>
                <w:b w:val="0"/>
                <w:i w:val="0"/>
                <w:sz w:val="14"/>
              </w:rPr>
              <w:t>Danh sách cấu hình đề xuất, câu hỏi với nhà cung cấp.</w:t>
            </w:r>
          </w:p>
        </w:tc>
      </w:tr>
      <w:tr>
        <w:tc>
          <w:tcPr>
            <w:tcW w:type="dxa" w:w="624"/>
            <w:tcMar>
              <w:top w:w="65" w:type="dxa"/>
              <w:start w:w="60" w:type="dxa"/>
              <w:bottom w:w="65" w:type="dxa"/>
              <w:end w:w="60" w:type="dxa"/>
            </w:tcMar>
            <w:vAlign w:val="top"/>
          </w:tcPr>
          <w:p>
            <w:pPr>
              <w:spacing w:after="0" w:line="240" w:lineRule="auto"/>
            </w:pPr>
            <w:r>
              <w:rPr>
                <w:rFonts w:ascii="Arial" w:hAnsi="Arial" w:eastAsia="Arial"/>
              </w:rPr>
            </w:r>
            <w:r>
              <w:rPr>
                <w:rFonts w:ascii="Arial" w:hAnsi="Arial" w:eastAsia="Arial"/>
                <w:b w:val="0"/>
                <w:i w:val="0"/>
                <w:sz w:val="14"/>
              </w:rPr>
              <w:t>D3</w:t>
            </w:r>
          </w:p>
        </w:tc>
        <w:tc>
          <w:tcPr>
            <w:tcW w:type="dxa" w:w="2154"/>
            <w:tcMar>
              <w:top w:w="65" w:type="dxa"/>
              <w:start w:w="60" w:type="dxa"/>
              <w:bottom w:w="65" w:type="dxa"/>
              <w:end w:w="60" w:type="dxa"/>
            </w:tcMar>
            <w:vAlign w:val="top"/>
          </w:tcPr>
          <w:p>
            <w:pPr>
              <w:spacing w:after="0" w:line="240" w:lineRule="auto"/>
            </w:pPr>
            <w:r>
              <w:rPr>
                <w:rFonts w:ascii="Arial" w:hAnsi="Arial" w:eastAsia="Arial"/>
              </w:rPr>
            </w:r>
            <w:r>
              <w:rPr>
                <w:rFonts w:ascii="Arial" w:hAnsi="Arial" w:eastAsia="Arial"/>
                <w:b w:val="0"/>
                <w:i w:val="0"/>
                <w:sz w:val="14"/>
              </w:rPr>
              <w:t>Sourcing đồ rời</w:t>
            </w:r>
          </w:p>
        </w:tc>
        <w:tc>
          <w:tcPr>
            <w:tcW w:type="dxa" w:w="3005"/>
            <w:tcMar>
              <w:top w:w="65" w:type="dxa"/>
              <w:start w:w="60" w:type="dxa"/>
              <w:bottom w:w="65" w:type="dxa"/>
              <w:end w:w="60" w:type="dxa"/>
            </w:tcMar>
            <w:vAlign w:val="top"/>
          </w:tcPr>
          <w:p>
            <w:pPr>
              <w:spacing w:after="0" w:line="240" w:lineRule="auto"/>
            </w:pPr>
            <w:r>
              <w:rPr>
                <w:rFonts w:ascii="Arial" w:hAnsi="Arial" w:eastAsia="Arial"/>
              </w:rPr>
            </w:r>
            <w:r>
              <w:rPr>
                <w:rFonts w:ascii="Arial" w:hAnsi="Arial" w:eastAsia="Arial"/>
                <w:b w:val="0"/>
                <w:i w:val="0"/>
                <w:sz w:val="14"/>
              </w:rPr>
              <w:t>Sofa, bàn, ghế, giường, rèm, thảm, tranh.</w:t>
            </w:r>
          </w:p>
        </w:tc>
        <w:tc>
          <w:tcPr>
            <w:tcW w:type="dxa" w:w="3005"/>
            <w:tcMar>
              <w:top w:w="65" w:type="dxa"/>
              <w:start w:w="60" w:type="dxa"/>
              <w:bottom w:w="65" w:type="dxa"/>
              <w:end w:w="60" w:type="dxa"/>
            </w:tcMar>
            <w:vAlign w:val="top"/>
          </w:tcPr>
          <w:p>
            <w:pPr>
              <w:spacing w:after="0" w:line="240" w:lineRule="auto"/>
            </w:pPr>
            <w:r>
              <w:rPr>
                <w:rFonts w:ascii="Arial" w:hAnsi="Arial" w:eastAsia="Arial"/>
              </w:rPr>
            </w:r>
            <w:r>
              <w:rPr>
                <w:rFonts w:ascii="Arial" w:hAnsi="Arial" w:eastAsia="Arial"/>
                <w:b w:val="0"/>
                <w:i w:val="0"/>
                <w:sz w:val="14"/>
              </w:rPr>
              <w:t>Danh sách mua sắm, kích thước, thứ tự ưu tiên.</w:t>
            </w:r>
          </w:p>
        </w:tc>
      </w:tr>
      <w:tr>
        <w:tc>
          <w:tcPr>
            <w:tcW w:type="dxa" w:w="624"/>
            <w:tcMar>
              <w:top w:w="65" w:type="dxa"/>
              <w:start w:w="60" w:type="dxa"/>
              <w:bottom w:w="65" w:type="dxa"/>
              <w:end w:w="60" w:type="dxa"/>
            </w:tcMar>
            <w:vAlign w:val="top"/>
            <w:shd w:fill="FAF9F6"/>
          </w:tcPr>
          <w:p>
            <w:pPr>
              <w:spacing w:after="0" w:line="240" w:lineRule="auto"/>
            </w:pPr>
            <w:r>
              <w:rPr>
                <w:rFonts w:ascii="Arial" w:hAnsi="Arial" w:eastAsia="Arial"/>
              </w:rPr>
            </w:r>
            <w:r>
              <w:rPr>
                <w:rFonts w:ascii="Arial" w:hAnsi="Arial" w:eastAsia="Arial"/>
                <w:b w:val="0"/>
                <w:i w:val="0"/>
                <w:sz w:val="14"/>
              </w:rPr>
              <w:t>D4</w:t>
            </w:r>
          </w:p>
        </w:tc>
        <w:tc>
          <w:tcPr>
            <w:tcW w:type="dxa" w:w="2154"/>
            <w:tcMar>
              <w:top w:w="65" w:type="dxa"/>
              <w:start w:w="60" w:type="dxa"/>
              <w:bottom w:w="65" w:type="dxa"/>
              <w:end w:w="60" w:type="dxa"/>
            </w:tcMar>
            <w:vAlign w:val="top"/>
            <w:shd w:fill="FAF9F6"/>
          </w:tcPr>
          <w:p>
            <w:pPr>
              <w:spacing w:after="0" w:line="240" w:lineRule="auto"/>
            </w:pPr>
            <w:r>
              <w:rPr>
                <w:rFonts w:ascii="Arial" w:hAnsi="Arial" w:eastAsia="Arial"/>
              </w:rPr>
            </w:r>
            <w:r>
              <w:rPr>
                <w:rFonts w:ascii="Arial" w:hAnsi="Arial" w:eastAsia="Arial"/>
                <w:b w:val="0"/>
                <w:i w:val="0"/>
                <w:sz w:val="14"/>
              </w:rPr>
              <w:t>Đi showroom cùng khách</w:t>
            </w:r>
          </w:p>
        </w:tc>
        <w:tc>
          <w:tcPr>
            <w:tcW w:type="dxa" w:w="3005"/>
            <w:tcMar>
              <w:top w:w="65" w:type="dxa"/>
              <w:start w:w="60" w:type="dxa"/>
              <w:bottom w:w="65" w:type="dxa"/>
              <w:end w:w="60" w:type="dxa"/>
            </w:tcMar>
            <w:vAlign w:val="top"/>
            <w:shd w:fill="FAF9F6"/>
          </w:tcPr>
          <w:p>
            <w:pPr>
              <w:spacing w:after="0" w:line="240" w:lineRule="auto"/>
            </w:pPr>
            <w:r>
              <w:rPr>
                <w:rFonts w:ascii="Arial" w:hAnsi="Arial" w:eastAsia="Arial"/>
              </w:rPr>
            </w:r>
            <w:r>
              <w:rPr>
                <w:rFonts w:ascii="Arial" w:hAnsi="Arial" w:eastAsia="Arial"/>
                <w:b w:val="0"/>
                <w:i w:val="0"/>
                <w:sz w:val="14"/>
              </w:rPr>
              <w:t>Khách muốn có người trong ngành đi chọn.</w:t>
            </w:r>
          </w:p>
        </w:tc>
        <w:tc>
          <w:tcPr>
            <w:tcW w:type="dxa" w:w="3005"/>
            <w:tcMar>
              <w:top w:w="65" w:type="dxa"/>
              <w:start w:w="60" w:type="dxa"/>
              <w:bottom w:w="65" w:type="dxa"/>
              <w:end w:w="60" w:type="dxa"/>
            </w:tcMar>
            <w:vAlign w:val="top"/>
            <w:shd w:fill="FAF9F6"/>
          </w:tcPr>
          <w:p>
            <w:pPr>
              <w:spacing w:after="0" w:line="240" w:lineRule="auto"/>
            </w:pPr>
            <w:r>
              <w:rPr>
                <w:rFonts w:ascii="Arial" w:hAnsi="Arial" w:eastAsia="Arial"/>
              </w:rPr>
            </w:r>
            <w:r>
              <w:rPr>
                <w:rFonts w:ascii="Arial" w:hAnsi="Arial" w:eastAsia="Arial"/>
                <w:b w:val="0"/>
                <w:i w:val="0"/>
                <w:sz w:val="14"/>
              </w:rPr>
              <w:t>Biên bản chọn mẫu, ảnh mẫu, câu hỏi cần báo giá lại.</w:t>
            </w:r>
          </w:p>
        </w:tc>
      </w:tr>
      <w:tr>
        <w:tc>
          <w:tcPr>
            <w:tcW w:type="dxa" w:w="624"/>
            <w:tcMar>
              <w:top w:w="65" w:type="dxa"/>
              <w:start w:w="60" w:type="dxa"/>
              <w:bottom w:w="65" w:type="dxa"/>
              <w:end w:w="60" w:type="dxa"/>
            </w:tcMar>
            <w:vAlign w:val="top"/>
          </w:tcPr>
          <w:p>
            <w:pPr>
              <w:spacing w:after="0" w:line="240" w:lineRule="auto"/>
            </w:pPr>
            <w:r>
              <w:rPr>
                <w:rFonts w:ascii="Arial" w:hAnsi="Arial" w:eastAsia="Arial"/>
              </w:rPr>
            </w:r>
            <w:r>
              <w:rPr>
                <w:rFonts w:ascii="Arial" w:hAnsi="Arial" w:eastAsia="Arial"/>
                <w:b w:val="0"/>
                <w:i w:val="0"/>
                <w:sz w:val="14"/>
              </w:rPr>
              <w:t>E1</w:t>
            </w:r>
          </w:p>
        </w:tc>
        <w:tc>
          <w:tcPr>
            <w:tcW w:type="dxa" w:w="2154"/>
            <w:tcMar>
              <w:top w:w="65" w:type="dxa"/>
              <w:start w:w="60" w:type="dxa"/>
              <w:bottom w:w="65" w:type="dxa"/>
              <w:end w:w="60" w:type="dxa"/>
            </w:tcMar>
            <w:vAlign w:val="top"/>
          </w:tcPr>
          <w:p>
            <w:pPr>
              <w:spacing w:after="0" w:line="240" w:lineRule="auto"/>
            </w:pPr>
            <w:r>
              <w:rPr>
                <w:rFonts w:ascii="Arial" w:hAnsi="Arial" w:eastAsia="Arial"/>
              </w:rPr>
            </w:r>
            <w:r>
              <w:rPr>
                <w:rFonts w:ascii="Arial" w:hAnsi="Arial" w:eastAsia="Arial"/>
                <w:b w:val="0"/>
                <w:i w:val="0"/>
                <w:sz w:val="14"/>
              </w:rPr>
              <w:t>Kiểm tra mốc tháo dỡ/thô</w:t>
            </w:r>
          </w:p>
        </w:tc>
        <w:tc>
          <w:tcPr>
            <w:tcW w:type="dxa" w:w="3005"/>
            <w:tcMar>
              <w:top w:w="65" w:type="dxa"/>
              <w:start w:w="60" w:type="dxa"/>
              <w:bottom w:w="65" w:type="dxa"/>
              <w:end w:w="60" w:type="dxa"/>
            </w:tcMar>
            <w:vAlign w:val="top"/>
          </w:tcPr>
          <w:p>
            <w:pPr>
              <w:spacing w:after="0" w:line="240" w:lineRule="auto"/>
            </w:pPr>
            <w:r>
              <w:rPr>
                <w:rFonts w:ascii="Arial" w:hAnsi="Arial" w:eastAsia="Arial"/>
              </w:rPr>
            </w:r>
            <w:r>
              <w:rPr>
                <w:rFonts w:ascii="Arial" w:hAnsi="Arial" w:eastAsia="Arial"/>
                <w:b w:val="0"/>
                <w:i w:val="0"/>
                <w:sz w:val="14"/>
              </w:rPr>
              <w:t>Cải tạo có đập phá, MEP, chống thấm.</w:t>
            </w:r>
          </w:p>
        </w:tc>
        <w:tc>
          <w:tcPr>
            <w:tcW w:type="dxa" w:w="3005"/>
            <w:tcMar>
              <w:top w:w="65" w:type="dxa"/>
              <w:start w:w="60" w:type="dxa"/>
              <w:bottom w:w="65" w:type="dxa"/>
              <w:end w:w="60" w:type="dxa"/>
            </w:tcMar>
            <w:vAlign w:val="top"/>
          </w:tcPr>
          <w:p>
            <w:pPr>
              <w:spacing w:after="0" w:line="240" w:lineRule="auto"/>
            </w:pPr>
            <w:r>
              <w:rPr>
                <w:rFonts w:ascii="Arial" w:hAnsi="Arial" w:eastAsia="Arial"/>
              </w:rPr>
            </w:r>
            <w:r>
              <w:rPr>
                <w:rFonts w:ascii="Arial" w:hAnsi="Arial" w:eastAsia="Arial"/>
                <w:b w:val="0"/>
                <w:i w:val="0"/>
                <w:sz w:val="14"/>
              </w:rPr>
              <w:t>Báo cáo hiện trường, cảnh báo điểm cần xử lý.</w:t>
            </w:r>
          </w:p>
        </w:tc>
      </w:tr>
      <w:tr>
        <w:tc>
          <w:tcPr>
            <w:tcW w:type="dxa" w:w="624"/>
            <w:tcMar>
              <w:top w:w="65" w:type="dxa"/>
              <w:start w:w="60" w:type="dxa"/>
              <w:bottom w:w="65" w:type="dxa"/>
              <w:end w:w="60" w:type="dxa"/>
            </w:tcMar>
            <w:vAlign w:val="top"/>
            <w:shd w:fill="FAF9F6"/>
          </w:tcPr>
          <w:p>
            <w:pPr>
              <w:spacing w:after="0" w:line="240" w:lineRule="auto"/>
            </w:pPr>
            <w:r>
              <w:rPr>
                <w:rFonts w:ascii="Arial" w:hAnsi="Arial" w:eastAsia="Arial"/>
              </w:rPr>
            </w:r>
            <w:r>
              <w:rPr>
                <w:rFonts w:ascii="Arial" w:hAnsi="Arial" w:eastAsia="Arial"/>
                <w:b w:val="0"/>
                <w:i w:val="0"/>
                <w:sz w:val="14"/>
              </w:rPr>
              <w:t>E2</w:t>
            </w:r>
          </w:p>
        </w:tc>
        <w:tc>
          <w:tcPr>
            <w:tcW w:type="dxa" w:w="2154"/>
            <w:tcMar>
              <w:top w:w="65" w:type="dxa"/>
              <w:start w:w="60" w:type="dxa"/>
              <w:bottom w:w="65" w:type="dxa"/>
              <w:end w:w="60" w:type="dxa"/>
            </w:tcMar>
            <w:vAlign w:val="top"/>
            <w:shd w:fill="FAF9F6"/>
          </w:tcPr>
          <w:p>
            <w:pPr>
              <w:spacing w:after="0" w:line="240" w:lineRule="auto"/>
            </w:pPr>
            <w:r>
              <w:rPr>
                <w:rFonts w:ascii="Arial" w:hAnsi="Arial" w:eastAsia="Arial"/>
              </w:rPr>
            </w:r>
            <w:r>
              <w:rPr>
                <w:rFonts w:ascii="Arial" w:hAnsi="Arial" w:eastAsia="Arial"/>
                <w:b w:val="0"/>
                <w:i w:val="0"/>
                <w:sz w:val="14"/>
              </w:rPr>
              <w:t>Kiểm tra mốc hoàn thiện</w:t>
            </w:r>
          </w:p>
        </w:tc>
        <w:tc>
          <w:tcPr>
            <w:tcW w:type="dxa" w:w="3005"/>
            <w:tcMar>
              <w:top w:w="65" w:type="dxa"/>
              <w:start w:w="60" w:type="dxa"/>
              <w:bottom w:w="65" w:type="dxa"/>
              <w:end w:w="60" w:type="dxa"/>
            </w:tcMar>
            <w:vAlign w:val="top"/>
            <w:shd w:fill="FAF9F6"/>
          </w:tcPr>
          <w:p>
            <w:pPr>
              <w:spacing w:after="0" w:line="240" w:lineRule="auto"/>
            </w:pPr>
            <w:r>
              <w:rPr>
                <w:rFonts w:ascii="Arial" w:hAnsi="Arial" w:eastAsia="Arial"/>
              </w:rPr>
            </w:r>
            <w:r>
              <w:rPr>
                <w:rFonts w:ascii="Arial" w:hAnsi="Arial" w:eastAsia="Arial"/>
                <w:b w:val="0"/>
                <w:i w:val="0"/>
                <w:sz w:val="14"/>
              </w:rPr>
              <w:t>Sơn, sàn, trần, đèn, cửa, thiết bị.</w:t>
            </w:r>
          </w:p>
        </w:tc>
        <w:tc>
          <w:tcPr>
            <w:tcW w:type="dxa" w:w="3005"/>
            <w:tcMar>
              <w:top w:w="65" w:type="dxa"/>
              <w:start w:w="60" w:type="dxa"/>
              <w:bottom w:w="65" w:type="dxa"/>
              <w:end w:w="60" w:type="dxa"/>
            </w:tcMar>
            <w:vAlign w:val="top"/>
            <w:shd w:fill="FAF9F6"/>
          </w:tcPr>
          <w:p>
            <w:pPr>
              <w:spacing w:after="0" w:line="240" w:lineRule="auto"/>
            </w:pPr>
            <w:r>
              <w:rPr>
                <w:rFonts w:ascii="Arial" w:hAnsi="Arial" w:eastAsia="Arial"/>
              </w:rPr>
            </w:r>
            <w:r>
              <w:rPr>
                <w:rFonts w:ascii="Arial" w:hAnsi="Arial" w:eastAsia="Arial"/>
                <w:b w:val="0"/>
                <w:i w:val="0"/>
                <w:sz w:val="14"/>
              </w:rPr>
              <w:t>Checklist chất lượng và defect list sơ bộ.</w:t>
            </w:r>
          </w:p>
        </w:tc>
      </w:tr>
      <w:tr>
        <w:tc>
          <w:tcPr>
            <w:tcW w:type="dxa" w:w="624"/>
            <w:tcMar>
              <w:top w:w="65" w:type="dxa"/>
              <w:start w:w="60" w:type="dxa"/>
              <w:bottom w:w="65" w:type="dxa"/>
              <w:end w:w="60" w:type="dxa"/>
            </w:tcMar>
            <w:vAlign w:val="top"/>
          </w:tcPr>
          <w:p>
            <w:pPr>
              <w:spacing w:after="0" w:line="240" w:lineRule="auto"/>
            </w:pPr>
            <w:r>
              <w:rPr>
                <w:rFonts w:ascii="Arial" w:hAnsi="Arial" w:eastAsia="Arial"/>
              </w:rPr>
            </w:r>
            <w:r>
              <w:rPr>
                <w:rFonts w:ascii="Arial" w:hAnsi="Arial" w:eastAsia="Arial"/>
                <w:b w:val="0"/>
                <w:i w:val="0"/>
                <w:sz w:val="14"/>
              </w:rPr>
              <w:t>E3</w:t>
            </w:r>
          </w:p>
        </w:tc>
        <w:tc>
          <w:tcPr>
            <w:tcW w:type="dxa" w:w="2154"/>
            <w:tcMar>
              <w:top w:w="65" w:type="dxa"/>
              <w:start w:w="60" w:type="dxa"/>
              <w:bottom w:w="65" w:type="dxa"/>
              <w:end w:w="60" w:type="dxa"/>
            </w:tcMar>
            <w:vAlign w:val="top"/>
          </w:tcPr>
          <w:p>
            <w:pPr>
              <w:spacing w:after="0" w:line="240" w:lineRule="auto"/>
            </w:pPr>
            <w:r>
              <w:rPr>
                <w:rFonts w:ascii="Arial" w:hAnsi="Arial" w:eastAsia="Arial"/>
              </w:rPr>
            </w:r>
            <w:r>
              <w:rPr>
                <w:rFonts w:ascii="Arial" w:hAnsi="Arial" w:eastAsia="Arial"/>
                <w:b w:val="0"/>
                <w:i w:val="0"/>
                <w:sz w:val="14"/>
              </w:rPr>
              <w:t>Kiểm tra mốc nội thất</w:t>
            </w:r>
          </w:p>
        </w:tc>
        <w:tc>
          <w:tcPr>
            <w:tcW w:type="dxa" w:w="3005"/>
            <w:tcMar>
              <w:top w:w="65" w:type="dxa"/>
              <w:start w:w="60" w:type="dxa"/>
              <w:bottom w:w="65" w:type="dxa"/>
              <w:end w:w="60" w:type="dxa"/>
            </w:tcMar>
            <w:vAlign w:val="top"/>
          </w:tcPr>
          <w:p>
            <w:pPr>
              <w:spacing w:after="0" w:line="240" w:lineRule="auto"/>
            </w:pPr>
            <w:r>
              <w:rPr>
                <w:rFonts w:ascii="Arial" w:hAnsi="Arial" w:eastAsia="Arial"/>
              </w:rPr>
            </w:r>
            <w:r>
              <w:rPr>
                <w:rFonts w:ascii="Arial" w:hAnsi="Arial" w:eastAsia="Arial"/>
                <w:b w:val="0"/>
                <w:i w:val="0"/>
                <w:sz w:val="14"/>
              </w:rPr>
              <w:t>Tủ bếp, tủ áo, phụ kiện, khe hở, bề mặt.</w:t>
            </w:r>
          </w:p>
        </w:tc>
        <w:tc>
          <w:tcPr>
            <w:tcW w:type="dxa" w:w="3005"/>
            <w:tcMar>
              <w:top w:w="65" w:type="dxa"/>
              <w:start w:w="60" w:type="dxa"/>
              <w:bottom w:w="65" w:type="dxa"/>
              <w:end w:w="60" w:type="dxa"/>
            </w:tcMar>
            <w:vAlign w:val="top"/>
          </w:tcPr>
          <w:p>
            <w:pPr>
              <w:spacing w:after="0" w:line="240" w:lineRule="auto"/>
            </w:pPr>
            <w:r>
              <w:rPr>
                <w:rFonts w:ascii="Arial" w:hAnsi="Arial" w:eastAsia="Arial"/>
              </w:rPr>
            </w:r>
            <w:r>
              <w:rPr>
                <w:rFonts w:ascii="Arial" w:hAnsi="Arial" w:eastAsia="Arial"/>
                <w:b w:val="0"/>
                <w:i w:val="0"/>
                <w:sz w:val="14"/>
              </w:rPr>
              <w:t>Defect list nội thất, khuyến nghị giữ thanh toán.</w:t>
            </w:r>
          </w:p>
        </w:tc>
      </w:tr>
      <w:tr>
        <w:tc>
          <w:tcPr>
            <w:tcW w:type="dxa" w:w="624"/>
            <w:tcMar>
              <w:top w:w="65" w:type="dxa"/>
              <w:start w:w="60" w:type="dxa"/>
              <w:bottom w:w="65" w:type="dxa"/>
              <w:end w:w="60" w:type="dxa"/>
            </w:tcMar>
            <w:vAlign w:val="top"/>
            <w:shd w:fill="FAF9F6"/>
          </w:tcPr>
          <w:p>
            <w:pPr>
              <w:spacing w:after="0" w:line="240" w:lineRule="auto"/>
            </w:pPr>
            <w:r>
              <w:rPr>
                <w:rFonts w:ascii="Arial" w:hAnsi="Arial" w:eastAsia="Arial"/>
              </w:rPr>
            </w:r>
            <w:r>
              <w:rPr>
                <w:rFonts w:ascii="Arial" w:hAnsi="Arial" w:eastAsia="Arial"/>
                <w:b w:val="0"/>
                <w:i w:val="0"/>
                <w:sz w:val="14"/>
              </w:rPr>
              <w:t>E4</w:t>
            </w:r>
          </w:p>
        </w:tc>
        <w:tc>
          <w:tcPr>
            <w:tcW w:type="dxa" w:w="2154"/>
            <w:tcMar>
              <w:top w:w="65" w:type="dxa"/>
              <w:start w:w="60" w:type="dxa"/>
              <w:bottom w:w="65" w:type="dxa"/>
              <w:end w:w="60" w:type="dxa"/>
            </w:tcMar>
            <w:vAlign w:val="top"/>
            <w:shd w:fill="FAF9F6"/>
          </w:tcPr>
          <w:p>
            <w:pPr>
              <w:spacing w:after="0" w:line="240" w:lineRule="auto"/>
            </w:pPr>
            <w:r>
              <w:rPr>
                <w:rFonts w:ascii="Arial" w:hAnsi="Arial" w:eastAsia="Arial"/>
              </w:rPr>
            </w:r>
            <w:r>
              <w:rPr>
                <w:rFonts w:ascii="Arial" w:hAnsi="Arial" w:eastAsia="Arial"/>
                <w:b w:val="0"/>
                <w:i w:val="0"/>
                <w:sz w:val="14"/>
              </w:rPr>
              <w:t>Nghiệm thu bàn giao</w:t>
            </w:r>
          </w:p>
        </w:tc>
        <w:tc>
          <w:tcPr>
            <w:tcW w:type="dxa" w:w="3005"/>
            <w:tcMar>
              <w:top w:w="65" w:type="dxa"/>
              <w:start w:w="60" w:type="dxa"/>
              <w:bottom w:w="65" w:type="dxa"/>
              <w:end w:w="60" w:type="dxa"/>
            </w:tcMar>
            <w:vAlign w:val="top"/>
            <w:shd w:fill="FAF9F6"/>
          </w:tcPr>
          <w:p>
            <w:pPr>
              <w:spacing w:after="0" w:line="240" w:lineRule="auto"/>
            </w:pPr>
            <w:r>
              <w:rPr>
                <w:rFonts w:ascii="Arial" w:hAnsi="Arial" w:eastAsia="Arial"/>
              </w:rPr>
            </w:r>
            <w:r>
              <w:rPr>
                <w:rFonts w:ascii="Arial" w:hAnsi="Arial" w:eastAsia="Arial"/>
                <w:b w:val="0"/>
                <w:i w:val="0"/>
                <w:sz w:val="14"/>
              </w:rPr>
              <w:t>Trước khi nhận nhà và thanh toán cuối.</w:t>
            </w:r>
          </w:p>
        </w:tc>
        <w:tc>
          <w:tcPr>
            <w:tcW w:type="dxa" w:w="3005"/>
            <w:tcMar>
              <w:top w:w="65" w:type="dxa"/>
              <w:start w:w="60" w:type="dxa"/>
              <w:bottom w:w="65" w:type="dxa"/>
              <w:end w:w="60" w:type="dxa"/>
            </w:tcMar>
            <w:vAlign w:val="top"/>
            <w:shd w:fill="FAF9F6"/>
          </w:tcPr>
          <w:p>
            <w:pPr>
              <w:spacing w:after="0" w:line="240" w:lineRule="auto"/>
            </w:pPr>
            <w:r>
              <w:rPr>
                <w:rFonts w:ascii="Arial" w:hAnsi="Arial" w:eastAsia="Arial"/>
              </w:rPr>
            </w:r>
            <w:r>
              <w:rPr>
                <w:rFonts w:ascii="Arial" w:hAnsi="Arial" w:eastAsia="Arial"/>
                <w:b w:val="0"/>
                <w:i w:val="0"/>
                <w:sz w:val="14"/>
              </w:rPr>
              <w:t>Biên bản nghiệm thu, danh sách lỗi cần sửa, hồ sơ bảo hành.</w:t>
            </w:r>
          </w:p>
        </w:tc>
      </w:tr>
      <w:tr>
        <w:tc>
          <w:tcPr>
            <w:tcW w:type="dxa" w:w="624"/>
            <w:tcMar>
              <w:top w:w="65" w:type="dxa"/>
              <w:start w:w="60" w:type="dxa"/>
              <w:bottom w:w="65" w:type="dxa"/>
              <w:end w:w="60" w:type="dxa"/>
            </w:tcMar>
            <w:vAlign w:val="top"/>
          </w:tcPr>
          <w:p>
            <w:pPr>
              <w:spacing w:after="0" w:line="240" w:lineRule="auto"/>
            </w:pPr>
            <w:r>
              <w:rPr>
                <w:rFonts w:ascii="Arial" w:hAnsi="Arial" w:eastAsia="Arial"/>
              </w:rPr>
            </w:r>
            <w:r>
              <w:rPr>
                <w:rFonts w:ascii="Arial" w:hAnsi="Arial" w:eastAsia="Arial"/>
                <w:b w:val="0"/>
                <w:i w:val="0"/>
                <w:sz w:val="14"/>
              </w:rPr>
              <w:t>F1</w:t>
            </w:r>
          </w:p>
        </w:tc>
        <w:tc>
          <w:tcPr>
            <w:tcW w:type="dxa" w:w="2154"/>
            <w:tcMar>
              <w:top w:w="65" w:type="dxa"/>
              <w:start w:w="60" w:type="dxa"/>
              <w:bottom w:w="65" w:type="dxa"/>
              <w:end w:w="60" w:type="dxa"/>
            </w:tcMar>
            <w:vAlign w:val="top"/>
          </w:tcPr>
          <w:p>
            <w:pPr>
              <w:spacing w:after="0" w:line="240" w:lineRule="auto"/>
            </w:pPr>
            <w:r>
              <w:rPr>
                <w:rFonts w:ascii="Arial" w:hAnsi="Arial" w:eastAsia="Arial"/>
              </w:rPr>
            </w:r>
            <w:r>
              <w:rPr>
                <w:rFonts w:ascii="Arial" w:hAnsi="Arial" w:eastAsia="Arial"/>
                <w:b w:val="0"/>
                <w:i w:val="0"/>
                <w:sz w:val="14"/>
              </w:rPr>
              <w:t>Đại diện khách hàng theo mốc</w:t>
            </w:r>
          </w:p>
        </w:tc>
        <w:tc>
          <w:tcPr>
            <w:tcW w:type="dxa" w:w="3005"/>
            <w:tcMar>
              <w:top w:w="65" w:type="dxa"/>
              <w:start w:w="60" w:type="dxa"/>
              <w:bottom w:w="65" w:type="dxa"/>
              <w:end w:w="60" w:type="dxa"/>
            </w:tcMar>
            <w:vAlign w:val="top"/>
          </w:tcPr>
          <w:p>
            <w:pPr>
              <w:spacing w:after="0" w:line="240" w:lineRule="auto"/>
            </w:pPr>
            <w:r>
              <w:rPr>
                <w:rFonts w:ascii="Arial" w:hAnsi="Arial" w:eastAsia="Arial"/>
              </w:rPr>
            </w:r>
            <w:r>
              <w:rPr>
                <w:rFonts w:ascii="Arial" w:hAnsi="Arial" w:eastAsia="Arial"/>
                <w:b w:val="0"/>
                <w:i w:val="0"/>
                <w:sz w:val="14"/>
              </w:rPr>
              <w:t>Khách bận nhưng chưa cần full-time.</w:t>
            </w:r>
          </w:p>
        </w:tc>
        <w:tc>
          <w:tcPr>
            <w:tcW w:type="dxa" w:w="3005"/>
            <w:tcMar>
              <w:top w:w="65" w:type="dxa"/>
              <w:start w:w="60" w:type="dxa"/>
              <w:bottom w:w="65" w:type="dxa"/>
              <w:end w:w="60" w:type="dxa"/>
            </w:tcMar>
            <w:vAlign w:val="top"/>
          </w:tcPr>
          <w:p>
            <w:pPr>
              <w:spacing w:after="0" w:line="240" w:lineRule="auto"/>
            </w:pPr>
            <w:r>
              <w:rPr>
                <w:rFonts w:ascii="Arial" w:hAnsi="Arial" w:eastAsia="Arial"/>
              </w:rPr>
            </w:r>
            <w:r>
              <w:rPr>
                <w:rFonts w:ascii="Arial" w:hAnsi="Arial" w:eastAsia="Arial"/>
                <w:b w:val="0"/>
                <w:i w:val="0"/>
                <w:sz w:val="14"/>
              </w:rPr>
              <w:t>Tham gia họp/mốc quan trọng, báo cáo ngắn sau mỗi buổi.</w:t>
            </w:r>
          </w:p>
        </w:tc>
      </w:tr>
      <w:tr>
        <w:tc>
          <w:tcPr>
            <w:tcW w:type="dxa" w:w="624"/>
            <w:tcMar>
              <w:top w:w="65" w:type="dxa"/>
              <w:start w:w="60" w:type="dxa"/>
              <w:bottom w:w="65" w:type="dxa"/>
              <w:end w:w="60" w:type="dxa"/>
            </w:tcMar>
            <w:vAlign w:val="top"/>
            <w:shd w:fill="FAF9F6"/>
          </w:tcPr>
          <w:p>
            <w:pPr>
              <w:spacing w:after="0" w:line="240" w:lineRule="auto"/>
            </w:pPr>
            <w:r>
              <w:rPr>
                <w:rFonts w:ascii="Arial" w:hAnsi="Arial" w:eastAsia="Arial"/>
              </w:rPr>
            </w:r>
            <w:r>
              <w:rPr>
                <w:rFonts w:ascii="Arial" w:hAnsi="Arial" w:eastAsia="Arial"/>
                <w:b w:val="0"/>
                <w:i w:val="0"/>
                <w:sz w:val="14"/>
              </w:rPr>
              <w:t>F2</w:t>
            </w:r>
          </w:p>
        </w:tc>
        <w:tc>
          <w:tcPr>
            <w:tcW w:type="dxa" w:w="2154"/>
            <w:tcMar>
              <w:top w:w="65" w:type="dxa"/>
              <w:start w:w="60" w:type="dxa"/>
              <w:bottom w:w="65" w:type="dxa"/>
              <w:end w:w="60" w:type="dxa"/>
            </w:tcMar>
            <w:vAlign w:val="top"/>
            <w:shd w:fill="FAF9F6"/>
          </w:tcPr>
          <w:p>
            <w:pPr>
              <w:spacing w:after="0" w:line="240" w:lineRule="auto"/>
            </w:pPr>
            <w:r>
              <w:rPr>
                <w:rFonts w:ascii="Arial" w:hAnsi="Arial" w:eastAsia="Arial"/>
              </w:rPr>
            </w:r>
            <w:r>
              <w:rPr>
                <w:rFonts w:ascii="Arial" w:hAnsi="Arial" w:eastAsia="Arial"/>
                <w:b w:val="0"/>
                <w:i w:val="0"/>
                <w:sz w:val="14"/>
              </w:rPr>
              <w:t>Điều phối thiết kế - báo giá - thi công</w:t>
            </w:r>
          </w:p>
        </w:tc>
        <w:tc>
          <w:tcPr>
            <w:tcW w:type="dxa" w:w="3005"/>
            <w:tcMar>
              <w:top w:w="65" w:type="dxa"/>
              <w:start w:w="60" w:type="dxa"/>
              <w:bottom w:w="65" w:type="dxa"/>
              <w:end w:w="60" w:type="dxa"/>
            </w:tcMar>
            <w:vAlign w:val="top"/>
            <w:shd w:fill="FAF9F6"/>
          </w:tcPr>
          <w:p>
            <w:pPr>
              <w:spacing w:after="0" w:line="240" w:lineRule="auto"/>
            </w:pPr>
            <w:r>
              <w:rPr>
                <w:rFonts w:ascii="Arial" w:hAnsi="Arial" w:eastAsia="Arial"/>
              </w:rPr>
            </w:r>
            <w:r>
              <w:rPr>
                <w:rFonts w:ascii="Arial" w:hAnsi="Arial" w:eastAsia="Arial"/>
                <w:b w:val="0"/>
                <w:i w:val="0"/>
                <w:sz w:val="14"/>
              </w:rPr>
              <w:t>Dự án có nhiều bên cần nối thông tin.</w:t>
            </w:r>
          </w:p>
        </w:tc>
        <w:tc>
          <w:tcPr>
            <w:tcW w:type="dxa" w:w="3005"/>
            <w:tcMar>
              <w:top w:w="65" w:type="dxa"/>
              <w:start w:w="60" w:type="dxa"/>
              <w:bottom w:w="65" w:type="dxa"/>
              <w:end w:w="60" w:type="dxa"/>
            </w:tcMar>
            <w:vAlign w:val="top"/>
            <w:shd w:fill="FAF9F6"/>
          </w:tcPr>
          <w:p>
            <w:pPr>
              <w:spacing w:after="0" w:line="240" w:lineRule="auto"/>
            </w:pPr>
            <w:r>
              <w:rPr>
                <w:rFonts w:ascii="Arial" w:hAnsi="Arial" w:eastAsia="Arial"/>
              </w:rPr>
            </w:r>
            <w:r>
              <w:rPr>
                <w:rFonts w:ascii="Arial" w:hAnsi="Arial" w:eastAsia="Arial"/>
                <w:b w:val="0"/>
                <w:i w:val="0"/>
                <w:sz w:val="14"/>
              </w:rPr>
              <w:t>Lịch họp, biên bản quyết định, bảng việc cần làm.</w:t>
            </w:r>
          </w:p>
        </w:tc>
      </w:tr>
      <w:tr>
        <w:tc>
          <w:tcPr>
            <w:tcW w:type="dxa" w:w="624"/>
            <w:tcMar>
              <w:top w:w="65" w:type="dxa"/>
              <w:start w:w="60" w:type="dxa"/>
              <w:bottom w:w="65" w:type="dxa"/>
              <w:end w:w="60" w:type="dxa"/>
            </w:tcMar>
            <w:vAlign w:val="top"/>
          </w:tcPr>
          <w:p>
            <w:pPr>
              <w:spacing w:after="0" w:line="240" w:lineRule="auto"/>
            </w:pPr>
            <w:r>
              <w:rPr>
                <w:rFonts w:ascii="Arial" w:hAnsi="Arial" w:eastAsia="Arial"/>
              </w:rPr>
            </w:r>
            <w:r>
              <w:rPr>
                <w:rFonts w:ascii="Arial" w:hAnsi="Arial" w:eastAsia="Arial"/>
                <w:b w:val="0"/>
                <w:i w:val="0"/>
                <w:sz w:val="14"/>
              </w:rPr>
              <w:t>F3</w:t>
            </w:r>
          </w:p>
        </w:tc>
        <w:tc>
          <w:tcPr>
            <w:tcW w:type="dxa" w:w="2154"/>
            <w:tcMar>
              <w:top w:w="65" w:type="dxa"/>
              <w:start w:w="60" w:type="dxa"/>
              <w:bottom w:w="65" w:type="dxa"/>
              <w:end w:w="60" w:type="dxa"/>
            </w:tcMar>
            <w:vAlign w:val="top"/>
          </w:tcPr>
          <w:p>
            <w:pPr>
              <w:spacing w:after="0" w:line="240" w:lineRule="auto"/>
            </w:pPr>
            <w:r>
              <w:rPr>
                <w:rFonts w:ascii="Arial" w:hAnsi="Arial" w:eastAsia="Arial"/>
              </w:rPr>
            </w:r>
            <w:r>
              <w:rPr>
                <w:rFonts w:ascii="Arial" w:hAnsi="Arial" w:eastAsia="Arial"/>
                <w:b w:val="0"/>
                <w:i w:val="0"/>
                <w:sz w:val="14"/>
              </w:rPr>
              <w:t>Quản lý chất lượng nhẹ</w:t>
            </w:r>
          </w:p>
        </w:tc>
        <w:tc>
          <w:tcPr>
            <w:tcW w:type="dxa" w:w="3005"/>
            <w:tcMar>
              <w:top w:w="65" w:type="dxa"/>
              <w:start w:w="60" w:type="dxa"/>
              <w:bottom w:w="65" w:type="dxa"/>
              <w:end w:w="60" w:type="dxa"/>
            </w:tcMar>
            <w:vAlign w:val="top"/>
          </w:tcPr>
          <w:p>
            <w:pPr>
              <w:spacing w:after="0" w:line="240" w:lineRule="auto"/>
            </w:pPr>
            <w:r>
              <w:rPr>
                <w:rFonts w:ascii="Arial" w:hAnsi="Arial" w:eastAsia="Arial"/>
              </w:rPr>
            </w:r>
            <w:r>
              <w:rPr>
                <w:rFonts w:ascii="Arial" w:hAnsi="Arial" w:eastAsia="Arial"/>
                <w:b w:val="0"/>
                <w:i w:val="0"/>
                <w:sz w:val="14"/>
              </w:rPr>
              <w:t>Khách cần theo dõi định kỳ nhưng không phải tư vấn giám sát toàn thời gian.</w:t>
            </w:r>
          </w:p>
        </w:tc>
        <w:tc>
          <w:tcPr>
            <w:tcW w:type="dxa" w:w="3005"/>
            <w:tcMar>
              <w:top w:w="65" w:type="dxa"/>
              <w:start w:w="60" w:type="dxa"/>
              <w:bottom w:w="65" w:type="dxa"/>
              <w:end w:w="60" w:type="dxa"/>
            </w:tcMar>
            <w:vAlign w:val="top"/>
          </w:tcPr>
          <w:p>
            <w:pPr>
              <w:spacing w:after="0" w:line="240" w:lineRule="auto"/>
            </w:pPr>
            <w:r>
              <w:rPr>
                <w:rFonts w:ascii="Arial" w:hAnsi="Arial" w:eastAsia="Arial"/>
              </w:rPr>
            </w:r>
            <w:r>
              <w:rPr>
                <w:rFonts w:ascii="Arial" w:hAnsi="Arial" w:eastAsia="Arial"/>
                <w:b w:val="0"/>
                <w:i w:val="0"/>
                <w:sz w:val="14"/>
              </w:rPr>
              <w:t>Báo cáo định kỳ, ảnh hiện trường, cảnh báo rủi ro.</w:t>
            </w:r>
          </w:p>
        </w:tc>
      </w:tr>
      <w:tr>
        <w:tc>
          <w:tcPr>
            <w:tcW w:type="dxa" w:w="624"/>
            <w:tcMar>
              <w:top w:w="65" w:type="dxa"/>
              <w:start w:w="60" w:type="dxa"/>
              <w:bottom w:w="65" w:type="dxa"/>
              <w:end w:w="60" w:type="dxa"/>
            </w:tcMar>
            <w:vAlign w:val="top"/>
            <w:shd w:fill="FAF9F6"/>
          </w:tcPr>
          <w:p>
            <w:pPr>
              <w:spacing w:after="0" w:line="240" w:lineRule="auto"/>
            </w:pPr>
            <w:r>
              <w:rPr>
                <w:rFonts w:ascii="Arial" w:hAnsi="Arial" w:eastAsia="Arial"/>
              </w:rPr>
            </w:r>
            <w:r>
              <w:rPr>
                <w:rFonts w:ascii="Arial" w:hAnsi="Arial" w:eastAsia="Arial"/>
                <w:b w:val="0"/>
                <w:i w:val="0"/>
                <w:sz w:val="14"/>
              </w:rPr>
              <w:t>F4</w:t>
            </w:r>
          </w:p>
        </w:tc>
        <w:tc>
          <w:tcPr>
            <w:tcW w:type="dxa" w:w="2154"/>
            <w:tcMar>
              <w:top w:w="65" w:type="dxa"/>
              <w:start w:w="60" w:type="dxa"/>
              <w:bottom w:w="65" w:type="dxa"/>
              <w:end w:w="60" w:type="dxa"/>
            </w:tcMar>
            <w:vAlign w:val="top"/>
            <w:shd w:fill="FAF9F6"/>
          </w:tcPr>
          <w:p>
            <w:pPr>
              <w:spacing w:after="0" w:line="240" w:lineRule="auto"/>
            </w:pPr>
            <w:r>
              <w:rPr>
                <w:rFonts w:ascii="Arial" w:hAnsi="Arial" w:eastAsia="Arial"/>
              </w:rPr>
            </w:r>
            <w:r>
              <w:rPr>
                <w:rFonts w:ascii="Arial" w:hAnsi="Arial" w:eastAsia="Arial"/>
                <w:b w:val="0"/>
                <w:i w:val="0"/>
                <w:sz w:val="14"/>
              </w:rPr>
              <w:t>Gói premium project organizer</w:t>
            </w:r>
          </w:p>
        </w:tc>
        <w:tc>
          <w:tcPr>
            <w:tcW w:type="dxa" w:w="3005"/>
            <w:tcMar>
              <w:top w:w="65" w:type="dxa"/>
              <w:start w:w="60" w:type="dxa"/>
              <w:bottom w:w="65" w:type="dxa"/>
              <w:end w:w="60" w:type="dxa"/>
            </w:tcMar>
            <w:vAlign w:val="top"/>
            <w:shd w:fill="FAF9F6"/>
          </w:tcPr>
          <w:p>
            <w:pPr>
              <w:spacing w:after="0" w:line="240" w:lineRule="auto"/>
            </w:pPr>
            <w:r>
              <w:rPr>
                <w:rFonts w:ascii="Arial" w:hAnsi="Arial" w:eastAsia="Arial"/>
              </w:rPr>
            </w:r>
            <w:r>
              <w:rPr>
                <w:rFonts w:ascii="Arial" w:hAnsi="Arial" w:eastAsia="Arial"/>
                <w:b w:val="0"/>
                <w:i w:val="0"/>
                <w:sz w:val="14"/>
              </w:rPr>
              <w:t>Khách muốn ARCOVA theo sát sâu hơn từ đầu đến bàn giao.</w:t>
            </w:r>
          </w:p>
        </w:tc>
        <w:tc>
          <w:tcPr>
            <w:tcW w:type="dxa" w:w="3005"/>
            <w:tcMar>
              <w:top w:w="65" w:type="dxa"/>
              <w:start w:w="60" w:type="dxa"/>
              <w:bottom w:w="65" w:type="dxa"/>
              <w:end w:w="60" w:type="dxa"/>
            </w:tcMar>
            <w:vAlign w:val="top"/>
            <w:shd w:fill="FAF9F6"/>
          </w:tcPr>
          <w:p>
            <w:pPr>
              <w:spacing w:after="0" w:line="240" w:lineRule="auto"/>
            </w:pPr>
            <w:r>
              <w:rPr>
                <w:rFonts w:ascii="Arial" w:hAnsi="Arial" w:eastAsia="Arial"/>
              </w:rPr>
            </w:r>
            <w:r>
              <w:rPr>
                <w:rFonts w:ascii="Arial" w:hAnsi="Arial" w:eastAsia="Arial"/>
                <w:b w:val="0"/>
                <w:i w:val="0"/>
                <w:sz w:val="14"/>
              </w:rPr>
              <w:t>Kế hoạch tổng, điều phối, báo cáo, hỗ trợ chọn đối tác, nghiệm thu.</w:t>
            </w:r>
          </w:p>
        </w:tc>
      </w:tr>
      <w:tr>
        <w:tc>
          <w:tcPr>
            <w:tcW w:type="dxa" w:w="624"/>
            <w:tcMar>
              <w:top w:w="65" w:type="dxa"/>
              <w:start w:w="60" w:type="dxa"/>
              <w:bottom w:w="65" w:type="dxa"/>
              <w:end w:w="60" w:type="dxa"/>
            </w:tcMar>
            <w:vAlign w:val="top"/>
          </w:tcPr>
          <w:p>
            <w:pPr>
              <w:spacing w:after="0" w:line="240" w:lineRule="auto"/>
            </w:pPr>
            <w:r>
              <w:rPr>
                <w:rFonts w:ascii="Arial" w:hAnsi="Arial" w:eastAsia="Arial"/>
              </w:rPr>
            </w:r>
            <w:r>
              <w:rPr>
                <w:rFonts w:ascii="Arial" w:hAnsi="Arial" w:eastAsia="Arial"/>
                <w:b w:val="0"/>
                <w:i w:val="0"/>
                <w:sz w:val="14"/>
              </w:rPr>
              <w:t>F5</w:t>
            </w:r>
          </w:p>
        </w:tc>
        <w:tc>
          <w:tcPr>
            <w:tcW w:type="dxa" w:w="2154"/>
            <w:tcMar>
              <w:top w:w="65" w:type="dxa"/>
              <w:start w:w="60" w:type="dxa"/>
              <w:bottom w:w="65" w:type="dxa"/>
              <w:end w:w="60" w:type="dxa"/>
            </w:tcMar>
            <w:vAlign w:val="top"/>
          </w:tcPr>
          <w:p>
            <w:pPr>
              <w:spacing w:after="0" w:line="240" w:lineRule="auto"/>
            </w:pPr>
            <w:r>
              <w:rPr>
                <w:rFonts w:ascii="Arial" w:hAnsi="Arial" w:eastAsia="Arial"/>
              </w:rPr>
            </w:r>
            <w:r>
              <w:rPr>
                <w:rFonts w:ascii="Arial" w:hAnsi="Arial" w:eastAsia="Arial"/>
                <w:b w:val="0"/>
                <w:i w:val="0"/>
                <w:sz w:val="14"/>
              </w:rPr>
              <w:t>Gói cố vấn riêng cho chủ nhà</w:t>
            </w:r>
          </w:p>
        </w:tc>
        <w:tc>
          <w:tcPr>
            <w:tcW w:type="dxa" w:w="3005"/>
            <w:tcMar>
              <w:top w:w="65" w:type="dxa"/>
              <w:start w:w="60" w:type="dxa"/>
              <w:bottom w:w="65" w:type="dxa"/>
              <w:end w:w="60" w:type="dxa"/>
            </w:tcMar>
            <w:vAlign w:val="top"/>
          </w:tcPr>
          <w:p>
            <w:pPr>
              <w:spacing w:after="0" w:line="240" w:lineRule="auto"/>
            </w:pPr>
            <w:r>
              <w:rPr>
                <w:rFonts w:ascii="Arial" w:hAnsi="Arial" w:eastAsia="Arial"/>
              </w:rPr>
            </w:r>
            <w:r>
              <w:rPr>
                <w:rFonts w:ascii="Arial" w:hAnsi="Arial" w:eastAsia="Arial"/>
                <w:b w:val="0"/>
                <w:i w:val="0"/>
                <w:sz w:val="14"/>
              </w:rPr>
              <w:t>Khách cao cấp cần người tư vấn độc lập theo tháng/dự án.</w:t>
            </w:r>
          </w:p>
        </w:tc>
        <w:tc>
          <w:tcPr>
            <w:tcW w:type="dxa" w:w="3005"/>
            <w:tcMar>
              <w:top w:w="65" w:type="dxa"/>
              <w:start w:w="60" w:type="dxa"/>
              <w:bottom w:w="65" w:type="dxa"/>
              <w:end w:w="60" w:type="dxa"/>
            </w:tcMar>
            <w:vAlign w:val="top"/>
          </w:tcPr>
          <w:p>
            <w:pPr>
              <w:spacing w:after="0" w:line="240" w:lineRule="auto"/>
            </w:pPr>
            <w:r>
              <w:rPr>
                <w:rFonts w:ascii="Arial" w:hAnsi="Arial" w:eastAsia="Arial"/>
              </w:rPr>
            </w:r>
            <w:r>
              <w:rPr>
                <w:rFonts w:ascii="Arial" w:hAnsi="Arial" w:eastAsia="Arial"/>
                <w:b w:val="0"/>
                <w:i w:val="0"/>
                <w:sz w:val="14"/>
              </w:rPr>
              <w:t>Cố vấn theo yêu cầu, ưu tiên lịch, tham gia quyết định lớn.</w:t>
            </w:r>
          </w:p>
        </w:tc>
      </w:tr>
    </w:tbl>
    <w:p>
      <w:pPr>
        <w:pStyle w:val="Heading1"/>
        <w:spacing w:before="200" w:after="100"/>
        <w:pBdr>
          <w:bottom w:val="single" w:sz="12" w:space="4" w:color="C8A96A"/>
        </w:pBdr>
      </w:pPr>
      <w:r>
        <w:rPr>
          <w:rFonts w:ascii="Arial" w:hAnsi="Arial" w:eastAsia="Arial"/>
          <w:b/>
          <w:i w:val="0"/>
          <w:color w:val="2F3338"/>
          <w:sz w:val="31"/>
        </w:rPr>
        <w:t>26. CÁCH ĐÓNG GÓI PHÍ ĐỂ LINH HOẠT VÀ DỄ THU TIỀN</w:t>
      </w:r>
    </w:p>
    <w:p>
      <w:pPr>
        <w:spacing w:before="0" w:after="80" w:line="254" w:lineRule="auto"/>
      </w:pPr>
      <w:r>
        <w:rPr>
          <w:rFonts w:ascii="Arial" w:hAnsi="Arial" w:eastAsia="Arial"/>
          <w:b w:val="0"/>
          <w:i w:val="0"/>
          <w:sz w:val="18"/>
        </w:rPr>
        <w:t>Mô hình ARCOVA nên tránh nhận việc theo kiểu “nói chuyện rất nhiều nhưng không thu được phí”. Tư vấn phải biến thành đầu ra cụ thể. Khách mua cái gì, nhận cái gì, dùng vào quyết định nào - tất cả cần được nói rõ từ đầu.</w:t>
      </w:r>
    </w:p>
    <w:tbl>
      <w:tblPr>
        <w:tblStyle w:val="TableGrid"/>
        <w:tblW w:type="auto" w:w="0"/>
        <w:jc w:val="center"/>
        <w:tblLook w:firstColumn="1" w:firstRow="1" w:lastColumn="0" w:lastRow="0" w:noHBand="0" w:noVBand="1" w:val="04A0"/>
        <w:tblBorders>
          <w:top w:val="single" w:sz="5" w:space="0" w:color="E7D2A5"/>
          <w:left w:val="single" w:sz="5" w:space="0" w:color="E7D2A5"/>
          <w:bottom w:val="single" w:sz="5" w:space="0" w:color="E7D2A5"/>
          <w:right w:val="single" w:sz="5" w:space="0" w:color="E7D2A5"/>
          <w:insideH w:val="single" w:sz="5" w:space="0" w:color="E7D2A5"/>
          <w:insideV w:val="single" w:sz="5" w:space="0" w:color="E7D2A5"/>
        </w:tblBorders>
      </w:tblPr>
      <w:tblGrid>
        <w:gridCol w:w="2620"/>
        <w:gridCol w:w="2620"/>
        <w:gridCol w:w="2620"/>
        <w:gridCol w:w="2620"/>
      </w:tblGrid>
      <w:tr>
        <w:trPr>
          <w:tblHeader w:val="true"/>
        </w:trPr>
        <w:tc>
          <w:tcPr>
            <w:tcW w:type="dxa" w:w="1814"/>
            <w:shd w:fill="C8A96A"/>
            <w:tcMar>
              <w:top w:w="75" w:type="dxa"/>
              <w:start w:w="65" w:type="dxa"/>
              <w:bottom w:w="75" w:type="dxa"/>
              <w:end w:w="65" w:type="dxa"/>
            </w:tcMar>
          </w:tcPr>
          <w:p>
            <w:pPr>
              <w:spacing w:after="0" w:line="240" w:lineRule="auto"/>
              <w:jc w:val="center"/>
            </w:pPr>
            <w:r>
              <w:rPr>
                <w:rFonts w:ascii="Arial" w:hAnsi="Arial" w:eastAsia="Arial"/>
              </w:rPr>
            </w:r>
            <w:r>
              <w:rPr>
                <w:rFonts w:ascii="Arial" w:hAnsi="Arial" w:eastAsia="Arial"/>
                <w:b/>
                <w:i w:val="0"/>
                <w:color w:val="FFFFFF"/>
                <w:sz w:val="15"/>
              </w:rPr>
              <w:t>Mô hình phí</w:t>
            </w:r>
          </w:p>
        </w:tc>
        <w:tc>
          <w:tcPr>
            <w:tcW w:type="dxa" w:w="2551"/>
            <w:shd w:fill="C8A96A"/>
            <w:tcMar>
              <w:top w:w="75" w:type="dxa"/>
              <w:start w:w="65" w:type="dxa"/>
              <w:bottom w:w="75" w:type="dxa"/>
              <w:end w:w="65" w:type="dxa"/>
            </w:tcMar>
          </w:tcPr>
          <w:p>
            <w:pPr>
              <w:spacing w:after="0" w:line="240" w:lineRule="auto"/>
              <w:jc w:val="center"/>
            </w:pPr>
            <w:r>
              <w:rPr>
                <w:rFonts w:ascii="Arial" w:hAnsi="Arial" w:eastAsia="Arial"/>
              </w:rPr>
            </w:r>
            <w:r>
              <w:rPr>
                <w:rFonts w:ascii="Arial" w:hAnsi="Arial" w:eastAsia="Arial"/>
                <w:b/>
                <w:i w:val="0"/>
                <w:color w:val="FFFFFF"/>
                <w:sz w:val="15"/>
              </w:rPr>
              <w:t>Phù hợp</w:t>
            </w:r>
          </w:p>
        </w:tc>
        <w:tc>
          <w:tcPr>
            <w:tcW w:type="dxa" w:w="2324"/>
            <w:shd w:fill="C8A96A"/>
            <w:tcMar>
              <w:top w:w="75" w:type="dxa"/>
              <w:start w:w="65" w:type="dxa"/>
              <w:bottom w:w="75" w:type="dxa"/>
              <w:end w:w="65" w:type="dxa"/>
            </w:tcMar>
          </w:tcPr>
          <w:p>
            <w:pPr>
              <w:spacing w:after="0" w:line="240" w:lineRule="auto"/>
              <w:jc w:val="center"/>
            </w:pPr>
            <w:r>
              <w:rPr>
                <w:rFonts w:ascii="Arial" w:hAnsi="Arial" w:eastAsia="Arial"/>
              </w:rPr>
            </w:r>
            <w:r>
              <w:rPr>
                <w:rFonts w:ascii="Arial" w:hAnsi="Arial" w:eastAsia="Arial"/>
                <w:b/>
                <w:i w:val="0"/>
                <w:color w:val="FFFFFF"/>
                <w:sz w:val="15"/>
              </w:rPr>
              <w:t>Ưu điểm</w:t>
            </w:r>
          </w:p>
        </w:tc>
        <w:tc>
          <w:tcPr>
            <w:tcW w:type="dxa" w:w="2098"/>
            <w:shd w:fill="C8A96A"/>
            <w:tcMar>
              <w:top w:w="75" w:type="dxa"/>
              <w:start w:w="65" w:type="dxa"/>
              <w:bottom w:w="75" w:type="dxa"/>
              <w:end w:w="65" w:type="dxa"/>
            </w:tcMar>
          </w:tcPr>
          <w:p>
            <w:pPr>
              <w:spacing w:after="0" w:line="240" w:lineRule="auto"/>
              <w:jc w:val="center"/>
            </w:pPr>
            <w:r>
              <w:rPr>
                <w:rFonts w:ascii="Arial" w:hAnsi="Arial" w:eastAsia="Arial"/>
              </w:rPr>
            </w:r>
            <w:r>
              <w:rPr>
                <w:rFonts w:ascii="Arial" w:hAnsi="Arial" w:eastAsia="Arial"/>
                <w:b/>
                <w:i w:val="0"/>
                <w:color w:val="FFFFFF"/>
                <w:sz w:val="15"/>
              </w:rPr>
              <w:t>Lưu ý</w:t>
            </w:r>
          </w:p>
        </w:tc>
      </w:tr>
      <w:tr>
        <w:tc>
          <w:tcPr>
            <w:tcW w:type="dxa" w:w="1814"/>
            <w:tcMar>
              <w:top w:w="65" w:type="dxa"/>
              <w:start w:w="60" w:type="dxa"/>
              <w:bottom w:w="65" w:type="dxa"/>
              <w:end w:w="60" w:type="dxa"/>
            </w:tcMar>
            <w:vAlign w:val="top"/>
          </w:tcPr>
          <w:p>
            <w:pPr>
              <w:spacing w:after="0" w:line="240" w:lineRule="auto"/>
            </w:pPr>
            <w:r>
              <w:rPr>
                <w:rFonts w:ascii="Arial" w:hAnsi="Arial" w:eastAsia="Arial"/>
              </w:rPr>
            </w:r>
            <w:r>
              <w:rPr>
                <w:rFonts w:ascii="Arial" w:hAnsi="Arial" w:eastAsia="Arial"/>
                <w:b w:val="0"/>
                <w:i w:val="0"/>
                <w:sz w:val="15"/>
              </w:rPr>
              <w:t>Phí theo buổi</w:t>
            </w:r>
          </w:p>
        </w:tc>
        <w:tc>
          <w:tcPr>
            <w:tcW w:type="dxa" w:w="2551"/>
            <w:tcMar>
              <w:top w:w="65" w:type="dxa"/>
              <w:start w:w="60" w:type="dxa"/>
              <w:bottom w:w="65" w:type="dxa"/>
              <w:end w:w="60" w:type="dxa"/>
            </w:tcMar>
            <w:vAlign w:val="top"/>
          </w:tcPr>
          <w:p>
            <w:pPr>
              <w:spacing w:after="0" w:line="240" w:lineRule="auto"/>
            </w:pPr>
            <w:r>
              <w:rPr>
                <w:rFonts w:ascii="Arial" w:hAnsi="Arial" w:eastAsia="Arial"/>
              </w:rPr>
            </w:r>
            <w:r>
              <w:rPr>
                <w:rFonts w:ascii="Arial" w:hAnsi="Arial" w:eastAsia="Arial"/>
                <w:b w:val="0"/>
                <w:i w:val="0"/>
                <w:sz w:val="15"/>
              </w:rPr>
              <w:t>Tư vấn định hướng, đi showroom, họp với nhà thầu, rà nhanh phương án.</w:t>
            </w:r>
          </w:p>
        </w:tc>
        <w:tc>
          <w:tcPr>
            <w:tcW w:type="dxa" w:w="2324"/>
            <w:tcMar>
              <w:top w:w="65" w:type="dxa"/>
              <w:start w:w="60" w:type="dxa"/>
              <w:bottom w:w="65" w:type="dxa"/>
              <w:end w:w="60" w:type="dxa"/>
            </w:tcMar>
            <w:vAlign w:val="top"/>
          </w:tcPr>
          <w:p>
            <w:pPr>
              <w:spacing w:after="0" w:line="240" w:lineRule="auto"/>
            </w:pPr>
            <w:r>
              <w:rPr>
                <w:rFonts w:ascii="Arial" w:hAnsi="Arial" w:eastAsia="Arial"/>
              </w:rPr>
            </w:r>
            <w:r>
              <w:rPr>
                <w:rFonts w:ascii="Arial" w:hAnsi="Arial" w:eastAsia="Arial"/>
                <w:b w:val="0"/>
                <w:i w:val="0"/>
                <w:sz w:val="15"/>
              </w:rPr>
              <w:t>Dễ bán cho khách mới, ít rủi ro phạm vi.</w:t>
            </w:r>
          </w:p>
        </w:tc>
        <w:tc>
          <w:tcPr>
            <w:tcW w:type="dxa" w:w="2098"/>
            <w:tcMar>
              <w:top w:w="65" w:type="dxa"/>
              <w:start w:w="60" w:type="dxa"/>
              <w:bottom w:w="65" w:type="dxa"/>
              <w:end w:w="60" w:type="dxa"/>
            </w:tcMar>
            <w:vAlign w:val="top"/>
          </w:tcPr>
          <w:p>
            <w:pPr>
              <w:spacing w:after="0" w:line="240" w:lineRule="auto"/>
            </w:pPr>
            <w:r>
              <w:rPr>
                <w:rFonts w:ascii="Arial" w:hAnsi="Arial" w:eastAsia="Arial"/>
              </w:rPr>
            </w:r>
            <w:r>
              <w:rPr>
                <w:rFonts w:ascii="Arial" w:hAnsi="Arial" w:eastAsia="Arial"/>
                <w:b w:val="0"/>
                <w:i w:val="0"/>
                <w:sz w:val="15"/>
              </w:rPr>
              <w:t>Cần giới hạn thời lượng và nội dung sau buổi.</w:t>
            </w:r>
          </w:p>
        </w:tc>
      </w:tr>
      <w:tr>
        <w:tc>
          <w:tcPr>
            <w:tcW w:type="dxa" w:w="1814"/>
            <w:tcMar>
              <w:top w:w="65" w:type="dxa"/>
              <w:start w:w="60" w:type="dxa"/>
              <w:bottom w:w="65" w:type="dxa"/>
              <w:end w:w="60" w:type="dxa"/>
            </w:tcMar>
            <w:vAlign w:val="top"/>
            <w:shd w:fill="FAF9F6"/>
          </w:tcPr>
          <w:p>
            <w:pPr>
              <w:spacing w:after="0" w:line="240" w:lineRule="auto"/>
            </w:pPr>
            <w:r>
              <w:rPr>
                <w:rFonts w:ascii="Arial" w:hAnsi="Arial" w:eastAsia="Arial"/>
              </w:rPr>
            </w:r>
            <w:r>
              <w:rPr>
                <w:rFonts w:ascii="Arial" w:hAnsi="Arial" w:eastAsia="Arial"/>
                <w:b w:val="0"/>
                <w:i w:val="0"/>
                <w:sz w:val="15"/>
              </w:rPr>
              <w:t>Phí theo gói đầu ra</w:t>
            </w:r>
          </w:p>
        </w:tc>
        <w:tc>
          <w:tcPr>
            <w:tcW w:type="dxa" w:w="2551"/>
            <w:tcMar>
              <w:top w:w="65" w:type="dxa"/>
              <w:start w:w="60" w:type="dxa"/>
              <w:bottom w:w="65" w:type="dxa"/>
              <w:end w:w="60" w:type="dxa"/>
            </w:tcMar>
            <w:vAlign w:val="top"/>
            <w:shd w:fill="FAF9F6"/>
          </w:tcPr>
          <w:p>
            <w:pPr>
              <w:spacing w:after="0" w:line="240" w:lineRule="auto"/>
            </w:pPr>
            <w:r>
              <w:rPr>
                <w:rFonts w:ascii="Arial" w:hAnsi="Arial" w:eastAsia="Arial"/>
              </w:rPr>
            </w:r>
            <w:r>
              <w:rPr>
                <w:rFonts w:ascii="Arial" w:hAnsi="Arial" w:eastAsia="Arial"/>
                <w:b w:val="0"/>
                <w:i w:val="0"/>
                <w:sz w:val="15"/>
              </w:rPr>
              <w:t>Brief, báo cáo khảo sát, rà layout, rà báo giá, defect list.</w:t>
            </w:r>
          </w:p>
        </w:tc>
        <w:tc>
          <w:tcPr>
            <w:tcW w:type="dxa" w:w="2324"/>
            <w:tcMar>
              <w:top w:w="65" w:type="dxa"/>
              <w:start w:w="60" w:type="dxa"/>
              <w:bottom w:w="65" w:type="dxa"/>
              <w:end w:w="60" w:type="dxa"/>
            </w:tcMar>
            <w:vAlign w:val="top"/>
            <w:shd w:fill="FAF9F6"/>
          </w:tcPr>
          <w:p>
            <w:pPr>
              <w:spacing w:after="0" w:line="240" w:lineRule="auto"/>
            </w:pPr>
            <w:r>
              <w:rPr>
                <w:rFonts w:ascii="Arial" w:hAnsi="Arial" w:eastAsia="Arial"/>
              </w:rPr>
            </w:r>
            <w:r>
              <w:rPr>
                <w:rFonts w:ascii="Arial" w:hAnsi="Arial" w:eastAsia="Arial"/>
                <w:b w:val="0"/>
                <w:i w:val="0"/>
                <w:sz w:val="15"/>
              </w:rPr>
              <w:t>Dễ nghiệm thu vì có file/biên bản cụ thể.</w:t>
            </w:r>
          </w:p>
        </w:tc>
        <w:tc>
          <w:tcPr>
            <w:tcW w:type="dxa" w:w="2098"/>
            <w:tcMar>
              <w:top w:w="65" w:type="dxa"/>
              <w:start w:w="60" w:type="dxa"/>
              <w:bottom w:w="65" w:type="dxa"/>
              <w:end w:w="60" w:type="dxa"/>
            </w:tcMar>
            <w:vAlign w:val="top"/>
            <w:shd w:fill="FAF9F6"/>
          </w:tcPr>
          <w:p>
            <w:pPr>
              <w:spacing w:after="0" w:line="240" w:lineRule="auto"/>
            </w:pPr>
            <w:r>
              <w:rPr>
                <w:rFonts w:ascii="Arial" w:hAnsi="Arial" w:eastAsia="Arial"/>
              </w:rPr>
            </w:r>
            <w:r>
              <w:rPr>
                <w:rFonts w:ascii="Arial" w:hAnsi="Arial" w:eastAsia="Arial"/>
                <w:b w:val="0"/>
                <w:i w:val="0"/>
                <w:sz w:val="15"/>
              </w:rPr>
              <w:t>Phải mô tả rõ số vòng chỉnh sửa.</w:t>
            </w:r>
          </w:p>
        </w:tc>
      </w:tr>
      <w:tr>
        <w:tc>
          <w:tcPr>
            <w:tcW w:type="dxa" w:w="1814"/>
            <w:tcMar>
              <w:top w:w="65" w:type="dxa"/>
              <w:start w:w="60" w:type="dxa"/>
              <w:bottom w:w="65" w:type="dxa"/>
              <w:end w:w="60" w:type="dxa"/>
            </w:tcMar>
            <w:vAlign w:val="top"/>
          </w:tcPr>
          <w:p>
            <w:pPr>
              <w:spacing w:after="0" w:line="240" w:lineRule="auto"/>
            </w:pPr>
            <w:r>
              <w:rPr>
                <w:rFonts w:ascii="Arial" w:hAnsi="Arial" w:eastAsia="Arial"/>
              </w:rPr>
            </w:r>
            <w:r>
              <w:rPr>
                <w:rFonts w:ascii="Arial" w:hAnsi="Arial" w:eastAsia="Arial"/>
                <w:b w:val="0"/>
                <w:i w:val="0"/>
                <w:sz w:val="15"/>
              </w:rPr>
              <w:t>Phí theo giai đoạn</w:t>
            </w:r>
          </w:p>
        </w:tc>
        <w:tc>
          <w:tcPr>
            <w:tcW w:type="dxa" w:w="2551"/>
            <w:tcMar>
              <w:top w:w="65" w:type="dxa"/>
              <w:start w:w="60" w:type="dxa"/>
              <w:bottom w:w="65" w:type="dxa"/>
              <w:end w:w="60" w:type="dxa"/>
            </w:tcMar>
            <w:vAlign w:val="top"/>
          </w:tcPr>
          <w:p>
            <w:pPr>
              <w:spacing w:after="0" w:line="240" w:lineRule="auto"/>
            </w:pPr>
            <w:r>
              <w:rPr>
                <w:rFonts w:ascii="Arial" w:hAnsi="Arial" w:eastAsia="Arial"/>
              </w:rPr>
            </w:r>
            <w:r>
              <w:rPr>
                <w:rFonts w:ascii="Arial" w:hAnsi="Arial" w:eastAsia="Arial"/>
                <w:b w:val="0"/>
                <w:i w:val="0"/>
                <w:sz w:val="15"/>
              </w:rPr>
              <w:t>Từ ý tưởng đến thiết kế; từ thiết kế đến chọn thầu; từ thi công đến bàn giao.</w:t>
            </w:r>
          </w:p>
        </w:tc>
        <w:tc>
          <w:tcPr>
            <w:tcW w:type="dxa" w:w="2324"/>
            <w:tcMar>
              <w:top w:w="65" w:type="dxa"/>
              <w:start w:w="60" w:type="dxa"/>
              <w:bottom w:w="65" w:type="dxa"/>
              <w:end w:w="60" w:type="dxa"/>
            </w:tcMar>
            <w:vAlign w:val="top"/>
          </w:tcPr>
          <w:p>
            <w:pPr>
              <w:spacing w:after="0" w:line="240" w:lineRule="auto"/>
            </w:pPr>
            <w:r>
              <w:rPr>
                <w:rFonts w:ascii="Arial" w:hAnsi="Arial" w:eastAsia="Arial"/>
              </w:rPr>
            </w:r>
            <w:r>
              <w:rPr>
                <w:rFonts w:ascii="Arial" w:hAnsi="Arial" w:eastAsia="Arial"/>
                <w:b w:val="0"/>
                <w:i w:val="0"/>
                <w:sz w:val="15"/>
              </w:rPr>
              <w:t>Phù hợp dự án trung bình/cao cấp.</w:t>
            </w:r>
          </w:p>
        </w:tc>
        <w:tc>
          <w:tcPr>
            <w:tcW w:type="dxa" w:w="2098"/>
            <w:tcMar>
              <w:top w:w="65" w:type="dxa"/>
              <w:start w:w="60" w:type="dxa"/>
              <w:bottom w:w="65" w:type="dxa"/>
              <w:end w:w="60" w:type="dxa"/>
            </w:tcMar>
            <w:vAlign w:val="top"/>
          </w:tcPr>
          <w:p>
            <w:pPr>
              <w:spacing w:after="0" w:line="240" w:lineRule="auto"/>
            </w:pPr>
            <w:r>
              <w:rPr>
                <w:rFonts w:ascii="Arial" w:hAnsi="Arial" w:eastAsia="Arial"/>
              </w:rPr>
            </w:r>
            <w:r>
              <w:rPr>
                <w:rFonts w:ascii="Arial" w:hAnsi="Arial" w:eastAsia="Arial"/>
                <w:b w:val="0"/>
                <w:i w:val="0"/>
                <w:sz w:val="15"/>
              </w:rPr>
              <w:t>Cần mốc thanh toán theo milestone.</w:t>
            </w:r>
          </w:p>
        </w:tc>
      </w:tr>
      <w:tr>
        <w:tc>
          <w:tcPr>
            <w:tcW w:type="dxa" w:w="1814"/>
            <w:tcMar>
              <w:top w:w="65" w:type="dxa"/>
              <w:start w:w="60" w:type="dxa"/>
              <w:bottom w:w="65" w:type="dxa"/>
              <w:end w:w="60" w:type="dxa"/>
            </w:tcMar>
            <w:vAlign w:val="top"/>
            <w:shd w:fill="FAF9F6"/>
          </w:tcPr>
          <w:p>
            <w:pPr>
              <w:spacing w:after="0" w:line="240" w:lineRule="auto"/>
            </w:pPr>
            <w:r>
              <w:rPr>
                <w:rFonts w:ascii="Arial" w:hAnsi="Arial" w:eastAsia="Arial"/>
              </w:rPr>
            </w:r>
            <w:r>
              <w:rPr>
                <w:rFonts w:ascii="Arial" w:hAnsi="Arial" w:eastAsia="Arial"/>
                <w:b w:val="0"/>
                <w:i w:val="0"/>
                <w:sz w:val="15"/>
              </w:rPr>
              <w:t>Phí theo tháng</w:t>
            </w:r>
          </w:p>
        </w:tc>
        <w:tc>
          <w:tcPr>
            <w:tcW w:type="dxa" w:w="2551"/>
            <w:tcMar>
              <w:top w:w="65" w:type="dxa"/>
              <w:start w:w="60" w:type="dxa"/>
              <w:bottom w:w="65" w:type="dxa"/>
              <w:end w:w="60" w:type="dxa"/>
            </w:tcMar>
            <w:vAlign w:val="top"/>
            <w:shd w:fill="FAF9F6"/>
          </w:tcPr>
          <w:p>
            <w:pPr>
              <w:spacing w:after="0" w:line="240" w:lineRule="auto"/>
            </w:pPr>
            <w:r>
              <w:rPr>
                <w:rFonts w:ascii="Arial" w:hAnsi="Arial" w:eastAsia="Arial"/>
              </w:rPr>
            </w:r>
            <w:r>
              <w:rPr>
                <w:rFonts w:ascii="Arial" w:hAnsi="Arial" w:eastAsia="Arial"/>
                <w:b w:val="0"/>
                <w:i w:val="0"/>
                <w:sz w:val="15"/>
              </w:rPr>
              <w:t>Cố vấn đại diện khách hàng, dự án kéo dài nhiều tháng.</w:t>
            </w:r>
          </w:p>
        </w:tc>
        <w:tc>
          <w:tcPr>
            <w:tcW w:type="dxa" w:w="2324"/>
            <w:tcMar>
              <w:top w:w="65" w:type="dxa"/>
              <w:start w:w="60" w:type="dxa"/>
              <w:bottom w:w="65" w:type="dxa"/>
              <w:end w:w="60" w:type="dxa"/>
            </w:tcMar>
            <w:vAlign w:val="top"/>
            <w:shd w:fill="FAF9F6"/>
          </w:tcPr>
          <w:p>
            <w:pPr>
              <w:spacing w:after="0" w:line="240" w:lineRule="auto"/>
            </w:pPr>
            <w:r>
              <w:rPr>
                <w:rFonts w:ascii="Arial" w:hAnsi="Arial" w:eastAsia="Arial"/>
              </w:rPr>
            </w:r>
            <w:r>
              <w:rPr>
                <w:rFonts w:ascii="Arial" w:hAnsi="Arial" w:eastAsia="Arial"/>
                <w:b w:val="0"/>
                <w:i w:val="0"/>
                <w:sz w:val="15"/>
              </w:rPr>
              <w:t>Ổn định dòng tiền, phù hợp khách bận.</w:t>
            </w:r>
          </w:p>
        </w:tc>
        <w:tc>
          <w:tcPr>
            <w:tcW w:type="dxa" w:w="2098"/>
            <w:tcMar>
              <w:top w:w="65" w:type="dxa"/>
              <w:start w:w="60" w:type="dxa"/>
              <w:bottom w:w="65" w:type="dxa"/>
              <w:end w:w="60" w:type="dxa"/>
            </w:tcMar>
            <w:vAlign w:val="top"/>
            <w:shd w:fill="FAF9F6"/>
          </w:tcPr>
          <w:p>
            <w:pPr>
              <w:spacing w:after="0" w:line="240" w:lineRule="auto"/>
            </w:pPr>
            <w:r>
              <w:rPr>
                <w:rFonts w:ascii="Arial" w:hAnsi="Arial" w:eastAsia="Arial"/>
              </w:rPr>
            </w:r>
            <w:r>
              <w:rPr>
                <w:rFonts w:ascii="Arial" w:hAnsi="Arial" w:eastAsia="Arial"/>
                <w:b w:val="0"/>
                <w:i w:val="0"/>
                <w:sz w:val="15"/>
              </w:rPr>
              <w:t>Cần giới hạn số buổi/số giờ/số báo cáo.</w:t>
            </w:r>
          </w:p>
        </w:tc>
      </w:tr>
      <w:tr>
        <w:tc>
          <w:tcPr>
            <w:tcW w:type="dxa" w:w="1814"/>
            <w:tcMar>
              <w:top w:w="65" w:type="dxa"/>
              <w:start w:w="60" w:type="dxa"/>
              <w:bottom w:w="65" w:type="dxa"/>
              <w:end w:w="60" w:type="dxa"/>
            </w:tcMar>
            <w:vAlign w:val="top"/>
          </w:tcPr>
          <w:p>
            <w:pPr>
              <w:spacing w:after="0" w:line="240" w:lineRule="auto"/>
            </w:pPr>
            <w:r>
              <w:rPr>
                <w:rFonts w:ascii="Arial" w:hAnsi="Arial" w:eastAsia="Arial"/>
              </w:rPr>
            </w:r>
            <w:r>
              <w:rPr>
                <w:rFonts w:ascii="Arial" w:hAnsi="Arial" w:eastAsia="Arial"/>
                <w:b w:val="0"/>
                <w:i w:val="0"/>
                <w:sz w:val="15"/>
              </w:rPr>
              <w:t>Phí theo % giá trị phần việc</w:t>
            </w:r>
          </w:p>
        </w:tc>
        <w:tc>
          <w:tcPr>
            <w:tcW w:type="dxa" w:w="2551"/>
            <w:tcMar>
              <w:top w:w="65" w:type="dxa"/>
              <w:start w:w="60" w:type="dxa"/>
              <w:bottom w:w="65" w:type="dxa"/>
              <w:end w:w="60" w:type="dxa"/>
            </w:tcMar>
            <w:vAlign w:val="top"/>
          </w:tcPr>
          <w:p>
            <w:pPr>
              <w:spacing w:after="0" w:line="240" w:lineRule="auto"/>
            </w:pPr>
            <w:r>
              <w:rPr>
                <w:rFonts w:ascii="Arial" w:hAnsi="Arial" w:eastAsia="Arial"/>
              </w:rPr>
            </w:r>
            <w:r>
              <w:rPr>
                <w:rFonts w:ascii="Arial" w:hAnsi="Arial" w:eastAsia="Arial"/>
                <w:b w:val="0"/>
                <w:i w:val="0"/>
                <w:sz w:val="15"/>
              </w:rPr>
              <w:t>Gói tổ chức dự án hoặc sourcing có giá trị lớn.</w:t>
            </w:r>
          </w:p>
        </w:tc>
        <w:tc>
          <w:tcPr>
            <w:tcW w:type="dxa" w:w="2324"/>
            <w:tcMar>
              <w:top w:w="65" w:type="dxa"/>
              <w:start w:w="60" w:type="dxa"/>
              <w:bottom w:w="65" w:type="dxa"/>
              <w:end w:w="60" w:type="dxa"/>
            </w:tcMar>
            <w:vAlign w:val="top"/>
          </w:tcPr>
          <w:p>
            <w:pPr>
              <w:spacing w:after="0" w:line="240" w:lineRule="auto"/>
            </w:pPr>
            <w:r>
              <w:rPr>
                <w:rFonts w:ascii="Arial" w:hAnsi="Arial" w:eastAsia="Arial"/>
              </w:rPr>
            </w:r>
            <w:r>
              <w:rPr>
                <w:rFonts w:ascii="Arial" w:hAnsi="Arial" w:eastAsia="Arial"/>
                <w:b w:val="0"/>
                <w:i w:val="0"/>
                <w:sz w:val="15"/>
              </w:rPr>
              <w:t>Phù hợp khi ARCOVA tạo giá trị rõ trong tiết kiệm/kiểm soát.</w:t>
            </w:r>
          </w:p>
        </w:tc>
        <w:tc>
          <w:tcPr>
            <w:tcW w:type="dxa" w:w="2098"/>
            <w:tcMar>
              <w:top w:w="65" w:type="dxa"/>
              <w:start w:w="60" w:type="dxa"/>
              <w:bottom w:w="65" w:type="dxa"/>
              <w:end w:w="60" w:type="dxa"/>
            </w:tcMar>
            <w:vAlign w:val="top"/>
          </w:tcPr>
          <w:p>
            <w:pPr>
              <w:spacing w:after="0" w:line="240" w:lineRule="auto"/>
            </w:pPr>
            <w:r>
              <w:rPr>
                <w:rFonts w:ascii="Arial" w:hAnsi="Arial" w:eastAsia="Arial"/>
              </w:rPr>
            </w:r>
            <w:r>
              <w:rPr>
                <w:rFonts w:ascii="Arial" w:hAnsi="Arial" w:eastAsia="Arial"/>
                <w:b w:val="0"/>
                <w:i w:val="0"/>
                <w:sz w:val="15"/>
              </w:rPr>
              <w:t>Cần minh bạch, tránh xung đột lợi ích với nhà cung cấp.</w:t>
            </w:r>
          </w:p>
        </w:tc>
      </w:tr>
      <w:tr>
        <w:tc>
          <w:tcPr>
            <w:tcW w:type="dxa" w:w="1814"/>
            <w:tcMar>
              <w:top w:w="65" w:type="dxa"/>
              <w:start w:w="60" w:type="dxa"/>
              <w:bottom w:w="65" w:type="dxa"/>
              <w:end w:w="60" w:type="dxa"/>
            </w:tcMar>
            <w:vAlign w:val="top"/>
            <w:shd w:fill="FAF9F6"/>
          </w:tcPr>
          <w:p>
            <w:pPr>
              <w:spacing w:after="0" w:line="240" w:lineRule="auto"/>
            </w:pPr>
            <w:r>
              <w:rPr>
                <w:rFonts w:ascii="Arial" w:hAnsi="Arial" w:eastAsia="Arial"/>
              </w:rPr>
            </w:r>
            <w:r>
              <w:rPr>
                <w:rFonts w:ascii="Arial" w:hAnsi="Arial" w:eastAsia="Arial"/>
                <w:b w:val="0"/>
                <w:i w:val="0"/>
                <w:sz w:val="15"/>
              </w:rPr>
              <w:t>Phí premium</w:t>
            </w:r>
          </w:p>
        </w:tc>
        <w:tc>
          <w:tcPr>
            <w:tcW w:type="dxa" w:w="2551"/>
            <w:tcMar>
              <w:top w:w="65" w:type="dxa"/>
              <w:start w:w="60" w:type="dxa"/>
              <w:bottom w:w="65" w:type="dxa"/>
              <w:end w:w="60" w:type="dxa"/>
            </w:tcMar>
            <w:vAlign w:val="top"/>
            <w:shd w:fill="FAF9F6"/>
          </w:tcPr>
          <w:p>
            <w:pPr>
              <w:spacing w:after="0" w:line="240" w:lineRule="auto"/>
            </w:pPr>
            <w:r>
              <w:rPr>
                <w:rFonts w:ascii="Arial" w:hAnsi="Arial" w:eastAsia="Arial"/>
              </w:rPr>
            </w:r>
            <w:r>
              <w:rPr>
                <w:rFonts w:ascii="Arial" w:hAnsi="Arial" w:eastAsia="Arial"/>
                <w:b w:val="0"/>
                <w:i w:val="0"/>
                <w:sz w:val="15"/>
              </w:rPr>
              <w:t>Khách yêu cầu đi sâu, phản hồi nhanh, tham gia nhiều bên, trách nhiệm cao.</w:t>
            </w:r>
          </w:p>
        </w:tc>
        <w:tc>
          <w:tcPr>
            <w:tcW w:type="dxa" w:w="2324"/>
            <w:tcMar>
              <w:top w:w="65" w:type="dxa"/>
              <w:start w:w="60" w:type="dxa"/>
              <w:bottom w:w="65" w:type="dxa"/>
              <w:end w:w="60" w:type="dxa"/>
            </w:tcMar>
            <w:vAlign w:val="top"/>
            <w:shd w:fill="FAF9F6"/>
          </w:tcPr>
          <w:p>
            <w:pPr>
              <w:spacing w:after="0" w:line="240" w:lineRule="auto"/>
            </w:pPr>
            <w:r>
              <w:rPr>
                <w:rFonts w:ascii="Arial" w:hAnsi="Arial" w:eastAsia="Arial"/>
              </w:rPr>
            </w:r>
            <w:r>
              <w:rPr>
                <w:rFonts w:ascii="Arial" w:hAnsi="Arial" w:eastAsia="Arial"/>
                <w:b w:val="0"/>
                <w:i w:val="0"/>
                <w:sz w:val="15"/>
              </w:rPr>
              <w:t>Tăng biên lợi nhuận cho dự án phức tạp.</w:t>
            </w:r>
          </w:p>
        </w:tc>
        <w:tc>
          <w:tcPr>
            <w:tcW w:type="dxa" w:w="2098"/>
            <w:tcMar>
              <w:top w:w="65" w:type="dxa"/>
              <w:start w:w="60" w:type="dxa"/>
              <w:bottom w:w="65" w:type="dxa"/>
              <w:end w:w="60" w:type="dxa"/>
            </w:tcMar>
            <w:vAlign w:val="top"/>
            <w:shd w:fill="FAF9F6"/>
          </w:tcPr>
          <w:p>
            <w:pPr>
              <w:spacing w:after="0" w:line="240" w:lineRule="auto"/>
            </w:pPr>
            <w:r>
              <w:rPr>
                <w:rFonts w:ascii="Arial" w:hAnsi="Arial" w:eastAsia="Arial"/>
              </w:rPr>
            </w:r>
            <w:r>
              <w:rPr>
                <w:rFonts w:ascii="Arial" w:hAnsi="Arial" w:eastAsia="Arial"/>
                <w:b w:val="0"/>
                <w:i w:val="0"/>
                <w:sz w:val="15"/>
              </w:rPr>
              <w:t>Phải có hợp đồng rõ giới hạn trách nhiệm.</w:t>
            </w:r>
          </w:p>
        </w:tc>
      </w:tr>
    </w:tbl>
    <w:tbl>
      <w:tblPr>
        <w:tblW w:type="auto" w:w="0"/>
        <w:jc w:val="center"/>
        <w:tblLook w:firstColumn="1" w:firstRow="1" w:lastColumn="0" w:lastRow="0" w:noHBand="0" w:noVBand="1" w:val="04A0"/>
        <w:tblBorders>
          <w:top w:val="single" w:sz="5" w:space="0" w:color="E7D2A5"/>
          <w:left w:val="single" w:sz="5" w:space="0" w:color="E7D2A5"/>
          <w:bottom w:val="single" w:sz="5" w:space="0" w:color="E7D2A5"/>
          <w:right w:val="single" w:sz="5" w:space="0" w:color="E7D2A5"/>
          <w:insideH w:val="single" w:sz="5" w:space="0" w:color="E7D2A5"/>
          <w:insideV w:val="single" w:sz="5" w:space="0" w:color="E7D2A5"/>
        </w:tblBorders>
      </w:tblPr>
      <w:tblGrid>
        <w:gridCol w:w="10482"/>
      </w:tblGrid>
      <w:tr>
        <w:tc>
          <w:tcPr>
            <w:tcW w:type="dxa" w:w="10482"/>
            <w:shd w:fill="FAF9F6"/>
            <w:tcMar>
              <w:top w:w="110" w:type="dxa"/>
              <w:start w:w="140" w:type="dxa"/>
              <w:bottom w:w="110" w:type="dxa"/>
              <w:end w:w="140" w:type="dxa"/>
            </w:tcMar>
          </w:tcPr>
          <w:p>
            <w:pPr>
              <w:spacing w:after="60"/>
            </w:pPr>
            <w:r>
              <w:rPr>
                <w:rFonts w:ascii="Arial" w:hAnsi="Arial" w:eastAsia="Arial"/>
                <w:b/>
                <w:i w:val="0"/>
                <w:color w:val="2F3338"/>
                <w:sz w:val="19"/>
              </w:rPr>
              <w:t>Nguyên tắc thu tiền</w:t>
            </w:r>
          </w:p>
          <w:p>
            <w:pPr>
              <w:spacing w:after="0" w:line="254" w:lineRule="auto"/>
            </w:pPr>
            <w:r>
              <w:rPr>
                <w:rFonts w:ascii="Arial" w:hAnsi="Arial" w:eastAsia="Arial"/>
                <w:b w:val="0"/>
                <w:i w:val="0"/>
                <w:color w:val="222222"/>
                <w:sz w:val="18"/>
              </w:rPr>
              <w:t>Tư vấn của ARCOVA không nên “miễn phí vô hạn”. Có thể miễn phí phần chào hỏi/sàng lọc ban đầu, nhưng từ lúc phân tích hiện trạng, rà báo giá, đi họp, đi showroom, lập checklist hoặc đưa khuyến nghị bằng văn bản thì phải chuyển thành gói có phí.</w:t>
            </w:r>
          </w:p>
        </w:tc>
      </w:tr>
    </w:tbl>
    <w:p>
      <w:pPr>
        <w:pStyle w:val="Heading1"/>
        <w:spacing w:before="200" w:after="100"/>
        <w:pBdr>
          <w:bottom w:val="single" w:sz="12" w:space="4" w:color="C8A96A"/>
        </w:pBdr>
      </w:pPr>
      <w:r>
        <w:rPr>
          <w:rFonts w:ascii="Arial" w:hAnsi="Arial" w:eastAsia="Arial"/>
          <w:b/>
          <w:i w:val="0"/>
          <w:color w:val="2F3338"/>
          <w:sz w:val="31"/>
        </w:rPr>
        <w:t>27. QUY TRÌNH TƯ VẤN BÁN HÀNG TỪ TIN NHẮN ĐẦU TIÊN</w:t>
      </w:r>
    </w:p>
    <w:p>
      <w:pPr>
        <w:spacing w:before="0" w:after="80" w:line="254" w:lineRule="auto"/>
      </w:pPr>
      <w:r>
        <w:rPr>
          <w:rFonts w:ascii="Arial" w:hAnsi="Arial" w:eastAsia="Arial"/>
          <w:b w:val="0"/>
          <w:i w:val="0"/>
          <w:sz w:val="18"/>
        </w:rPr>
        <w:t>Hồ sơ năng lực nên giúp khách hình dung rằng chỉ cần liên hệ ARCOVA, họ sẽ được dẫn dắt có trật tự. Đây cũng là kịch bản để chatbot/nhân sự tư vấn sử dụng.</w:t>
      </w:r>
    </w:p>
    <w:tbl>
      <w:tblPr>
        <w:tblStyle w:val="TableGrid"/>
        <w:tblW w:type="auto" w:w="0"/>
        <w:jc w:val="center"/>
        <w:tblLook w:firstColumn="1" w:firstRow="1" w:lastColumn="0" w:lastRow="0" w:noHBand="0" w:noVBand="1" w:val="04A0"/>
        <w:tblBorders>
          <w:top w:val="single" w:sz="5" w:space="0" w:color="E7D2A5"/>
          <w:left w:val="single" w:sz="5" w:space="0" w:color="E7D2A5"/>
          <w:bottom w:val="single" w:sz="5" w:space="0" w:color="E7D2A5"/>
          <w:right w:val="single" w:sz="5" w:space="0" w:color="E7D2A5"/>
          <w:insideH w:val="single" w:sz="5" w:space="0" w:color="E7D2A5"/>
          <w:insideV w:val="single" w:sz="5" w:space="0" w:color="E7D2A5"/>
        </w:tblBorders>
      </w:tblPr>
      <w:tblGrid>
        <w:gridCol w:w="3494"/>
        <w:gridCol w:w="3494"/>
        <w:gridCol w:w="3494"/>
      </w:tblGrid>
      <w:tr>
        <w:trPr>
          <w:tblHeader w:val="true"/>
        </w:trPr>
        <w:tc>
          <w:tcPr>
            <w:tcW w:type="dxa" w:w="1304"/>
            <w:shd w:fill="C8A96A"/>
            <w:tcMar>
              <w:top w:w="75" w:type="dxa"/>
              <w:start w:w="65" w:type="dxa"/>
              <w:bottom w:w="75" w:type="dxa"/>
              <w:end w:w="65" w:type="dxa"/>
            </w:tcMar>
          </w:tcPr>
          <w:p>
            <w:pPr>
              <w:spacing w:after="0" w:line="240" w:lineRule="auto"/>
              <w:jc w:val="center"/>
            </w:pPr>
            <w:r>
              <w:rPr>
                <w:rFonts w:ascii="Arial" w:hAnsi="Arial" w:eastAsia="Arial"/>
              </w:rPr>
            </w:r>
            <w:r>
              <w:rPr>
                <w:rFonts w:ascii="Arial" w:hAnsi="Arial" w:eastAsia="Arial"/>
                <w:b/>
                <w:i w:val="0"/>
                <w:color w:val="FFFFFF"/>
                <w:sz w:val="16"/>
              </w:rPr>
              <w:t>Bước</w:t>
            </w:r>
          </w:p>
        </w:tc>
        <w:tc>
          <w:tcPr>
            <w:tcW w:type="dxa" w:w="2381"/>
            <w:shd w:fill="C8A96A"/>
            <w:tcMar>
              <w:top w:w="75" w:type="dxa"/>
              <w:start w:w="65" w:type="dxa"/>
              <w:bottom w:w="75" w:type="dxa"/>
              <w:end w:w="65" w:type="dxa"/>
            </w:tcMar>
          </w:tcPr>
          <w:p>
            <w:pPr>
              <w:spacing w:after="0" w:line="240" w:lineRule="auto"/>
              <w:jc w:val="center"/>
            </w:pPr>
            <w:r>
              <w:rPr>
                <w:rFonts w:ascii="Arial" w:hAnsi="Arial" w:eastAsia="Arial"/>
              </w:rPr>
            </w:r>
            <w:r>
              <w:rPr>
                <w:rFonts w:ascii="Arial" w:hAnsi="Arial" w:eastAsia="Arial"/>
                <w:b/>
                <w:i w:val="0"/>
                <w:color w:val="FFFFFF"/>
                <w:sz w:val="16"/>
              </w:rPr>
              <w:t>Mục tiêu</w:t>
            </w:r>
          </w:p>
        </w:tc>
        <w:tc>
          <w:tcPr>
            <w:tcW w:type="dxa" w:w="5102"/>
            <w:shd w:fill="C8A96A"/>
            <w:tcMar>
              <w:top w:w="75" w:type="dxa"/>
              <w:start w:w="65" w:type="dxa"/>
              <w:bottom w:w="75" w:type="dxa"/>
              <w:end w:w="65" w:type="dxa"/>
            </w:tcMar>
          </w:tcPr>
          <w:p>
            <w:pPr>
              <w:spacing w:after="0" w:line="240" w:lineRule="auto"/>
              <w:jc w:val="center"/>
            </w:pPr>
            <w:r>
              <w:rPr>
                <w:rFonts w:ascii="Arial" w:hAnsi="Arial" w:eastAsia="Arial"/>
              </w:rPr>
            </w:r>
            <w:r>
              <w:rPr>
                <w:rFonts w:ascii="Arial" w:hAnsi="Arial" w:eastAsia="Arial"/>
                <w:b/>
                <w:i w:val="0"/>
                <w:color w:val="FFFFFF"/>
                <w:sz w:val="16"/>
              </w:rPr>
              <w:t>Câu nói mẫu</w:t>
            </w:r>
          </w:p>
        </w:tc>
      </w:tr>
      <w:tr>
        <w:tc>
          <w:tcPr>
            <w:tcW w:type="dxa" w:w="1304"/>
            <w:tcMar>
              <w:top w:w="65" w:type="dxa"/>
              <w:start w:w="60" w:type="dxa"/>
              <w:bottom w:w="65" w:type="dxa"/>
              <w:end w:w="60" w:type="dxa"/>
            </w:tcMar>
            <w:vAlign w:val="top"/>
          </w:tcPr>
          <w:p>
            <w:pPr>
              <w:spacing w:after="0" w:line="240" w:lineRule="auto"/>
            </w:pPr>
            <w:r>
              <w:rPr>
                <w:rFonts w:ascii="Arial" w:hAnsi="Arial" w:eastAsia="Arial"/>
              </w:rPr>
            </w:r>
            <w:r>
              <w:rPr>
                <w:rFonts w:ascii="Arial" w:hAnsi="Arial" w:eastAsia="Arial"/>
                <w:b w:val="0"/>
                <w:i w:val="0"/>
                <w:sz w:val="16"/>
              </w:rPr>
              <w:t>Tin nhắn 1</w:t>
            </w:r>
          </w:p>
        </w:tc>
        <w:tc>
          <w:tcPr>
            <w:tcW w:type="dxa" w:w="2381"/>
            <w:tcMar>
              <w:top w:w="65" w:type="dxa"/>
              <w:start w:w="60" w:type="dxa"/>
              <w:bottom w:w="65" w:type="dxa"/>
              <w:end w:w="60" w:type="dxa"/>
            </w:tcMar>
            <w:vAlign w:val="top"/>
          </w:tcPr>
          <w:p>
            <w:pPr>
              <w:spacing w:after="0" w:line="240" w:lineRule="auto"/>
            </w:pPr>
            <w:r>
              <w:rPr>
                <w:rFonts w:ascii="Arial" w:hAnsi="Arial" w:eastAsia="Arial"/>
              </w:rPr>
            </w:r>
            <w:r>
              <w:rPr>
                <w:rFonts w:ascii="Arial" w:hAnsi="Arial" w:eastAsia="Arial"/>
                <w:b w:val="0"/>
                <w:i w:val="0"/>
                <w:sz w:val="16"/>
              </w:rPr>
              <w:t>Chào và xác định loại công trình</w:t>
            </w:r>
          </w:p>
        </w:tc>
        <w:tc>
          <w:tcPr>
            <w:tcW w:type="dxa" w:w="5102"/>
            <w:tcMar>
              <w:top w:w="65" w:type="dxa"/>
              <w:start w:w="60" w:type="dxa"/>
              <w:bottom w:w="65" w:type="dxa"/>
              <w:end w:w="60" w:type="dxa"/>
            </w:tcMar>
            <w:vAlign w:val="top"/>
          </w:tcPr>
          <w:p>
            <w:pPr>
              <w:spacing w:after="0" w:line="240" w:lineRule="auto"/>
            </w:pPr>
            <w:r>
              <w:rPr>
                <w:rFonts w:ascii="Arial" w:hAnsi="Arial" w:eastAsia="Arial"/>
              </w:rPr>
            </w:r>
            <w:r>
              <w:rPr>
                <w:rFonts w:ascii="Arial" w:hAnsi="Arial" w:eastAsia="Arial"/>
                <w:b w:val="0"/>
                <w:i w:val="0"/>
                <w:sz w:val="16"/>
              </w:rPr>
              <w:t>Anh/chị đang muốn làm căn hộ, nhà phố, biệt thự hay mặt bằng kinh doanh ạ?</w:t>
            </w:r>
          </w:p>
        </w:tc>
      </w:tr>
      <w:tr>
        <w:tc>
          <w:tcPr>
            <w:tcW w:type="dxa" w:w="1304"/>
            <w:tcMar>
              <w:top w:w="65" w:type="dxa"/>
              <w:start w:w="60" w:type="dxa"/>
              <w:bottom w:w="65" w:type="dxa"/>
              <w:end w:w="60" w:type="dxa"/>
            </w:tcMar>
            <w:vAlign w:val="top"/>
            <w:shd w:fill="FAF9F6"/>
          </w:tcPr>
          <w:p>
            <w:pPr>
              <w:spacing w:after="0" w:line="240" w:lineRule="auto"/>
            </w:pPr>
            <w:r>
              <w:rPr>
                <w:rFonts w:ascii="Arial" w:hAnsi="Arial" w:eastAsia="Arial"/>
              </w:rPr>
            </w:r>
            <w:r>
              <w:rPr>
                <w:rFonts w:ascii="Arial" w:hAnsi="Arial" w:eastAsia="Arial"/>
                <w:b w:val="0"/>
                <w:i w:val="0"/>
                <w:sz w:val="16"/>
              </w:rPr>
              <w:t>Tin nhắn 2</w:t>
            </w:r>
          </w:p>
        </w:tc>
        <w:tc>
          <w:tcPr>
            <w:tcW w:type="dxa" w:w="2381"/>
            <w:tcMar>
              <w:top w:w="65" w:type="dxa"/>
              <w:start w:w="60" w:type="dxa"/>
              <w:bottom w:w="65" w:type="dxa"/>
              <w:end w:w="60" w:type="dxa"/>
            </w:tcMar>
            <w:vAlign w:val="top"/>
            <w:shd w:fill="FAF9F6"/>
          </w:tcPr>
          <w:p>
            <w:pPr>
              <w:spacing w:after="0" w:line="240" w:lineRule="auto"/>
            </w:pPr>
            <w:r>
              <w:rPr>
                <w:rFonts w:ascii="Arial" w:hAnsi="Arial" w:eastAsia="Arial"/>
              </w:rPr>
            </w:r>
            <w:r>
              <w:rPr>
                <w:rFonts w:ascii="Arial" w:hAnsi="Arial" w:eastAsia="Arial"/>
                <w:b w:val="0"/>
                <w:i w:val="0"/>
                <w:sz w:val="16"/>
              </w:rPr>
              <w:t>Hỏi vấn đề lớn nhất</w:t>
            </w:r>
          </w:p>
        </w:tc>
        <w:tc>
          <w:tcPr>
            <w:tcW w:type="dxa" w:w="5102"/>
            <w:tcMar>
              <w:top w:w="65" w:type="dxa"/>
              <w:start w:w="60" w:type="dxa"/>
              <w:bottom w:w="65" w:type="dxa"/>
              <w:end w:w="60" w:type="dxa"/>
            </w:tcMar>
            <w:vAlign w:val="top"/>
            <w:shd w:fill="FAF9F6"/>
          </w:tcPr>
          <w:p>
            <w:pPr>
              <w:spacing w:after="0" w:line="240" w:lineRule="auto"/>
            </w:pPr>
            <w:r>
              <w:rPr>
                <w:rFonts w:ascii="Arial" w:hAnsi="Arial" w:eastAsia="Arial"/>
              </w:rPr>
            </w:r>
            <w:r>
              <w:rPr>
                <w:rFonts w:ascii="Arial" w:hAnsi="Arial" w:eastAsia="Arial"/>
                <w:b w:val="0"/>
                <w:i w:val="0"/>
                <w:sz w:val="16"/>
              </w:rPr>
              <w:t>Điều anh/chị đang lo nhất là công năng, chi phí, chọn nhà thầu, phong cách hay tiến độ?</w:t>
            </w:r>
          </w:p>
        </w:tc>
      </w:tr>
      <w:tr>
        <w:tc>
          <w:tcPr>
            <w:tcW w:type="dxa" w:w="1304"/>
            <w:tcMar>
              <w:top w:w="65" w:type="dxa"/>
              <w:start w:w="60" w:type="dxa"/>
              <w:bottom w:w="65" w:type="dxa"/>
              <w:end w:w="60" w:type="dxa"/>
            </w:tcMar>
            <w:vAlign w:val="top"/>
          </w:tcPr>
          <w:p>
            <w:pPr>
              <w:spacing w:after="0" w:line="240" w:lineRule="auto"/>
            </w:pPr>
            <w:r>
              <w:rPr>
                <w:rFonts w:ascii="Arial" w:hAnsi="Arial" w:eastAsia="Arial"/>
              </w:rPr>
            </w:r>
            <w:r>
              <w:rPr>
                <w:rFonts w:ascii="Arial" w:hAnsi="Arial" w:eastAsia="Arial"/>
                <w:b w:val="0"/>
                <w:i w:val="0"/>
                <w:sz w:val="16"/>
              </w:rPr>
              <w:t>Tin nhắn 3</w:t>
            </w:r>
          </w:p>
        </w:tc>
        <w:tc>
          <w:tcPr>
            <w:tcW w:type="dxa" w:w="2381"/>
            <w:tcMar>
              <w:top w:w="65" w:type="dxa"/>
              <w:start w:w="60" w:type="dxa"/>
              <w:bottom w:w="65" w:type="dxa"/>
              <w:end w:w="60" w:type="dxa"/>
            </w:tcMar>
            <w:vAlign w:val="top"/>
          </w:tcPr>
          <w:p>
            <w:pPr>
              <w:spacing w:after="0" w:line="240" w:lineRule="auto"/>
            </w:pPr>
            <w:r>
              <w:rPr>
                <w:rFonts w:ascii="Arial" w:hAnsi="Arial" w:eastAsia="Arial"/>
              </w:rPr>
            </w:r>
            <w:r>
              <w:rPr>
                <w:rFonts w:ascii="Arial" w:hAnsi="Arial" w:eastAsia="Arial"/>
                <w:b w:val="0"/>
                <w:i w:val="0"/>
                <w:sz w:val="16"/>
              </w:rPr>
              <w:t>Xin dữ liệu tối thiểu</w:t>
            </w:r>
          </w:p>
        </w:tc>
        <w:tc>
          <w:tcPr>
            <w:tcW w:type="dxa" w:w="5102"/>
            <w:tcMar>
              <w:top w:w="65" w:type="dxa"/>
              <w:start w:w="60" w:type="dxa"/>
              <w:bottom w:w="65" w:type="dxa"/>
              <w:end w:w="60" w:type="dxa"/>
            </w:tcMar>
            <w:vAlign w:val="top"/>
          </w:tcPr>
          <w:p>
            <w:pPr>
              <w:spacing w:after="0" w:line="240" w:lineRule="auto"/>
            </w:pPr>
            <w:r>
              <w:rPr>
                <w:rFonts w:ascii="Arial" w:hAnsi="Arial" w:eastAsia="Arial"/>
              </w:rPr>
            </w:r>
            <w:r>
              <w:rPr>
                <w:rFonts w:ascii="Arial" w:hAnsi="Arial" w:eastAsia="Arial"/>
                <w:b w:val="0"/>
                <w:i w:val="0"/>
                <w:sz w:val="16"/>
              </w:rPr>
              <w:t>Anh/chị gửi giúp em mặt bằng/ảnh/video hiện trạng và diện tích khoảng bao nhiêu m2 được không ạ?</w:t>
            </w:r>
          </w:p>
        </w:tc>
      </w:tr>
      <w:tr>
        <w:tc>
          <w:tcPr>
            <w:tcW w:type="dxa" w:w="1304"/>
            <w:tcMar>
              <w:top w:w="65" w:type="dxa"/>
              <w:start w:w="60" w:type="dxa"/>
              <w:bottom w:w="65" w:type="dxa"/>
              <w:end w:w="60" w:type="dxa"/>
            </w:tcMar>
            <w:vAlign w:val="top"/>
            <w:shd w:fill="FAF9F6"/>
          </w:tcPr>
          <w:p>
            <w:pPr>
              <w:spacing w:after="0" w:line="240" w:lineRule="auto"/>
            </w:pPr>
            <w:r>
              <w:rPr>
                <w:rFonts w:ascii="Arial" w:hAnsi="Arial" w:eastAsia="Arial"/>
              </w:rPr>
            </w:r>
            <w:r>
              <w:rPr>
                <w:rFonts w:ascii="Arial" w:hAnsi="Arial" w:eastAsia="Arial"/>
                <w:b w:val="0"/>
                <w:i w:val="0"/>
                <w:sz w:val="16"/>
              </w:rPr>
              <w:t>Tin nhắn 4</w:t>
            </w:r>
          </w:p>
        </w:tc>
        <w:tc>
          <w:tcPr>
            <w:tcW w:type="dxa" w:w="2381"/>
            <w:tcMar>
              <w:top w:w="65" w:type="dxa"/>
              <w:start w:w="60" w:type="dxa"/>
              <w:bottom w:w="65" w:type="dxa"/>
              <w:end w:w="60" w:type="dxa"/>
            </w:tcMar>
            <w:vAlign w:val="top"/>
            <w:shd w:fill="FAF9F6"/>
          </w:tcPr>
          <w:p>
            <w:pPr>
              <w:spacing w:after="0" w:line="240" w:lineRule="auto"/>
            </w:pPr>
            <w:r>
              <w:rPr>
                <w:rFonts w:ascii="Arial" w:hAnsi="Arial" w:eastAsia="Arial"/>
              </w:rPr>
            </w:r>
            <w:r>
              <w:rPr>
                <w:rFonts w:ascii="Arial" w:hAnsi="Arial" w:eastAsia="Arial"/>
                <w:b w:val="0"/>
                <w:i w:val="0"/>
                <w:sz w:val="16"/>
              </w:rPr>
              <w:t>Giáo dục ngắn</w:t>
            </w:r>
          </w:p>
        </w:tc>
        <w:tc>
          <w:tcPr>
            <w:tcW w:type="dxa" w:w="5102"/>
            <w:tcMar>
              <w:top w:w="65" w:type="dxa"/>
              <w:start w:w="60" w:type="dxa"/>
              <w:bottom w:w="65" w:type="dxa"/>
              <w:end w:w="60" w:type="dxa"/>
            </w:tcMar>
            <w:vAlign w:val="top"/>
            <w:shd w:fill="FAF9F6"/>
          </w:tcPr>
          <w:p>
            <w:pPr>
              <w:spacing w:after="0" w:line="240" w:lineRule="auto"/>
            </w:pPr>
            <w:r>
              <w:rPr>
                <w:rFonts w:ascii="Arial" w:hAnsi="Arial" w:eastAsia="Arial"/>
              </w:rPr>
            </w:r>
            <w:r>
              <w:rPr>
                <w:rFonts w:ascii="Arial" w:hAnsi="Arial" w:eastAsia="Arial"/>
                <w:b w:val="0"/>
                <w:i w:val="0"/>
                <w:sz w:val="16"/>
              </w:rPr>
              <w:t>Trường hợp này chưa nên hỏi giá thi công ngay; mình cần làm rõ phạm vi trước để tránh báo thiếu và phát sinh.</w:t>
            </w:r>
          </w:p>
        </w:tc>
      </w:tr>
      <w:tr>
        <w:tc>
          <w:tcPr>
            <w:tcW w:type="dxa" w:w="1304"/>
            <w:tcMar>
              <w:top w:w="65" w:type="dxa"/>
              <w:start w:w="60" w:type="dxa"/>
              <w:bottom w:w="65" w:type="dxa"/>
              <w:end w:w="60" w:type="dxa"/>
            </w:tcMar>
            <w:vAlign w:val="top"/>
          </w:tcPr>
          <w:p>
            <w:pPr>
              <w:spacing w:after="0" w:line="240" w:lineRule="auto"/>
            </w:pPr>
            <w:r>
              <w:rPr>
                <w:rFonts w:ascii="Arial" w:hAnsi="Arial" w:eastAsia="Arial"/>
              </w:rPr>
            </w:r>
            <w:r>
              <w:rPr>
                <w:rFonts w:ascii="Arial" w:hAnsi="Arial" w:eastAsia="Arial"/>
                <w:b w:val="0"/>
                <w:i w:val="0"/>
                <w:sz w:val="16"/>
              </w:rPr>
              <w:t>Tin nhắn 5</w:t>
            </w:r>
          </w:p>
        </w:tc>
        <w:tc>
          <w:tcPr>
            <w:tcW w:type="dxa" w:w="2381"/>
            <w:tcMar>
              <w:top w:w="65" w:type="dxa"/>
              <w:start w:w="60" w:type="dxa"/>
              <w:bottom w:w="65" w:type="dxa"/>
              <w:end w:w="60" w:type="dxa"/>
            </w:tcMar>
            <w:vAlign w:val="top"/>
          </w:tcPr>
          <w:p>
            <w:pPr>
              <w:spacing w:after="0" w:line="240" w:lineRule="auto"/>
            </w:pPr>
            <w:r>
              <w:rPr>
                <w:rFonts w:ascii="Arial" w:hAnsi="Arial" w:eastAsia="Arial"/>
              </w:rPr>
            </w:r>
            <w:r>
              <w:rPr>
                <w:rFonts w:ascii="Arial" w:hAnsi="Arial" w:eastAsia="Arial"/>
                <w:b w:val="0"/>
                <w:i w:val="0"/>
                <w:sz w:val="16"/>
              </w:rPr>
              <w:t>Đề xuất gói nhỏ</w:t>
            </w:r>
          </w:p>
        </w:tc>
        <w:tc>
          <w:tcPr>
            <w:tcW w:type="dxa" w:w="5102"/>
            <w:tcMar>
              <w:top w:w="65" w:type="dxa"/>
              <w:start w:w="60" w:type="dxa"/>
              <w:bottom w:w="65" w:type="dxa"/>
              <w:end w:w="60" w:type="dxa"/>
            </w:tcMar>
            <w:vAlign w:val="top"/>
          </w:tcPr>
          <w:p>
            <w:pPr>
              <w:spacing w:after="0" w:line="240" w:lineRule="auto"/>
            </w:pPr>
            <w:r>
              <w:rPr>
                <w:rFonts w:ascii="Arial" w:hAnsi="Arial" w:eastAsia="Arial"/>
              </w:rPr>
            </w:r>
            <w:r>
              <w:rPr>
                <w:rFonts w:ascii="Arial" w:hAnsi="Arial" w:eastAsia="Arial"/>
                <w:b w:val="0"/>
                <w:i w:val="0"/>
                <w:sz w:val="16"/>
              </w:rPr>
              <w:t>Bước hợp lý là gói khảo sát + lập brief hoặc rà layout/báo giá trước, để mình có cơ sở làm việc với các bên.</w:t>
            </w:r>
          </w:p>
        </w:tc>
      </w:tr>
      <w:tr>
        <w:tc>
          <w:tcPr>
            <w:tcW w:type="dxa" w:w="1304"/>
            <w:tcMar>
              <w:top w:w="65" w:type="dxa"/>
              <w:start w:w="60" w:type="dxa"/>
              <w:bottom w:w="65" w:type="dxa"/>
              <w:end w:w="60" w:type="dxa"/>
            </w:tcMar>
            <w:vAlign w:val="top"/>
            <w:shd w:fill="FAF9F6"/>
          </w:tcPr>
          <w:p>
            <w:pPr>
              <w:spacing w:after="0" w:line="240" w:lineRule="auto"/>
            </w:pPr>
            <w:r>
              <w:rPr>
                <w:rFonts w:ascii="Arial" w:hAnsi="Arial" w:eastAsia="Arial"/>
              </w:rPr>
            </w:r>
            <w:r>
              <w:rPr>
                <w:rFonts w:ascii="Arial" w:hAnsi="Arial" w:eastAsia="Arial"/>
                <w:b w:val="0"/>
                <w:i w:val="0"/>
                <w:sz w:val="16"/>
              </w:rPr>
              <w:t>Tin nhắn 6</w:t>
            </w:r>
          </w:p>
        </w:tc>
        <w:tc>
          <w:tcPr>
            <w:tcW w:type="dxa" w:w="2381"/>
            <w:tcMar>
              <w:top w:w="65" w:type="dxa"/>
              <w:start w:w="60" w:type="dxa"/>
              <w:bottom w:w="65" w:type="dxa"/>
              <w:end w:w="60" w:type="dxa"/>
            </w:tcMar>
            <w:vAlign w:val="top"/>
            <w:shd w:fill="FAF9F6"/>
          </w:tcPr>
          <w:p>
            <w:pPr>
              <w:spacing w:after="0" w:line="240" w:lineRule="auto"/>
            </w:pPr>
            <w:r>
              <w:rPr>
                <w:rFonts w:ascii="Arial" w:hAnsi="Arial" w:eastAsia="Arial"/>
              </w:rPr>
            </w:r>
            <w:r>
              <w:rPr>
                <w:rFonts w:ascii="Arial" w:hAnsi="Arial" w:eastAsia="Arial"/>
                <w:b w:val="0"/>
                <w:i w:val="0"/>
                <w:sz w:val="16"/>
              </w:rPr>
              <w:t>Chốt lịch</w:t>
            </w:r>
          </w:p>
        </w:tc>
        <w:tc>
          <w:tcPr>
            <w:tcW w:type="dxa" w:w="5102"/>
            <w:tcMar>
              <w:top w:w="65" w:type="dxa"/>
              <w:start w:w="60" w:type="dxa"/>
              <w:bottom w:w="65" w:type="dxa"/>
              <w:end w:w="60" w:type="dxa"/>
            </w:tcMar>
            <w:vAlign w:val="top"/>
            <w:shd w:fill="FAF9F6"/>
          </w:tcPr>
          <w:p>
            <w:pPr>
              <w:spacing w:after="0" w:line="240" w:lineRule="auto"/>
            </w:pPr>
            <w:r>
              <w:rPr>
                <w:rFonts w:ascii="Arial" w:hAnsi="Arial" w:eastAsia="Arial"/>
              </w:rPr>
            </w:r>
            <w:r>
              <w:rPr>
                <w:rFonts w:ascii="Arial" w:hAnsi="Arial" w:eastAsia="Arial"/>
                <w:b w:val="0"/>
                <w:i w:val="0"/>
                <w:sz w:val="16"/>
              </w:rPr>
              <w:t>Nếu tiện, ARCOVA có thể hẹn anh/chị một buổi 60-90 phút để đọc hiện trạng và vạch lộ trình làm nhà.</w:t>
            </w:r>
          </w:p>
        </w:tc>
      </w:tr>
    </w:tbl>
    <w:p>
      <w:pPr>
        <w:pStyle w:val="Heading2"/>
        <w:spacing w:before="140" w:after="100"/>
      </w:pPr>
      <w:r>
        <w:rPr>
          <w:rFonts w:ascii="Arial" w:hAnsi="Arial" w:eastAsia="Arial"/>
          <w:b/>
          <w:i w:val="0"/>
          <w:color w:val="2F3338"/>
          <w:sz w:val="24"/>
        </w:rPr>
        <w:t>Các câu hỏi sàng lọc bắt buộc</w:t>
      </w:r>
    </w:p>
    <w:p>
      <w:pPr>
        <w:pStyle w:val="ListBullet"/>
        <w:spacing w:after="52" w:line="250" w:lineRule="auto"/>
      </w:pPr>
      <w:r>
        <w:rPr>
          <w:rFonts w:ascii="Arial" w:hAnsi="Arial" w:eastAsia="Arial"/>
          <w:b w:val="0"/>
          <w:i w:val="0"/>
          <w:sz w:val="18"/>
        </w:rPr>
        <w:t>Công trình ở khu vực nào, diện tích khoảng bao nhiêu m2?</w:t>
      </w:r>
    </w:p>
    <w:p>
      <w:pPr>
        <w:pStyle w:val="ListBullet"/>
        <w:spacing w:after="52" w:line="250" w:lineRule="auto"/>
      </w:pPr>
      <w:r>
        <w:rPr>
          <w:rFonts w:ascii="Arial" w:hAnsi="Arial" w:eastAsia="Arial"/>
          <w:b w:val="0"/>
          <w:i w:val="0"/>
          <w:sz w:val="18"/>
        </w:rPr>
        <w:t>Hiện trạng là nhà mới, nhà cũ, căn hộ bàn giao, mặt bằng thuê hay đang thi công dở?</w:t>
      </w:r>
    </w:p>
    <w:p>
      <w:pPr>
        <w:pStyle w:val="ListBullet"/>
        <w:spacing w:after="52" w:line="250" w:lineRule="auto"/>
      </w:pPr>
      <w:r>
        <w:rPr>
          <w:rFonts w:ascii="Arial" w:hAnsi="Arial" w:eastAsia="Arial"/>
          <w:b w:val="0"/>
          <w:i w:val="0"/>
          <w:sz w:val="18"/>
        </w:rPr>
        <w:t>Khách muốn làm mới toàn bộ hay chỉ cần tư vấn một phần?</w:t>
      </w:r>
    </w:p>
    <w:p>
      <w:pPr>
        <w:pStyle w:val="ListBullet"/>
        <w:spacing w:after="52" w:line="250" w:lineRule="auto"/>
      </w:pPr>
      <w:r>
        <w:rPr>
          <w:rFonts w:ascii="Arial" w:hAnsi="Arial" w:eastAsia="Arial"/>
          <w:b w:val="0"/>
          <w:i w:val="0"/>
          <w:sz w:val="18"/>
        </w:rPr>
        <w:t>Khách đã có bản vẽ, báo giá, nhà thầu, vật liệu hay chưa?</w:t>
      </w:r>
    </w:p>
    <w:p>
      <w:pPr>
        <w:pStyle w:val="ListBullet"/>
        <w:spacing w:after="52" w:line="250" w:lineRule="auto"/>
      </w:pPr>
      <w:r>
        <w:rPr>
          <w:rFonts w:ascii="Arial" w:hAnsi="Arial" w:eastAsia="Arial"/>
          <w:b w:val="0"/>
          <w:i w:val="0"/>
          <w:sz w:val="18"/>
        </w:rPr>
        <w:t>Vấn đề lớn nhất hiện tại là gì: đẹp, công năng, chi phí, tiến độ, nhà thầu, phong thủy, pháp lý, kỹ thuật?</w:t>
      </w:r>
    </w:p>
    <w:p>
      <w:pPr>
        <w:pStyle w:val="ListBullet"/>
        <w:spacing w:after="52" w:line="250" w:lineRule="auto"/>
      </w:pPr>
      <w:r>
        <w:rPr>
          <w:rFonts w:ascii="Arial" w:hAnsi="Arial" w:eastAsia="Arial"/>
          <w:b w:val="0"/>
          <w:i w:val="0"/>
          <w:sz w:val="18"/>
        </w:rPr>
        <w:t>Khách dự kiến bắt đầu khi nào và cần hoàn thành khi nào?</w:t>
      </w:r>
    </w:p>
    <w:p>
      <w:pPr>
        <w:pStyle w:val="ListBullet"/>
        <w:spacing w:after="52" w:line="250" w:lineRule="auto"/>
      </w:pPr>
      <w:r>
        <w:rPr>
          <w:rFonts w:ascii="Arial" w:hAnsi="Arial" w:eastAsia="Arial"/>
          <w:b w:val="0"/>
          <w:i w:val="0"/>
          <w:sz w:val="18"/>
        </w:rPr>
        <w:t>Ngân sách mong muốn thuộc mức tiết kiệm, trung bình khá, cao cấp hay chưa xác định?</w:t>
      </w:r>
    </w:p>
    <w:p>
      <w:pPr>
        <w:pStyle w:val="Heading1"/>
        <w:spacing w:before="200" w:after="100"/>
        <w:pBdr>
          <w:bottom w:val="single" w:sz="12" w:space="4" w:color="C8A96A"/>
        </w:pBdr>
      </w:pPr>
      <w:r>
        <w:rPr>
          <w:rFonts w:ascii="Arial" w:hAnsi="Arial" w:eastAsia="Arial"/>
          <w:b/>
          <w:i w:val="0"/>
          <w:color w:val="2F3338"/>
          <w:sz w:val="31"/>
        </w:rPr>
        <w:t>28. NĂNG LỰC RÀ SOÁT THIẾT KẾ: ĐÚNG TRƯỚC, ĐẸP SAU, SANG SAU CÙNG</w:t>
      </w:r>
    </w:p>
    <w:p>
      <w:pPr>
        <w:spacing w:before="0" w:after="80" w:line="254" w:lineRule="auto"/>
      </w:pPr>
      <w:r>
        <w:rPr>
          <w:rFonts w:ascii="Arial" w:hAnsi="Arial" w:eastAsia="Arial"/>
          <w:b w:val="0"/>
          <w:i w:val="0"/>
          <w:sz w:val="18"/>
        </w:rPr>
        <w:t>Khách hàng thường bị cuốn vào hình ảnh. ARCOVA cần dạy khách nhìn thiết kế theo thứ tự đúng: nếu layout sai, công năng sai, kỹ thuật sai thì phối cảnh đẹp chỉ làm tăng rủi ro.</w:t>
      </w:r>
    </w:p>
    <w:tbl>
      <w:tblPr>
        <w:tblStyle w:val="TableGrid"/>
        <w:tblW w:type="auto" w:w="0"/>
        <w:jc w:val="center"/>
        <w:tblLook w:firstColumn="1" w:firstRow="1" w:lastColumn="0" w:lastRow="0" w:noHBand="0" w:noVBand="1" w:val="04A0"/>
        <w:tblBorders>
          <w:top w:val="single" w:sz="5" w:space="0" w:color="E7D2A5"/>
          <w:left w:val="single" w:sz="5" w:space="0" w:color="E7D2A5"/>
          <w:bottom w:val="single" w:sz="5" w:space="0" w:color="E7D2A5"/>
          <w:right w:val="single" w:sz="5" w:space="0" w:color="E7D2A5"/>
          <w:insideH w:val="single" w:sz="5" w:space="0" w:color="E7D2A5"/>
          <w:insideV w:val="single" w:sz="5" w:space="0" w:color="E7D2A5"/>
        </w:tblBorders>
      </w:tblPr>
      <w:tblGrid>
        <w:gridCol w:w="3494"/>
        <w:gridCol w:w="3494"/>
        <w:gridCol w:w="3494"/>
      </w:tblGrid>
      <w:tr>
        <w:trPr>
          <w:tblHeader w:val="true"/>
        </w:trPr>
        <w:tc>
          <w:tcPr>
            <w:tcW w:type="dxa" w:w="1814"/>
            <w:shd w:fill="C8A96A"/>
            <w:tcMar>
              <w:top w:w="75" w:type="dxa"/>
              <w:start w:w="65" w:type="dxa"/>
              <w:bottom w:w="75" w:type="dxa"/>
              <w:end w:w="65" w:type="dxa"/>
            </w:tcMar>
          </w:tcPr>
          <w:p>
            <w:pPr>
              <w:spacing w:after="0" w:line="240" w:lineRule="auto"/>
              <w:jc w:val="center"/>
            </w:pPr>
            <w:r>
              <w:rPr>
                <w:rFonts w:ascii="Arial" w:hAnsi="Arial" w:eastAsia="Arial"/>
              </w:rPr>
            </w:r>
            <w:r>
              <w:rPr>
                <w:rFonts w:ascii="Arial" w:hAnsi="Arial" w:eastAsia="Arial"/>
                <w:b/>
                <w:i w:val="0"/>
                <w:color w:val="FFFFFF"/>
                <w:sz w:val="15"/>
              </w:rPr>
              <w:t>Lớp rà soát</w:t>
            </w:r>
          </w:p>
        </w:tc>
        <w:tc>
          <w:tcPr>
            <w:tcW w:type="dxa" w:w="4082"/>
            <w:shd w:fill="C8A96A"/>
            <w:tcMar>
              <w:top w:w="75" w:type="dxa"/>
              <w:start w:w="65" w:type="dxa"/>
              <w:bottom w:w="75" w:type="dxa"/>
              <w:end w:w="65" w:type="dxa"/>
            </w:tcMar>
          </w:tcPr>
          <w:p>
            <w:pPr>
              <w:spacing w:after="0" w:line="240" w:lineRule="auto"/>
              <w:jc w:val="center"/>
            </w:pPr>
            <w:r>
              <w:rPr>
                <w:rFonts w:ascii="Arial" w:hAnsi="Arial" w:eastAsia="Arial"/>
              </w:rPr>
            </w:r>
            <w:r>
              <w:rPr>
                <w:rFonts w:ascii="Arial" w:hAnsi="Arial" w:eastAsia="Arial"/>
                <w:b/>
                <w:i w:val="0"/>
                <w:color w:val="FFFFFF"/>
                <w:sz w:val="15"/>
              </w:rPr>
              <w:t>Câu hỏi kiểm tra</w:t>
            </w:r>
          </w:p>
        </w:tc>
        <w:tc>
          <w:tcPr>
            <w:tcW w:type="dxa" w:w="2891"/>
            <w:shd w:fill="C8A96A"/>
            <w:tcMar>
              <w:top w:w="75" w:type="dxa"/>
              <w:start w:w="65" w:type="dxa"/>
              <w:bottom w:w="75" w:type="dxa"/>
              <w:end w:w="65" w:type="dxa"/>
            </w:tcMar>
          </w:tcPr>
          <w:p>
            <w:pPr>
              <w:spacing w:after="0" w:line="240" w:lineRule="auto"/>
              <w:jc w:val="center"/>
            </w:pPr>
            <w:r>
              <w:rPr>
                <w:rFonts w:ascii="Arial" w:hAnsi="Arial" w:eastAsia="Arial"/>
              </w:rPr>
            </w:r>
            <w:r>
              <w:rPr>
                <w:rFonts w:ascii="Arial" w:hAnsi="Arial" w:eastAsia="Arial"/>
                <w:b/>
                <w:i w:val="0"/>
                <w:color w:val="FFFFFF"/>
                <w:sz w:val="15"/>
              </w:rPr>
              <w:t>Vì sao quan trọng</w:t>
            </w:r>
          </w:p>
        </w:tc>
      </w:tr>
      <w:tr>
        <w:tc>
          <w:tcPr>
            <w:tcW w:type="dxa" w:w="1814"/>
            <w:tcMar>
              <w:top w:w="65" w:type="dxa"/>
              <w:start w:w="60" w:type="dxa"/>
              <w:bottom w:w="65" w:type="dxa"/>
              <w:end w:w="60" w:type="dxa"/>
            </w:tcMar>
            <w:vAlign w:val="top"/>
          </w:tcPr>
          <w:p>
            <w:pPr>
              <w:spacing w:after="0" w:line="240" w:lineRule="auto"/>
            </w:pPr>
            <w:r>
              <w:rPr>
                <w:rFonts w:ascii="Arial" w:hAnsi="Arial" w:eastAsia="Arial"/>
              </w:rPr>
            </w:r>
            <w:r>
              <w:rPr>
                <w:rFonts w:ascii="Arial" w:hAnsi="Arial" w:eastAsia="Arial"/>
                <w:b w:val="0"/>
                <w:i w:val="0"/>
                <w:sz w:val="15"/>
              </w:rPr>
              <w:t>01. Layout</w:t>
            </w:r>
          </w:p>
        </w:tc>
        <w:tc>
          <w:tcPr>
            <w:tcW w:type="dxa" w:w="4082"/>
            <w:tcMar>
              <w:top w:w="65" w:type="dxa"/>
              <w:start w:w="60" w:type="dxa"/>
              <w:bottom w:w="65" w:type="dxa"/>
              <w:end w:w="60" w:type="dxa"/>
            </w:tcMar>
            <w:vAlign w:val="top"/>
          </w:tcPr>
          <w:p>
            <w:pPr>
              <w:spacing w:after="0" w:line="240" w:lineRule="auto"/>
            </w:pPr>
            <w:r>
              <w:rPr>
                <w:rFonts w:ascii="Arial" w:hAnsi="Arial" w:eastAsia="Arial"/>
              </w:rPr>
            </w:r>
            <w:r>
              <w:rPr>
                <w:rFonts w:ascii="Arial" w:hAnsi="Arial" w:eastAsia="Arial"/>
                <w:b w:val="0"/>
                <w:i w:val="0"/>
                <w:sz w:val="15"/>
              </w:rPr>
              <w:t>Cửa, phòng, bếp, WC, cầu thang, ban công, kho, giao thông có hợp lý không?</w:t>
            </w:r>
          </w:p>
        </w:tc>
        <w:tc>
          <w:tcPr>
            <w:tcW w:type="dxa" w:w="2891"/>
            <w:tcMar>
              <w:top w:w="65" w:type="dxa"/>
              <w:start w:w="60" w:type="dxa"/>
              <w:bottom w:w="65" w:type="dxa"/>
              <w:end w:w="60" w:type="dxa"/>
            </w:tcMar>
            <w:vAlign w:val="top"/>
          </w:tcPr>
          <w:p>
            <w:pPr>
              <w:spacing w:after="0" w:line="240" w:lineRule="auto"/>
            </w:pPr>
            <w:r>
              <w:rPr>
                <w:rFonts w:ascii="Arial" w:hAnsi="Arial" w:eastAsia="Arial"/>
              </w:rPr>
            </w:r>
            <w:r>
              <w:rPr>
                <w:rFonts w:ascii="Arial" w:hAnsi="Arial" w:eastAsia="Arial"/>
                <w:b w:val="0"/>
                <w:i w:val="0"/>
                <w:sz w:val="15"/>
              </w:rPr>
              <w:t>Sai layout là lỗi đắt nhất, vì kéo theo MEP và thi công.</w:t>
            </w:r>
          </w:p>
        </w:tc>
      </w:tr>
      <w:tr>
        <w:tc>
          <w:tcPr>
            <w:tcW w:type="dxa" w:w="1814"/>
            <w:tcMar>
              <w:top w:w="65" w:type="dxa"/>
              <w:start w:w="60" w:type="dxa"/>
              <w:bottom w:w="65" w:type="dxa"/>
              <w:end w:w="60" w:type="dxa"/>
            </w:tcMar>
            <w:vAlign w:val="top"/>
            <w:shd w:fill="FAF9F6"/>
          </w:tcPr>
          <w:p>
            <w:pPr>
              <w:spacing w:after="0" w:line="240" w:lineRule="auto"/>
            </w:pPr>
            <w:r>
              <w:rPr>
                <w:rFonts w:ascii="Arial" w:hAnsi="Arial" w:eastAsia="Arial"/>
              </w:rPr>
            </w:r>
            <w:r>
              <w:rPr>
                <w:rFonts w:ascii="Arial" w:hAnsi="Arial" w:eastAsia="Arial"/>
                <w:b w:val="0"/>
                <w:i w:val="0"/>
                <w:sz w:val="15"/>
              </w:rPr>
              <w:t>02. Public/private/service</w:t>
            </w:r>
          </w:p>
        </w:tc>
        <w:tc>
          <w:tcPr>
            <w:tcW w:type="dxa" w:w="4082"/>
            <w:tcMar>
              <w:top w:w="65" w:type="dxa"/>
              <w:start w:w="60" w:type="dxa"/>
              <w:bottom w:w="65" w:type="dxa"/>
              <w:end w:w="60" w:type="dxa"/>
            </w:tcMar>
            <w:vAlign w:val="top"/>
            <w:shd w:fill="FAF9F6"/>
          </w:tcPr>
          <w:p>
            <w:pPr>
              <w:spacing w:after="0" w:line="240" w:lineRule="auto"/>
            </w:pPr>
            <w:r>
              <w:rPr>
                <w:rFonts w:ascii="Arial" w:hAnsi="Arial" w:eastAsia="Arial"/>
              </w:rPr>
            </w:r>
            <w:r>
              <w:rPr>
                <w:rFonts w:ascii="Arial" w:hAnsi="Arial" w:eastAsia="Arial"/>
                <w:b w:val="0"/>
                <w:i w:val="0"/>
                <w:sz w:val="15"/>
              </w:rPr>
              <w:t>Khách, gia đình, khu phụ trợ có bị lẫn tuyến không?</w:t>
            </w:r>
          </w:p>
        </w:tc>
        <w:tc>
          <w:tcPr>
            <w:tcW w:type="dxa" w:w="2891"/>
            <w:tcMar>
              <w:top w:w="65" w:type="dxa"/>
              <w:start w:w="60" w:type="dxa"/>
              <w:bottom w:w="65" w:type="dxa"/>
              <w:end w:w="60" w:type="dxa"/>
            </w:tcMar>
            <w:vAlign w:val="top"/>
            <w:shd w:fill="FAF9F6"/>
          </w:tcPr>
          <w:p>
            <w:pPr>
              <w:spacing w:after="0" w:line="240" w:lineRule="auto"/>
            </w:pPr>
            <w:r>
              <w:rPr>
                <w:rFonts w:ascii="Arial" w:hAnsi="Arial" w:eastAsia="Arial"/>
              </w:rPr>
            </w:r>
            <w:r>
              <w:rPr>
                <w:rFonts w:ascii="Arial" w:hAnsi="Arial" w:eastAsia="Arial"/>
                <w:b w:val="0"/>
                <w:i w:val="0"/>
                <w:sz w:val="15"/>
              </w:rPr>
              <w:t>Nhà mất sang nếu khách nhìn thấy bếp bẩn, giặt phơi, WC hoặc phòng ngủ.</w:t>
            </w:r>
          </w:p>
        </w:tc>
      </w:tr>
      <w:tr>
        <w:tc>
          <w:tcPr>
            <w:tcW w:type="dxa" w:w="1814"/>
            <w:tcMar>
              <w:top w:w="65" w:type="dxa"/>
              <w:start w:w="60" w:type="dxa"/>
              <w:bottom w:w="65" w:type="dxa"/>
              <w:end w:w="60" w:type="dxa"/>
            </w:tcMar>
            <w:vAlign w:val="top"/>
          </w:tcPr>
          <w:p>
            <w:pPr>
              <w:spacing w:after="0" w:line="240" w:lineRule="auto"/>
            </w:pPr>
            <w:r>
              <w:rPr>
                <w:rFonts w:ascii="Arial" w:hAnsi="Arial" w:eastAsia="Arial"/>
              </w:rPr>
            </w:r>
            <w:r>
              <w:rPr>
                <w:rFonts w:ascii="Arial" w:hAnsi="Arial" w:eastAsia="Arial"/>
                <w:b w:val="0"/>
                <w:i w:val="0"/>
                <w:sz w:val="15"/>
              </w:rPr>
              <w:t>03. Tỷ lệ</w:t>
            </w:r>
          </w:p>
        </w:tc>
        <w:tc>
          <w:tcPr>
            <w:tcW w:type="dxa" w:w="4082"/>
            <w:tcMar>
              <w:top w:w="65" w:type="dxa"/>
              <w:start w:w="60" w:type="dxa"/>
              <w:bottom w:w="65" w:type="dxa"/>
              <w:end w:w="60" w:type="dxa"/>
            </w:tcMar>
            <w:vAlign w:val="top"/>
          </w:tcPr>
          <w:p>
            <w:pPr>
              <w:spacing w:after="0" w:line="240" w:lineRule="auto"/>
            </w:pPr>
            <w:r>
              <w:rPr>
                <w:rFonts w:ascii="Arial" w:hAnsi="Arial" w:eastAsia="Arial"/>
              </w:rPr>
            </w:r>
            <w:r>
              <w:rPr>
                <w:rFonts w:ascii="Arial" w:hAnsi="Arial" w:eastAsia="Arial"/>
                <w:b w:val="0"/>
                <w:i w:val="0"/>
                <w:sz w:val="15"/>
              </w:rPr>
              <w:t>Sofa, bàn, tủ, giường, cửa, trần, đèn có đúng kích thước không?</w:t>
            </w:r>
          </w:p>
        </w:tc>
        <w:tc>
          <w:tcPr>
            <w:tcW w:type="dxa" w:w="2891"/>
            <w:tcMar>
              <w:top w:w="65" w:type="dxa"/>
              <w:start w:w="60" w:type="dxa"/>
              <w:bottom w:w="65" w:type="dxa"/>
              <w:end w:w="60" w:type="dxa"/>
            </w:tcMar>
            <w:vAlign w:val="top"/>
          </w:tcPr>
          <w:p>
            <w:pPr>
              <w:spacing w:after="0" w:line="240" w:lineRule="auto"/>
            </w:pPr>
            <w:r>
              <w:rPr>
                <w:rFonts w:ascii="Arial" w:hAnsi="Arial" w:eastAsia="Arial"/>
              </w:rPr>
            </w:r>
            <w:r>
              <w:rPr>
                <w:rFonts w:ascii="Arial" w:hAnsi="Arial" w:eastAsia="Arial"/>
                <w:b w:val="0"/>
                <w:i w:val="0"/>
                <w:sz w:val="15"/>
              </w:rPr>
              <w:t>Đồ đắt mà sai tỷ lệ vẫn làm nhà xấu.</w:t>
            </w:r>
          </w:p>
        </w:tc>
      </w:tr>
      <w:tr>
        <w:tc>
          <w:tcPr>
            <w:tcW w:type="dxa" w:w="1814"/>
            <w:tcMar>
              <w:top w:w="65" w:type="dxa"/>
              <w:start w:w="60" w:type="dxa"/>
              <w:bottom w:w="65" w:type="dxa"/>
              <w:end w:w="60" w:type="dxa"/>
            </w:tcMar>
            <w:vAlign w:val="top"/>
            <w:shd w:fill="FAF9F6"/>
          </w:tcPr>
          <w:p>
            <w:pPr>
              <w:spacing w:after="0" w:line="240" w:lineRule="auto"/>
            </w:pPr>
            <w:r>
              <w:rPr>
                <w:rFonts w:ascii="Arial" w:hAnsi="Arial" w:eastAsia="Arial"/>
              </w:rPr>
            </w:r>
            <w:r>
              <w:rPr>
                <w:rFonts w:ascii="Arial" w:hAnsi="Arial" w:eastAsia="Arial"/>
                <w:b w:val="0"/>
                <w:i w:val="0"/>
                <w:sz w:val="15"/>
              </w:rPr>
              <w:t>04. Lưu trữ</w:t>
            </w:r>
          </w:p>
        </w:tc>
        <w:tc>
          <w:tcPr>
            <w:tcW w:type="dxa" w:w="4082"/>
            <w:tcMar>
              <w:top w:w="65" w:type="dxa"/>
              <w:start w:w="60" w:type="dxa"/>
              <w:bottom w:w="65" w:type="dxa"/>
              <w:end w:w="60" w:type="dxa"/>
            </w:tcMar>
            <w:vAlign w:val="top"/>
            <w:shd w:fill="FAF9F6"/>
          </w:tcPr>
          <w:p>
            <w:pPr>
              <w:spacing w:after="0" w:line="240" w:lineRule="auto"/>
            </w:pPr>
            <w:r>
              <w:rPr>
                <w:rFonts w:ascii="Arial" w:hAnsi="Arial" w:eastAsia="Arial"/>
              </w:rPr>
            </w:r>
            <w:r>
              <w:rPr>
                <w:rFonts w:ascii="Arial" w:hAnsi="Arial" w:eastAsia="Arial"/>
                <w:b w:val="0"/>
                <w:i w:val="0"/>
                <w:sz w:val="15"/>
              </w:rPr>
              <w:t>Có đủ tủ giày, kho, tủ đồ mùa vụ, đồ vệ sinh, vali, đồ trẻ em không?</w:t>
            </w:r>
          </w:p>
        </w:tc>
        <w:tc>
          <w:tcPr>
            <w:tcW w:type="dxa" w:w="2891"/>
            <w:tcMar>
              <w:top w:w="65" w:type="dxa"/>
              <w:start w:w="60" w:type="dxa"/>
              <w:bottom w:w="65" w:type="dxa"/>
              <w:end w:w="60" w:type="dxa"/>
            </w:tcMar>
            <w:vAlign w:val="top"/>
            <w:shd w:fill="FAF9F6"/>
          </w:tcPr>
          <w:p>
            <w:pPr>
              <w:spacing w:after="0" w:line="240" w:lineRule="auto"/>
            </w:pPr>
            <w:r>
              <w:rPr>
                <w:rFonts w:ascii="Arial" w:hAnsi="Arial" w:eastAsia="Arial"/>
              </w:rPr>
            </w:r>
            <w:r>
              <w:rPr>
                <w:rFonts w:ascii="Arial" w:hAnsi="Arial" w:eastAsia="Arial"/>
                <w:b w:val="0"/>
                <w:i w:val="0"/>
                <w:sz w:val="15"/>
              </w:rPr>
              <w:t>Thiếu kho khiến nhà nhanh bừa dù ban đầu rất đẹp.</w:t>
            </w:r>
          </w:p>
        </w:tc>
      </w:tr>
      <w:tr>
        <w:tc>
          <w:tcPr>
            <w:tcW w:type="dxa" w:w="1814"/>
            <w:tcMar>
              <w:top w:w="65" w:type="dxa"/>
              <w:start w:w="60" w:type="dxa"/>
              <w:bottom w:w="65" w:type="dxa"/>
              <w:end w:w="60" w:type="dxa"/>
            </w:tcMar>
            <w:vAlign w:val="top"/>
          </w:tcPr>
          <w:p>
            <w:pPr>
              <w:spacing w:after="0" w:line="240" w:lineRule="auto"/>
            </w:pPr>
            <w:r>
              <w:rPr>
                <w:rFonts w:ascii="Arial" w:hAnsi="Arial" w:eastAsia="Arial"/>
              </w:rPr>
            </w:r>
            <w:r>
              <w:rPr>
                <w:rFonts w:ascii="Arial" w:hAnsi="Arial" w:eastAsia="Arial"/>
                <w:b w:val="0"/>
                <w:i w:val="0"/>
                <w:sz w:val="15"/>
              </w:rPr>
              <w:t>05. Bếp</w:t>
            </w:r>
          </w:p>
        </w:tc>
        <w:tc>
          <w:tcPr>
            <w:tcW w:type="dxa" w:w="4082"/>
            <w:tcMar>
              <w:top w:w="65" w:type="dxa"/>
              <w:start w:w="60" w:type="dxa"/>
              <w:bottom w:w="65" w:type="dxa"/>
              <w:end w:w="60" w:type="dxa"/>
            </w:tcMar>
            <w:vAlign w:val="top"/>
          </w:tcPr>
          <w:p>
            <w:pPr>
              <w:spacing w:after="0" w:line="240" w:lineRule="auto"/>
            </w:pPr>
            <w:r>
              <w:rPr>
                <w:rFonts w:ascii="Arial" w:hAnsi="Arial" w:eastAsia="Arial"/>
              </w:rPr>
            </w:r>
            <w:r>
              <w:rPr>
                <w:rFonts w:ascii="Arial" w:hAnsi="Arial" w:eastAsia="Arial"/>
                <w:b w:val="0"/>
                <w:i w:val="0"/>
                <w:sz w:val="15"/>
              </w:rPr>
              <w:t>Mùi, chuỗi thao tác, ổ cắm, rác, hút mùi, bề mặt, vệ sinh có ổn không?</w:t>
            </w:r>
          </w:p>
        </w:tc>
        <w:tc>
          <w:tcPr>
            <w:tcW w:type="dxa" w:w="2891"/>
            <w:tcMar>
              <w:top w:w="65" w:type="dxa"/>
              <w:start w:w="60" w:type="dxa"/>
              <w:bottom w:w="65" w:type="dxa"/>
              <w:end w:w="60" w:type="dxa"/>
            </w:tcMar>
            <w:vAlign w:val="top"/>
          </w:tcPr>
          <w:p>
            <w:pPr>
              <w:spacing w:after="0" w:line="240" w:lineRule="auto"/>
            </w:pPr>
            <w:r>
              <w:rPr>
                <w:rFonts w:ascii="Arial" w:hAnsi="Arial" w:eastAsia="Arial"/>
              </w:rPr>
            </w:r>
            <w:r>
              <w:rPr>
                <w:rFonts w:ascii="Arial" w:hAnsi="Arial" w:eastAsia="Arial"/>
                <w:b w:val="0"/>
                <w:i w:val="0"/>
                <w:sz w:val="15"/>
              </w:rPr>
              <w:t>Bếp đẹp nhưng nấu mệt là thất bại.</w:t>
            </w:r>
          </w:p>
        </w:tc>
      </w:tr>
      <w:tr>
        <w:tc>
          <w:tcPr>
            <w:tcW w:type="dxa" w:w="1814"/>
            <w:tcMar>
              <w:top w:w="65" w:type="dxa"/>
              <w:start w:w="60" w:type="dxa"/>
              <w:bottom w:w="65" w:type="dxa"/>
              <w:end w:w="60" w:type="dxa"/>
            </w:tcMar>
            <w:vAlign w:val="top"/>
            <w:shd w:fill="FAF9F6"/>
          </w:tcPr>
          <w:p>
            <w:pPr>
              <w:spacing w:after="0" w:line="240" w:lineRule="auto"/>
            </w:pPr>
            <w:r>
              <w:rPr>
                <w:rFonts w:ascii="Arial" w:hAnsi="Arial" w:eastAsia="Arial"/>
              </w:rPr>
            </w:r>
            <w:r>
              <w:rPr>
                <w:rFonts w:ascii="Arial" w:hAnsi="Arial" w:eastAsia="Arial"/>
                <w:b w:val="0"/>
                <w:i w:val="0"/>
                <w:sz w:val="15"/>
              </w:rPr>
              <w:t>06. WC/giặt phơi</w:t>
            </w:r>
          </w:p>
        </w:tc>
        <w:tc>
          <w:tcPr>
            <w:tcW w:type="dxa" w:w="4082"/>
            <w:tcMar>
              <w:top w:w="65" w:type="dxa"/>
              <w:start w:w="60" w:type="dxa"/>
              <w:bottom w:w="65" w:type="dxa"/>
              <w:end w:w="60" w:type="dxa"/>
            </w:tcMar>
            <w:vAlign w:val="top"/>
            <w:shd w:fill="FAF9F6"/>
          </w:tcPr>
          <w:p>
            <w:pPr>
              <w:spacing w:after="0" w:line="240" w:lineRule="auto"/>
            </w:pPr>
            <w:r>
              <w:rPr>
                <w:rFonts w:ascii="Arial" w:hAnsi="Arial" w:eastAsia="Arial"/>
              </w:rPr>
            </w:r>
            <w:r>
              <w:rPr>
                <w:rFonts w:ascii="Arial" w:hAnsi="Arial" w:eastAsia="Arial"/>
                <w:b w:val="0"/>
                <w:i w:val="0"/>
                <w:sz w:val="15"/>
              </w:rPr>
              <w:t>Cửa, mùi, thoát sàn, chống thấm, thông gió, vị trí máy giặt có hợp lý không?</w:t>
            </w:r>
          </w:p>
        </w:tc>
        <w:tc>
          <w:tcPr>
            <w:tcW w:type="dxa" w:w="2891"/>
            <w:tcMar>
              <w:top w:w="65" w:type="dxa"/>
              <w:start w:w="60" w:type="dxa"/>
              <w:bottom w:w="65" w:type="dxa"/>
              <w:end w:w="60" w:type="dxa"/>
            </w:tcMar>
            <w:vAlign w:val="top"/>
            <w:shd w:fill="FAF9F6"/>
          </w:tcPr>
          <w:p>
            <w:pPr>
              <w:spacing w:after="0" w:line="240" w:lineRule="auto"/>
            </w:pPr>
            <w:r>
              <w:rPr>
                <w:rFonts w:ascii="Arial" w:hAnsi="Arial" w:eastAsia="Arial"/>
              </w:rPr>
            </w:r>
            <w:r>
              <w:rPr>
                <w:rFonts w:ascii="Arial" w:hAnsi="Arial" w:eastAsia="Arial"/>
                <w:b w:val="0"/>
                <w:i w:val="0"/>
                <w:sz w:val="15"/>
              </w:rPr>
              <w:t>Khu phụ trợ quyết định nhà có sạch và bền không.</w:t>
            </w:r>
          </w:p>
        </w:tc>
      </w:tr>
      <w:tr>
        <w:tc>
          <w:tcPr>
            <w:tcW w:type="dxa" w:w="1814"/>
            <w:tcMar>
              <w:top w:w="65" w:type="dxa"/>
              <w:start w:w="60" w:type="dxa"/>
              <w:bottom w:w="65" w:type="dxa"/>
              <w:end w:w="60" w:type="dxa"/>
            </w:tcMar>
            <w:vAlign w:val="top"/>
          </w:tcPr>
          <w:p>
            <w:pPr>
              <w:spacing w:after="0" w:line="240" w:lineRule="auto"/>
            </w:pPr>
            <w:r>
              <w:rPr>
                <w:rFonts w:ascii="Arial" w:hAnsi="Arial" w:eastAsia="Arial"/>
              </w:rPr>
            </w:r>
            <w:r>
              <w:rPr>
                <w:rFonts w:ascii="Arial" w:hAnsi="Arial" w:eastAsia="Arial"/>
                <w:b w:val="0"/>
                <w:i w:val="0"/>
                <w:sz w:val="15"/>
              </w:rPr>
              <w:t>07. Ánh sáng</w:t>
            </w:r>
          </w:p>
        </w:tc>
        <w:tc>
          <w:tcPr>
            <w:tcW w:type="dxa" w:w="4082"/>
            <w:tcMar>
              <w:top w:w="65" w:type="dxa"/>
              <w:start w:w="60" w:type="dxa"/>
              <w:bottom w:w="65" w:type="dxa"/>
              <w:end w:w="60" w:type="dxa"/>
            </w:tcMar>
            <w:vAlign w:val="top"/>
          </w:tcPr>
          <w:p>
            <w:pPr>
              <w:spacing w:after="0" w:line="240" w:lineRule="auto"/>
            </w:pPr>
            <w:r>
              <w:rPr>
                <w:rFonts w:ascii="Arial" w:hAnsi="Arial" w:eastAsia="Arial"/>
              </w:rPr>
            </w:r>
            <w:r>
              <w:rPr>
                <w:rFonts w:ascii="Arial" w:hAnsi="Arial" w:eastAsia="Arial"/>
                <w:b w:val="0"/>
                <w:i w:val="0"/>
                <w:sz w:val="15"/>
              </w:rPr>
              <w:t>Có ánh sáng nền, chức năng, điểm nhấn, cảm xúc không?</w:t>
            </w:r>
          </w:p>
        </w:tc>
        <w:tc>
          <w:tcPr>
            <w:tcW w:type="dxa" w:w="2891"/>
            <w:tcMar>
              <w:top w:w="65" w:type="dxa"/>
              <w:start w:w="60" w:type="dxa"/>
              <w:bottom w:w="65" w:type="dxa"/>
              <w:end w:w="60" w:type="dxa"/>
            </w:tcMar>
            <w:vAlign w:val="top"/>
          </w:tcPr>
          <w:p>
            <w:pPr>
              <w:spacing w:after="0" w:line="240" w:lineRule="auto"/>
            </w:pPr>
            <w:r>
              <w:rPr>
                <w:rFonts w:ascii="Arial" w:hAnsi="Arial" w:eastAsia="Arial"/>
              </w:rPr>
            </w:r>
            <w:r>
              <w:rPr>
                <w:rFonts w:ascii="Arial" w:hAnsi="Arial" w:eastAsia="Arial"/>
                <w:b w:val="0"/>
                <w:i w:val="0"/>
                <w:sz w:val="15"/>
              </w:rPr>
              <w:t>Đèn sai làm vật liệu đẹp thành rẻ tiền.</w:t>
            </w:r>
          </w:p>
        </w:tc>
      </w:tr>
      <w:tr>
        <w:tc>
          <w:tcPr>
            <w:tcW w:type="dxa" w:w="1814"/>
            <w:tcMar>
              <w:top w:w="65" w:type="dxa"/>
              <w:start w:w="60" w:type="dxa"/>
              <w:bottom w:w="65" w:type="dxa"/>
              <w:end w:w="60" w:type="dxa"/>
            </w:tcMar>
            <w:vAlign w:val="top"/>
            <w:shd w:fill="FAF9F6"/>
          </w:tcPr>
          <w:p>
            <w:pPr>
              <w:spacing w:after="0" w:line="240" w:lineRule="auto"/>
            </w:pPr>
            <w:r>
              <w:rPr>
                <w:rFonts w:ascii="Arial" w:hAnsi="Arial" w:eastAsia="Arial"/>
              </w:rPr>
            </w:r>
            <w:r>
              <w:rPr>
                <w:rFonts w:ascii="Arial" w:hAnsi="Arial" w:eastAsia="Arial"/>
                <w:b w:val="0"/>
                <w:i w:val="0"/>
                <w:sz w:val="15"/>
              </w:rPr>
              <w:t>08. Vật liệu</w:t>
            </w:r>
          </w:p>
        </w:tc>
        <w:tc>
          <w:tcPr>
            <w:tcW w:type="dxa" w:w="4082"/>
            <w:tcMar>
              <w:top w:w="65" w:type="dxa"/>
              <w:start w:w="60" w:type="dxa"/>
              <w:bottom w:w="65" w:type="dxa"/>
              <w:end w:w="60" w:type="dxa"/>
            </w:tcMar>
            <w:vAlign w:val="top"/>
            <w:shd w:fill="FAF9F6"/>
          </w:tcPr>
          <w:p>
            <w:pPr>
              <w:spacing w:after="0" w:line="240" w:lineRule="auto"/>
            </w:pPr>
            <w:r>
              <w:rPr>
                <w:rFonts w:ascii="Arial" w:hAnsi="Arial" w:eastAsia="Arial"/>
              </w:rPr>
            </w:r>
            <w:r>
              <w:rPr>
                <w:rFonts w:ascii="Arial" w:hAnsi="Arial" w:eastAsia="Arial"/>
                <w:b w:val="0"/>
                <w:i w:val="0"/>
                <w:sz w:val="15"/>
              </w:rPr>
              <w:t>Có hợp khí hậu, trẻ nhỏ, thú cưng, vệ sinh, bảo trì, ngân sách không?</w:t>
            </w:r>
          </w:p>
        </w:tc>
        <w:tc>
          <w:tcPr>
            <w:tcW w:type="dxa" w:w="2891"/>
            <w:tcMar>
              <w:top w:w="65" w:type="dxa"/>
              <w:start w:w="60" w:type="dxa"/>
              <w:bottom w:w="65" w:type="dxa"/>
              <w:end w:w="60" w:type="dxa"/>
            </w:tcMar>
            <w:vAlign w:val="top"/>
            <w:shd w:fill="FAF9F6"/>
          </w:tcPr>
          <w:p>
            <w:pPr>
              <w:spacing w:after="0" w:line="240" w:lineRule="auto"/>
            </w:pPr>
            <w:r>
              <w:rPr>
                <w:rFonts w:ascii="Arial" w:hAnsi="Arial" w:eastAsia="Arial"/>
              </w:rPr>
            </w:r>
            <w:r>
              <w:rPr>
                <w:rFonts w:ascii="Arial" w:hAnsi="Arial" w:eastAsia="Arial"/>
                <w:b w:val="0"/>
                <w:i w:val="0"/>
                <w:sz w:val="15"/>
              </w:rPr>
              <w:t>Vật liệu đẹp ảnh chưa chắc bền và dễ sống.</w:t>
            </w:r>
          </w:p>
        </w:tc>
      </w:tr>
      <w:tr>
        <w:tc>
          <w:tcPr>
            <w:tcW w:type="dxa" w:w="1814"/>
            <w:tcMar>
              <w:top w:w="65" w:type="dxa"/>
              <w:start w:w="60" w:type="dxa"/>
              <w:bottom w:w="65" w:type="dxa"/>
              <w:end w:w="60" w:type="dxa"/>
            </w:tcMar>
            <w:vAlign w:val="top"/>
          </w:tcPr>
          <w:p>
            <w:pPr>
              <w:spacing w:after="0" w:line="240" w:lineRule="auto"/>
            </w:pPr>
            <w:r>
              <w:rPr>
                <w:rFonts w:ascii="Arial" w:hAnsi="Arial" w:eastAsia="Arial"/>
              </w:rPr>
            </w:r>
            <w:r>
              <w:rPr>
                <w:rFonts w:ascii="Arial" w:hAnsi="Arial" w:eastAsia="Arial"/>
                <w:b w:val="0"/>
                <w:i w:val="0"/>
                <w:sz w:val="15"/>
              </w:rPr>
              <w:t>09. Phong cách</w:t>
            </w:r>
          </w:p>
        </w:tc>
        <w:tc>
          <w:tcPr>
            <w:tcW w:type="dxa" w:w="4082"/>
            <w:tcMar>
              <w:top w:w="65" w:type="dxa"/>
              <w:start w:w="60" w:type="dxa"/>
              <w:bottom w:w="65" w:type="dxa"/>
              <w:end w:w="60" w:type="dxa"/>
            </w:tcMar>
            <w:vAlign w:val="top"/>
          </w:tcPr>
          <w:p>
            <w:pPr>
              <w:spacing w:after="0" w:line="240" w:lineRule="auto"/>
            </w:pPr>
            <w:r>
              <w:rPr>
                <w:rFonts w:ascii="Arial" w:hAnsi="Arial" w:eastAsia="Arial"/>
              </w:rPr>
            </w:r>
            <w:r>
              <w:rPr>
                <w:rFonts w:ascii="Arial" w:hAnsi="Arial" w:eastAsia="Arial"/>
                <w:b w:val="0"/>
                <w:i w:val="0"/>
                <w:sz w:val="15"/>
              </w:rPr>
              <w:t>Có đúng bối cảnh, diện tích, trần, ngân sách và gu sống không?</w:t>
            </w:r>
          </w:p>
        </w:tc>
        <w:tc>
          <w:tcPr>
            <w:tcW w:type="dxa" w:w="2891"/>
            <w:tcMar>
              <w:top w:w="65" w:type="dxa"/>
              <w:start w:w="60" w:type="dxa"/>
              <w:bottom w:w="65" w:type="dxa"/>
              <w:end w:w="60" w:type="dxa"/>
            </w:tcMar>
            <w:vAlign w:val="top"/>
          </w:tcPr>
          <w:p>
            <w:pPr>
              <w:spacing w:after="0" w:line="240" w:lineRule="auto"/>
            </w:pPr>
            <w:r>
              <w:rPr>
                <w:rFonts w:ascii="Arial" w:hAnsi="Arial" w:eastAsia="Arial"/>
              </w:rPr>
            </w:r>
            <w:r>
              <w:rPr>
                <w:rFonts w:ascii="Arial" w:hAnsi="Arial" w:eastAsia="Arial"/>
                <w:b w:val="0"/>
                <w:i w:val="0"/>
                <w:sz w:val="15"/>
              </w:rPr>
              <w:t>Phong cách bị copy nửa vời dễ thành sến.</w:t>
            </w:r>
          </w:p>
        </w:tc>
      </w:tr>
      <w:tr>
        <w:tc>
          <w:tcPr>
            <w:tcW w:type="dxa" w:w="1814"/>
            <w:tcMar>
              <w:top w:w="65" w:type="dxa"/>
              <w:start w:w="60" w:type="dxa"/>
              <w:bottom w:w="65" w:type="dxa"/>
              <w:end w:w="60" w:type="dxa"/>
            </w:tcMar>
            <w:vAlign w:val="top"/>
            <w:shd w:fill="FAF9F6"/>
          </w:tcPr>
          <w:p>
            <w:pPr>
              <w:spacing w:after="0" w:line="240" w:lineRule="auto"/>
            </w:pPr>
            <w:r>
              <w:rPr>
                <w:rFonts w:ascii="Arial" w:hAnsi="Arial" w:eastAsia="Arial"/>
              </w:rPr>
            </w:r>
            <w:r>
              <w:rPr>
                <w:rFonts w:ascii="Arial" w:hAnsi="Arial" w:eastAsia="Arial"/>
                <w:b w:val="0"/>
                <w:i w:val="0"/>
                <w:sz w:val="15"/>
              </w:rPr>
              <w:t>10. Khả thi thi công</w:t>
            </w:r>
          </w:p>
        </w:tc>
        <w:tc>
          <w:tcPr>
            <w:tcW w:type="dxa" w:w="4082"/>
            <w:tcMar>
              <w:top w:w="65" w:type="dxa"/>
              <w:start w:w="60" w:type="dxa"/>
              <w:bottom w:w="65" w:type="dxa"/>
              <w:end w:w="60" w:type="dxa"/>
            </w:tcMar>
            <w:vAlign w:val="top"/>
            <w:shd w:fill="FAF9F6"/>
          </w:tcPr>
          <w:p>
            <w:pPr>
              <w:spacing w:after="0" w:line="240" w:lineRule="auto"/>
            </w:pPr>
            <w:r>
              <w:rPr>
                <w:rFonts w:ascii="Arial" w:hAnsi="Arial" w:eastAsia="Arial"/>
              </w:rPr>
            </w:r>
            <w:r>
              <w:rPr>
                <w:rFonts w:ascii="Arial" w:hAnsi="Arial" w:eastAsia="Arial"/>
                <w:b w:val="0"/>
                <w:i w:val="0"/>
                <w:sz w:val="15"/>
              </w:rPr>
              <w:t>Bản vẽ có đủ chi tiết cho thợ/xưởng làm không?</w:t>
            </w:r>
          </w:p>
        </w:tc>
        <w:tc>
          <w:tcPr>
            <w:tcW w:type="dxa" w:w="2891"/>
            <w:tcMar>
              <w:top w:w="65" w:type="dxa"/>
              <w:start w:w="60" w:type="dxa"/>
              <w:bottom w:w="65" w:type="dxa"/>
              <w:end w:w="60" w:type="dxa"/>
            </w:tcMar>
            <w:vAlign w:val="top"/>
            <w:shd w:fill="FAF9F6"/>
          </w:tcPr>
          <w:p>
            <w:pPr>
              <w:spacing w:after="0" w:line="240" w:lineRule="auto"/>
            </w:pPr>
            <w:r>
              <w:rPr>
                <w:rFonts w:ascii="Arial" w:hAnsi="Arial" w:eastAsia="Arial"/>
              </w:rPr>
            </w:r>
            <w:r>
              <w:rPr>
                <w:rFonts w:ascii="Arial" w:hAnsi="Arial" w:eastAsia="Arial"/>
                <w:b w:val="0"/>
                <w:i w:val="0"/>
                <w:sz w:val="15"/>
              </w:rPr>
              <w:t>Thiếu chi tiết sẽ phát sinh tranh cãi và sửa chữa.</w:t>
            </w:r>
          </w:p>
        </w:tc>
      </w:tr>
    </w:tbl>
    <w:p>
      <w:pPr>
        <w:pStyle w:val="Heading1"/>
        <w:spacing w:before="200" w:after="100"/>
        <w:pBdr>
          <w:bottom w:val="single" w:sz="12" w:space="4" w:color="C8A96A"/>
        </w:pBdr>
      </w:pPr>
      <w:r>
        <w:rPr>
          <w:rFonts w:ascii="Arial" w:hAnsi="Arial" w:eastAsia="Arial"/>
          <w:b/>
          <w:i w:val="0"/>
          <w:color w:val="2F3338"/>
          <w:sz w:val="31"/>
        </w:rPr>
        <w:t>29. NĂNG LỰC RÀ SOÁT BÁO GIÁ: KHÔNG CHỈ NHÌN CON SỐ CUỐI</w:t>
      </w:r>
    </w:p>
    <w:p>
      <w:pPr>
        <w:spacing w:before="0" w:after="80" w:line="254" w:lineRule="auto"/>
      </w:pPr>
      <w:r>
        <w:rPr>
          <w:rFonts w:ascii="Arial" w:hAnsi="Arial" w:eastAsia="Arial"/>
          <w:b w:val="0"/>
          <w:i w:val="0"/>
          <w:sz w:val="18"/>
        </w:rPr>
        <w:t>Báo giá thấp chưa chắc rẻ, báo giá cao chưa chắc đắt. Điều quan trọng là phạm vi, vật liệu, khối lượng, điều khoản và trách nhiệm có rõ không. ARCOVA biến báo giá thành tài liệu có thể hiểu và có thể so sánh.</w:t>
      </w:r>
    </w:p>
    <w:tbl>
      <w:tblPr>
        <w:tblStyle w:val="TableGrid"/>
        <w:tblW w:type="auto" w:w="0"/>
        <w:jc w:val="center"/>
        <w:tblLook w:firstColumn="1" w:firstRow="1" w:lastColumn="0" w:lastRow="0" w:noHBand="0" w:noVBand="1" w:val="04A0"/>
        <w:tblBorders>
          <w:top w:val="single" w:sz="5" w:space="0" w:color="E7D2A5"/>
          <w:left w:val="single" w:sz="5" w:space="0" w:color="E7D2A5"/>
          <w:bottom w:val="single" w:sz="5" w:space="0" w:color="E7D2A5"/>
          <w:right w:val="single" w:sz="5" w:space="0" w:color="E7D2A5"/>
          <w:insideH w:val="single" w:sz="5" w:space="0" w:color="E7D2A5"/>
          <w:insideV w:val="single" w:sz="5" w:space="0" w:color="E7D2A5"/>
        </w:tblBorders>
      </w:tblPr>
      <w:tblGrid>
        <w:gridCol w:w="5241"/>
        <w:gridCol w:w="5241"/>
      </w:tblGrid>
      <w:tr>
        <w:trPr>
          <w:tblHeader w:val="true"/>
        </w:trPr>
        <w:tc>
          <w:tcPr>
            <w:tcW w:type="dxa" w:w="1928"/>
            <w:shd w:fill="C8A96A"/>
            <w:tcMar>
              <w:top w:w="75" w:type="dxa"/>
              <w:start w:w="65" w:type="dxa"/>
              <w:bottom w:w="75" w:type="dxa"/>
              <w:end w:w="65" w:type="dxa"/>
            </w:tcMar>
          </w:tcPr>
          <w:p>
            <w:pPr>
              <w:spacing w:after="0" w:line="240" w:lineRule="auto"/>
              <w:jc w:val="center"/>
            </w:pPr>
            <w:r>
              <w:rPr>
                <w:rFonts w:ascii="Arial" w:hAnsi="Arial" w:eastAsia="Arial"/>
              </w:rPr>
            </w:r>
            <w:r>
              <w:rPr>
                <w:rFonts w:ascii="Arial" w:hAnsi="Arial" w:eastAsia="Arial"/>
                <w:b/>
                <w:i w:val="0"/>
                <w:color w:val="FFFFFF"/>
                <w:sz w:val="15"/>
              </w:rPr>
              <w:t>Nhóm kiểm tra</w:t>
            </w:r>
          </w:p>
        </w:tc>
        <w:tc>
          <w:tcPr>
            <w:tcW w:type="dxa" w:w="6860"/>
            <w:shd w:fill="C8A96A"/>
            <w:tcMar>
              <w:top w:w="75" w:type="dxa"/>
              <w:start w:w="65" w:type="dxa"/>
              <w:bottom w:w="75" w:type="dxa"/>
              <w:end w:w="65" w:type="dxa"/>
            </w:tcMar>
          </w:tcPr>
          <w:p>
            <w:pPr>
              <w:spacing w:after="0" w:line="240" w:lineRule="auto"/>
              <w:jc w:val="center"/>
            </w:pPr>
            <w:r>
              <w:rPr>
                <w:rFonts w:ascii="Arial" w:hAnsi="Arial" w:eastAsia="Arial"/>
              </w:rPr>
            </w:r>
            <w:r>
              <w:rPr>
                <w:rFonts w:ascii="Arial" w:hAnsi="Arial" w:eastAsia="Arial"/>
                <w:b/>
                <w:i w:val="0"/>
                <w:color w:val="FFFFFF"/>
                <w:sz w:val="15"/>
              </w:rPr>
              <w:t>Câu hỏi ARCOVA dùng để rà</w:t>
            </w:r>
          </w:p>
        </w:tc>
      </w:tr>
      <w:tr>
        <w:tc>
          <w:tcPr>
            <w:tcW w:type="dxa" w:w="1928"/>
            <w:tcMar>
              <w:top w:w="65" w:type="dxa"/>
              <w:start w:w="60" w:type="dxa"/>
              <w:bottom w:w="65" w:type="dxa"/>
              <w:end w:w="60" w:type="dxa"/>
            </w:tcMar>
            <w:vAlign w:val="top"/>
          </w:tcPr>
          <w:p>
            <w:pPr>
              <w:spacing w:after="0" w:line="240" w:lineRule="auto"/>
            </w:pPr>
            <w:r>
              <w:rPr>
                <w:rFonts w:ascii="Arial" w:hAnsi="Arial" w:eastAsia="Arial"/>
              </w:rPr>
            </w:r>
            <w:r>
              <w:rPr>
                <w:rFonts w:ascii="Arial" w:hAnsi="Arial" w:eastAsia="Arial"/>
                <w:b w:val="0"/>
                <w:i w:val="0"/>
                <w:sz w:val="15"/>
              </w:rPr>
              <w:t>Phạm vi</w:t>
            </w:r>
          </w:p>
        </w:tc>
        <w:tc>
          <w:tcPr>
            <w:tcW w:type="dxa" w:w="6860"/>
            <w:tcMar>
              <w:top w:w="65" w:type="dxa"/>
              <w:start w:w="60" w:type="dxa"/>
              <w:bottom w:w="65" w:type="dxa"/>
              <w:end w:w="60" w:type="dxa"/>
            </w:tcMar>
            <w:vAlign w:val="top"/>
          </w:tcPr>
          <w:p>
            <w:pPr>
              <w:spacing w:after="0" w:line="240" w:lineRule="auto"/>
            </w:pPr>
            <w:r>
              <w:rPr>
                <w:rFonts w:ascii="Arial" w:hAnsi="Arial" w:eastAsia="Arial"/>
              </w:rPr>
            </w:r>
            <w:r>
              <w:rPr>
                <w:rFonts w:ascii="Arial" w:hAnsi="Arial" w:eastAsia="Arial"/>
                <w:b w:val="0"/>
                <w:i w:val="0"/>
                <w:sz w:val="15"/>
              </w:rPr>
              <w:t>Đã gồm tháo dỡ, vận chuyển, bảo vệ thang máy, vệ sinh, che chắn, nhân công, phụ kiện, lắp đặt chưa?</w:t>
            </w:r>
          </w:p>
        </w:tc>
      </w:tr>
      <w:tr>
        <w:tc>
          <w:tcPr>
            <w:tcW w:type="dxa" w:w="1928"/>
            <w:tcMar>
              <w:top w:w="65" w:type="dxa"/>
              <w:start w:w="60" w:type="dxa"/>
              <w:bottom w:w="65" w:type="dxa"/>
              <w:end w:w="60" w:type="dxa"/>
            </w:tcMar>
            <w:vAlign w:val="top"/>
            <w:shd w:fill="FAF9F6"/>
          </w:tcPr>
          <w:p>
            <w:pPr>
              <w:spacing w:after="0" w:line="240" w:lineRule="auto"/>
            </w:pPr>
            <w:r>
              <w:rPr>
                <w:rFonts w:ascii="Arial" w:hAnsi="Arial" w:eastAsia="Arial"/>
              </w:rPr>
            </w:r>
            <w:r>
              <w:rPr>
                <w:rFonts w:ascii="Arial" w:hAnsi="Arial" w:eastAsia="Arial"/>
                <w:b w:val="0"/>
                <w:i w:val="0"/>
                <w:sz w:val="15"/>
              </w:rPr>
              <w:t>Vật liệu</w:t>
            </w:r>
          </w:p>
        </w:tc>
        <w:tc>
          <w:tcPr>
            <w:tcW w:type="dxa" w:w="6860"/>
            <w:tcMar>
              <w:top w:w="65" w:type="dxa"/>
              <w:start w:w="60" w:type="dxa"/>
              <w:bottom w:w="65" w:type="dxa"/>
              <w:end w:w="60" w:type="dxa"/>
            </w:tcMar>
            <w:vAlign w:val="top"/>
            <w:shd w:fill="FAF9F6"/>
          </w:tcPr>
          <w:p>
            <w:pPr>
              <w:spacing w:after="0" w:line="240" w:lineRule="auto"/>
            </w:pPr>
            <w:r>
              <w:rPr>
                <w:rFonts w:ascii="Arial" w:hAnsi="Arial" w:eastAsia="Arial"/>
              </w:rPr>
            </w:r>
            <w:r>
              <w:rPr>
                <w:rFonts w:ascii="Arial" w:hAnsi="Arial" w:eastAsia="Arial"/>
                <w:b w:val="0"/>
                <w:i w:val="0"/>
                <w:sz w:val="15"/>
              </w:rPr>
              <w:t>Có mã hàng, thương hiệu, độ dày, xuất xứ, màu, mẫu, phụ kiện đi kèm không?</w:t>
            </w:r>
          </w:p>
        </w:tc>
      </w:tr>
      <w:tr>
        <w:tc>
          <w:tcPr>
            <w:tcW w:type="dxa" w:w="1928"/>
            <w:tcMar>
              <w:top w:w="65" w:type="dxa"/>
              <w:start w:w="60" w:type="dxa"/>
              <w:bottom w:w="65" w:type="dxa"/>
              <w:end w:w="60" w:type="dxa"/>
            </w:tcMar>
            <w:vAlign w:val="top"/>
          </w:tcPr>
          <w:p>
            <w:pPr>
              <w:spacing w:after="0" w:line="240" w:lineRule="auto"/>
            </w:pPr>
            <w:r>
              <w:rPr>
                <w:rFonts w:ascii="Arial" w:hAnsi="Arial" w:eastAsia="Arial"/>
              </w:rPr>
            </w:r>
            <w:r>
              <w:rPr>
                <w:rFonts w:ascii="Arial" w:hAnsi="Arial" w:eastAsia="Arial"/>
                <w:b w:val="0"/>
                <w:i w:val="0"/>
                <w:sz w:val="15"/>
              </w:rPr>
              <w:t>Khối lượng</w:t>
            </w:r>
          </w:p>
        </w:tc>
        <w:tc>
          <w:tcPr>
            <w:tcW w:type="dxa" w:w="6860"/>
            <w:tcMar>
              <w:top w:w="65" w:type="dxa"/>
              <w:start w:w="60" w:type="dxa"/>
              <w:bottom w:w="65" w:type="dxa"/>
              <w:end w:w="60" w:type="dxa"/>
            </w:tcMar>
            <w:vAlign w:val="top"/>
          </w:tcPr>
          <w:p>
            <w:pPr>
              <w:spacing w:after="0" w:line="240" w:lineRule="auto"/>
            </w:pPr>
            <w:r>
              <w:rPr>
                <w:rFonts w:ascii="Arial" w:hAnsi="Arial" w:eastAsia="Arial"/>
              </w:rPr>
            </w:r>
            <w:r>
              <w:rPr>
                <w:rFonts w:ascii="Arial" w:hAnsi="Arial" w:eastAsia="Arial"/>
                <w:b w:val="0"/>
                <w:i w:val="0"/>
                <w:sz w:val="15"/>
              </w:rPr>
              <w:t>Cách tính m2, md, bộ, cái có thống nhất và có bản vẽ đo bóc không?</w:t>
            </w:r>
          </w:p>
        </w:tc>
      </w:tr>
      <w:tr>
        <w:tc>
          <w:tcPr>
            <w:tcW w:type="dxa" w:w="1928"/>
            <w:tcMar>
              <w:top w:w="65" w:type="dxa"/>
              <w:start w:w="60" w:type="dxa"/>
              <w:bottom w:w="65" w:type="dxa"/>
              <w:end w:w="60" w:type="dxa"/>
            </w:tcMar>
            <w:vAlign w:val="top"/>
            <w:shd w:fill="FAF9F6"/>
          </w:tcPr>
          <w:p>
            <w:pPr>
              <w:spacing w:after="0" w:line="240" w:lineRule="auto"/>
            </w:pPr>
            <w:r>
              <w:rPr>
                <w:rFonts w:ascii="Arial" w:hAnsi="Arial" w:eastAsia="Arial"/>
              </w:rPr>
            </w:r>
            <w:r>
              <w:rPr>
                <w:rFonts w:ascii="Arial" w:hAnsi="Arial" w:eastAsia="Arial"/>
                <w:b w:val="0"/>
                <w:i w:val="0"/>
                <w:sz w:val="15"/>
              </w:rPr>
              <w:t>Đơn giá</w:t>
            </w:r>
          </w:p>
        </w:tc>
        <w:tc>
          <w:tcPr>
            <w:tcW w:type="dxa" w:w="6860"/>
            <w:tcMar>
              <w:top w:w="65" w:type="dxa"/>
              <w:start w:w="60" w:type="dxa"/>
              <w:bottom w:w="65" w:type="dxa"/>
              <w:end w:w="60" w:type="dxa"/>
            </w:tcMar>
            <w:vAlign w:val="top"/>
            <w:shd w:fill="FAF9F6"/>
          </w:tcPr>
          <w:p>
            <w:pPr>
              <w:spacing w:after="0" w:line="240" w:lineRule="auto"/>
            </w:pPr>
            <w:r>
              <w:rPr>
                <w:rFonts w:ascii="Arial" w:hAnsi="Arial" w:eastAsia="Arial"/>
              </w:rPr>
            </w:r>
            <w:r>
              <w:rPr>
                <w:rFonts w:ascii="Arial" w:hAnsi="Arial" w:eastAsia="Arial"/>
                <w:b w:val="0"/>
                <w:i w:val="0"/>
                <w:sz w:val="15"/>
              </w:rPr>
              <w:t>Đơn giá thấp do tối ưu hay do chưa gồm hạng mục/phụ kiện/VAT/bảo hành?</w:t>
            </w:r>
          </w:p>
        </w:tc>
      </w:tr>
      <w:tr>
        <w:tc>
          <w:tcPr>
            <w:tcW w:type="dxa" w:w="1928"/>
            <w:tcMar>
              <w:top w:w="65" w:type="dxa"/>
              <w:start w:w="60" w:type="dxa"/>
              <w:bottom w:w="65" w:type="dxa"/>
              <w:end w:w="60" w:type="dxa"/>
            </w:tcMar>
            <w:vAlign w:val="top"/>
          </w:tcPr>
          <w:p>
            <w:pPr>
              <w:spacing w:after="0" w:line="240" w:lineRule="auto"/>
            </w:pPr>
            <w:r>
              <w:rPr>
                <w:rFonts w:ascii="Arial" w:hAnsi="Arial" w:eastAsia="Arial"/>
              </w:rPr>
            </w:r>
            <w:r>
              <w:rPr>
                <w:rFonts w:ascii="Arial" w:hAnsi="Arial" w:eastAsia="Arial"/>
                <w:b w:val="0"/>
                <w:i w:val="0"/>
                <w:sz w:val="15"/>
              </w:rPr>
              <w:t>Tiến độ</w:t>
            </w:r>
          </w:p>
        </w:tc>
        <w:tc>
          <w:tcPr>
            <w:tcW w:type="dxa" w:w="6860"/>
            <w:tcMar>
              <w:top w:w="65" w:type="dxa"/>
              <w:start w:w="60" w:type="dxa"/>
              <w:bottom w:w="65" w:type="dxa"/>
              <w:end w:w="60" w:type="dxa"/>
            </w:tcMar>
            <w:vAlign w:val="top"/>
          </w:tcPr>
          <w:p>
            <w:pPr>
              <w:spacing w:after="0" w:line="240" w:lineRule="auto"/>
            </w:pPr>
            <w:r>
              <w:rPr>
                <w:rFonts w:ascii="Arial" w:hAnsi="Arial" w:eastAsia="Arial"/>
              </w:rPr>
            </w:r>
            <w:r>
              <w:rPr>
                <w:rFonts w:ascii="Arial" w:hAnsi="Arial" w:eastAsia="Arial"/>
                <w:b w:val="0"/>
                <w:i w:val="0"/>
                <w:sz w:val="15"/>
              </w:rPr>
              <w:t>Có mốc hoàn thành từng hạng mục, điều kiện chậm tiến độ và trách nhiệm phối hợp không?</w:t>
            </w:r>
          </w:p>
        </w:tc>
      </w:tr>
      <w:tr>
        <w:tc>
          <w:tcPr>
            <w:tcW w:type="dxa" w:w="1928"/>
            <w:tcMar>
              <w:top w:w="65" w:type="dxa"/>
              <w:start w:w="60" w:type="dxa"/>
              <w:bottom w:w="65" w:type="dxa"/>
              <w:end w:w="60" w:type="dxa"/>
            </w:tcMar>
            <w:vAlign w:val="top"/>
            <w:shd w:fill="FAF9F6"/>
          </w:tcPr>
          <w:p>
            <w:pPr>
              <w:spacing w:after="0" w:line="240" w:lineRule="auto"/>
            </w:pPr>
            <w:r>
              <w:rPr>
                <w:rFonts w:ascii="Arial" w:hAnsi="Arial" w:eastAsia="Arial"/>
              </w:rPr>
            </w:r>
            <w:r>
              <w:rPr>
                <w:rFonts w:ascii="Arial" w:hAnsi="Arial" w:eastAsia="Arial"/>
                <w:b w:val="0"/>
                <w:i w:val="0"/>
                <w:sz w:val="15"/>
              </w:rPr>
              <w:t>Thanh toán</w:t>
            </w:r>
          </w:p>
        </w:tc>
        <w:tc>
          <w:tcPr>
            <w:tcW w:type="dxa" w:w="6860"/>
            <w:tcMar>
              <w:top w:w="65" w:type="dxa"/>
              <w:start w:w="60" w:type="dxa"/>
              <w:bottom w:w="65" w:type="dxa"/>
              <w:end w:w="60" w:type="dxa"/>
            </w:tcMar>
            <w:vAlign w:val="top"/>
            <w:shd w:fill="FAF9F6"/>
          </w:tcPr>
          <w:p>
            <w:pPr>
              <w:spacing w:after="0" w:line="240" w:lineRule="auto"/>
            </w:pPr>
            <w:r>
              <w:rPr>
                <w:rFonts w:ascii="Arial" w:hAnsi="Arial" w:eastAsia="Arial"/>
              </w:rPr>
            </w:r>
            <w:r>
              <w:rPr>
                <w:rFonts w:ascii="Arial" w:hAnsi="Arial" w:eastAsia="Arial"/>
                <w:b w:val="0"/>
                <w:i w:val="0"/>
                <w:sz w:val="15"/>
              </w:rPr>
              <w:t>Mốc thanh toán có gắn với khối lượng/mốc nghiệm thu hay chỉ gắn với thời gian?</w:t>
            </w:r>
          </w:p>
        </w:tc>
      </w:tr>
      <w:tr>
        <w:tc>
          <w:tcPr>
            <w:tcW w:type="dxa" w:w="1928"/>
            <w:tcMar>
              <w:top w:w="65" w:type="dxa"/>
              <w:start w:w="60" w:type="dxa"/>
              <w:bottom w:w="65" w:type="dxa"/>
              <w:end w:w="60" w:type="dxa"/>
            </w:tcMar>
            <w:vAlign w:val="top"/>
          </w:tcPr>
          <w:p>
            <w:pPr>
              <w:spacing w:after="0" w:line="240" w:lineRule="auto"/>
            </w:pPr>
            <w:r>
              <w:rPr>
                <w:rFonts w:ascii="Arial" w:hAnsi="Arial" w:eastAsia="Arial"/>
              </w:rPr>
            </w:r>
            <w:r>
              <w:rPr>
                <w:rFonts w:ascii="Arial" w:hAnsi="Arial" w:eastAsia="Arial"/>
                <w:b w:val="0"/>
                <w:i w:val="0"/>
                <w:sz w:val="15"/>
              </w:rPr>
              <w:t>Bảo hành</w:t>
            </w:r>
          </w:p>
        </w:tc>
        <w:tc>
          <w:tcPr>
            <w:tcW w:type="dxa" w:w="6860"/>
            <w:tcMar>
              <w:top w:w="65" w:type="dxa"/>
              <w:start w:w="60" w:type="dxa"/>
              <w:bottom w:w="65" w:type="dxa"/>
              <w:end w:w="60" w:type="dxa"/>
            </w:tcMar>
            <w:vAlign w:val="top"/>
          </w:tcPr>
          <w:p>
            <w:pPr>
              <w:spacing w:after="0" w:line="240" w:lineRule="auto"/>
            </w:pPr>
            <w:r>
              <w:rPr>
                <w:rFonts w:ascii="Arial" w:hAnsi="Arial" w:eastAsia="Arial"/>
              </w:rPr>
            </w:r>
            <w:r>
              <w:rPr>
                <w:rFonts w:ascii="Arial" w:hAnsi="Arial" w:eastAsia="Arial"/>
                <w:b w:val="0"/>
                <w:i w:val="0"/>
                <w:sz w:val="15"/>
              </w:rPr>
              <w:t>Thời gian, phạm vi, điều kiện, ai chịu chi phí vận chuyển/tháo lắp nếu lỗi?</w:t>
            </w:r>
          </w:p>
        </w:tc>
      </w:tr>
      <w:tr>
        <w:tc>
          <w:tcPr>
            <w:tcW w:type="dxa" w:w="1928"/>
            <w:tcMar>
              <w:top w:w="65" w:type="dxa"/>
              <w:start w:w="60" w:type="dxa"/>
              <w:bottom w:w="65" w:type="dxa"/>
              <w:end w:w="60" w:type="dxa"/>
            </w:tcMar>
            <w:vAlign w:val="top"/>
            <w:shd w:fill="FAF9F6"/>
          </w:tcPr>
          <w:p>
            <w:pPr>
              <w:spacing w:after="0" w:line="240" w:lineRule="auto"/>
            </w:pPr>
            <w:r>
              <w:rPr>
                <w:rFonts w:ascii="Arial" w:hAnsi="Arial" w:eastAsia="Arial"/>
              </w:rPr>
            </w:r>
            <w:r>
              <w:rPr>
                <w:rFonts w:ascii="Arial" w:hAnsi="Arial" w:eastAsia="Arial"/>
                <w:b w:val="0"/>
                <w:i w:val="0"/>
                <w:sz w:val="15"/>
              </w:rPr>
              <w:t>Phát sinh</w:t>
            </w:r>
          </w:p>
        </w:tc>
        <w:tc>
          <w:tcPr>
            <w:tcW w:type="dxa" w:w="6860"/>
            <w:tcMar>
              <w:top w:w="65" w:type="dxa"/>
              <w:start w:w="60" w:type="dxa"/>
              <w:bottom w:w="65" w:type="dxa"/>
              <w:end w:w="60" w:type="dxa"/>
            </w:tcMar>
            <w:vAlign w:val="top"/>
            <w:shd w:fill="FAF9F6"/>
          </w:tcPr>
          <w:p>
            <w:pPr>
              <w:spacing w:after="0" w:line="240" w:lineRule="auto"/>
            </w:pPr>
            <w:r>
              <w:rPr>
                <w:rFonts w:ascii="Arial" w:hAnsi="Arial" w:eastAsia="Arial"/>
              </w:rPr>
            </w:r>
            <w:r>
              <w:rPr>
                <w:rFonts w:ascii="Arial" w:hAnsi="Arial" w:eastAsia="Arial"/>
                <w:b w:val="0"/>
                <w:i w:val="0"/>
                <w:sz w:val="15"/>
              </w:rPr>
              <w:t>Cách xác nhận phát sinh, báo giá phát sinh, phê duyệt trước khi làm đã rõ chưa?</w:t>
            </w:r>
          </w:p>
        </w:tc>
      </w:tr>
      <w:tr>
        <w:tc>
          <w:tcPr>
            <w:tcW w:type="dxa" w:w="1928"/>
            <w:tcMar>
              <w:top w:w="65" w:type="dxa"/>
              <w:start w:w="60" w:type="dxa"/>
              <w:bottom w:w="65" w:type="dxa"/>
              <w:end w:w="60" w:type="dxa"/>
            </w:tcMar>
            <w:vAlign w:val="top"/>
          </w:tcPr>
          <w:p>
            <w:pPr>
              <w:spacing w:after="0" w:line="240" w:lineRule="auto"/>
            </w:pPr>
            <w:r>
              <w:rPr>
                <w:rFonts w:ascii="Arial" w:hAnsi="Arial" w:eastAsia="Arial"/>
              </w:rPr>
            </w:r>
            <w:r>
              <w:rPr>
                <w:rFonts w:ascii="Arial" w:hAnsi="Arial" w:eastAsia="Arial"/>
                <w:b w:val="0"/>
                <w:i w:val="0"/>
                <w:sz w:val="15"/>
              </w:rPr>
              <w:t>Nghiệm thu</w:t>
            </w:r>
          </w:p>
        </w:tc>
        <w:tc>
          <w:tcPr>
            <w:tcW w:type="dxa" w:w="6860"/>
            <w:tcMar>
              <w:top w:w="65" w:type="dxa"/>
              <w:start w:w="60" w:type="dxa"/>
              <w:bottom w:w="65" w:type="dxa"/>
              <w:end w:w="60" w:type="dxa"/>
            </w:tcMar>
            <w:vAlign w:val="top"/>
          </w:tcPr>
          <w:p>
            <w:pPr>
              <w:spacing w:after="0" w:line="240" w:lineRule="auto"/>
            </w:pPr>
            <w:r>
              <w:rPr>
                <w:rFonts w:ascii="Arial" w:hAnsi="Arial" w:eastAsia="Arial"/>
              </w:rPr>
            </w:r>
            <w:r>
              <w:rPr>
                <w:rFonts w:ascii="Arial" w:hAnsi="Arial" w:eastAsia="Arial"/>
                <w:b w:val="0"/>
                <w:i w:val="0"/>
                <w:sz w:val="15"/>
              </w:rPr>
              <w:t>Có tiêu chí nghiệm thu bề mặt, khe hở, vận hành, chống thấm, thiết bị, bàn giao hồ sơ không?</w:t>
            </w:r>
          </w:p>
        </w:tc>
      </w:tr>
    </w:tbl>
    <w:tbl>
      <w:tblPr>
        <w:tblW w:type="auto" w:w="0"/>
        <w:jc w:val="center"/>
        <w:tblLook w:firstColumn="1" w:firstRow="1" w:lastColumn="0" w:lastRow="0" w:noHBand="0" w:noVBand="1" w:val="04A0"/>
        <w:tblBorders>
          <w:top w:val="single" w:sz="5" w:space="0" w:color="E7D2A5"/>
          <w:left w:val="single" w:sz="5" w:space="0" w:color="E7D2A5"/>
          <w:bottom w:val="single" w:sz="5" w:space="0" w:color="E7D2A5"/>
          <w:right w:val="single" w:sz="5" w:space="0" w:color="E7D2A5"/>
          <w:insideH w:val="single" w:sz="5" w:space="0" w:color="E7D2A5"/>
          <w:insideV w:val="single" w:sz="5" w:space="0" w:color="E7D2A5"/>
        </w:tblBorders>
      </w:tblPr>
      <w:tblGrid>
        <w:gridCol w:w="10482"/>
      </w:tblGrid>
      <w:tr>
        <w:tc>
          <w:tcPr>
            <w:tcW w:type="dxa" w:w="10482"/>
            <w:shd w:fill="F2EEE7"/>
            <w:tcMar>
              <w:top w:w="110" w:type="dxa"/>
              <w:start w:w="140" w:type="dxa"/>
              <w:bottom w:w="110" w:type="dxa"/>
              <w:end w:w="140" w:type="dxa"/>
            </w:tcMar>
          </w:tcPr>
          <w:p>
            <w:pPr>
              <w:spacing w:after="60"/>
            </w:pPr>
            <w:r>
              <w:rPr>
                <w:rFonts w:ascii="Arial" w:hAnsi="Arial" w:eastAsia="Arial"/>
                <w:b/>
                <w:i w:val="0"/>
                <w:color w:val="2F3338"/>
                <w:sz w:val="19"/>
              </w:rPr>
              <w:t>Giá trị bán hàng</w:t>
            </w:r>
          </w:p>
          <w:p>
            <w:pPr>
              <w:spacing w:after="0" w:line="254" w:lineRule="auto"/>
            </w:pPr>
            <w:r>
              <w:rPr>
                <w:rFonts w:ascii="Arial" w:hAnsi="Arial" w:eastAsia="Arial"/>
                <w:b w:val="0"/>
                <w:i w:val="0"/>
                <w:color w:val="222222"/>
                <w:sz w:val="18"/>
              </w:rPr>
              <w:t>Nhiều khách hàng sẵn sàng trả phí để có người đọc giúp báo giá trước khi ký, vì chỉ cần tránh một phát sinh lớn hoặc một lựa chọn sai vật liệu là phí tư vấn đã xứng đáng.</w:t>
            </w:r>
          </w:p>
        </w:tc>
      </w:tr>
    </w:tbl>
    <w:p>
      <w:pPr>
        <w:pStyle w:val="Heading1"/>
        <w:spacing w:before="200" w:after="100"/>
        <w:pBdr>
          <w:bottom w:val="single" w:sz="12" w:space="4" w:color="C8A96A"/>
        </w:pBdr>
      </w:pPr>
      <w:r>
        <w:rPr>
          <w:rFonts w:ascii="Arial" w:hAnsi="Arial" w:eastAsia="Arial"/>
          <w:b/>
          <w:i w:val="0"/>
          <w:color w:val="2F3338"/>
          <w:sz w:val="31"/>
        </w:rPr>
        <w:t>30. NĂNG LỰC KIỂM SOÁT THI CÔNG THEO MỐC</w:t>
      </w:r>
    </w:p>
    <w:p>
      <w:pPr>
        <w:spacing w:before="0" w:after="80" w:line="254" w:lineRule="auto"/>
      </w:pPr>
      <w:r>
        <w:rPr>
          <w:rFonts w:ascii="Arial" w:hAnsi="Arial" w:eastAsia="Arial"/>
          <w:b w:val="0"/>
          <w:i w:val="0"/>
          <w:sz w:val="18"/>
        </w:rPr>
        <w:t>ARCOVA không nhất thiết làm tư vấn giám sát thường trực. Với mô hình tinh gọn, ARCOVA có thể cung cấp các gói kiểm tra theo mốc quan trọng. Đây là dịch vụ rất thực tế cho khách hàng bận, không có chuyên môn nhưng muốn có thêm một lớp kiểm soát.</w:t>
      </w:r>
    </w:p>
    <w:tbl>
      <w:tblPr>
        <w:tblStyle w:val="TableGrid"/>
        <w:tblW w:type="auto" w:w="0"/>
        <w:jc w:val="center"/>
        <w:tblLook w:firstColumn="1" w:firstRow="1" w:lastColumn="0" w:lastRow="0" w:noHBand="0" w:noVBand="1" w:val="04A0"/>
        <w:tblBorders>
          <w:top w:val="single" w:sz="5" w:space="0" w:color="E7D2A5"/>
          <w:left w:val="single" w:sz="5" w:space="0" w:color="E7D2A5"/>
          <w:bottom w:val="single" w:sz="5" w:space="0" w:color="E7D2A5"/>
          <w:right w:val="single" w:sz="5" w:space="0" w:color="E7D2A5"/>
          <w:insideH w:val="single" w:sz="5" w:space="0" w:color="E7D2A5"/>
          <w:insideV w:val="single" w:sz="5" w:space="0" w:color="E7D2A5"/>
        </w:tblBorders>
      </w:tblPr>
      <w:tblGrid>
        <w:gridCol w:w="3494"/>
        <w:gridCol w:w="3494"/>
        <w:gridCol w:w="3494"/>
      </w:tblGrid>
      <w:tr>
        <w:trPr>
          <w:tblHeader w:val="true"/>
        </w:trPr>
        <w:tc>
          <w:tcPr>
            <w:tcW w:type="dxa" w:w="2041"/>
            <w:shd w:fill="C8A96A"/>
            <w:tcMar>
              <w:top w:w="75" w:type="dxa"/>
              <w:start w:w="65" w:type="dxa"/>
              <w:bottom w:w="75" w:type="dxa"/>
              <w:end w:w="65" w:type="dxa"/>
            </w:tcMar>
          </w:tcPr>
          <w:p>
            <w:pPr>
              <w:spacing w:after="0" w:line="240" w:lineRule="auto"/>
              <w:jc w:val="center"/>
            </w:pPr>
            <w:r>
              <w:rPr>
                <w:rFonts w:ascii="Arial" w:hAnsi="Arial" w:eastAsia="Arial"/>
              </w:rPr>
            </w:r>
            <w:r>
              <w:rPr>
                <w:rFonts w:ascii="Arial" w:hAnsi="Arial" w:eastAsia="Arial"/>
                <w:b/>
                <w:i w:val="0"/>
                <w:color w:val="FFFFFF"/>
                <w:sz w:val="15"/>
              </w:rPr>
              <w:t>Mốc</w:t>
            </w:r>
          </w:p>
        </w:tc>
        <w:tc>
          <w:tcPr>
            <w:tcW w:type="dxa" w:w="4139"/>
            <w:shd w:fill="C8A96A"/>
            <w:tcMar>
              <w:top w:w="75" w:type="dxa"/>
              <w:start w:w="65" w:type="dxa"/>
              <w:bottom w:w="75" w:type="dxa"/>
              <w:end w:w="65" w:type="dxa"/>
            </w:tcMar>
          </w:tcPr>
          <w:p>
            <w:pPr>
              <w:spacing w:after="0" w:line="240" w:lineRule="auto"/>
              <w:jc w:val="center"/>
            </w:pPr>
            <w:r>
              <w:rPr>
                <w:rFonts w:ascii="Arial" w:hAnsi="Arial" w:eastAsia="Arial"/>
              </w:rPr>
            </w:r>
            <w:r>
              <w:rPr>
                <w:rFonts w:ascii="Arial" w:hAnsi="Arial" w:eastAsia="Arial"/>
                <w:b/>
                <w:i w:val="0"/>
                <w:color w:val="FFFFFF"/>
                <w:sz w:val="15"/>
              </w:rPr>
              <w:t>ARCOVA kiểm tra</w:t>
            </w:r>
          </w:p>
        </w:tc>
        <w:tc>
          <w:tcPr>
            <w:tcW w:type="dxa" w:w="2608"/>
            <w:shd w:fill="C8A96A"/>
            <w:tcMar>
              <w:top w:w="75" w:type="dxa"/>
              <w:start w:w="65" w:type="dxa"/>
              <w:bottom w:w="75" w:type="dxa"/>
              <w:end w:w="65" w:type="dxa"/>
            </w:tcMar>
          </w:tcPr>
          <w:p>
            <w:pPr>
              <w:spacing w:after="0" w:line="240" w:lineRule="auto"/>
              <w:jc w:val="center"/>
            </w:pPr>
            <w:r>
              <w:rPr>
                <w:rFonts w:ascii="Arial" w:hAnsi="Arial" w:eastAsia="Arial"/>
              </w:rPr>
            </w:r>
            <w:r>
              <w:rPr>
                <w:rFonts w:ascii="Arial" w:hAnsi="Arial" w:eastAsia="Arial"/>
                <w:b/>
                <w:i w:val="0"/>
                <w:color w:val="FFFFFF"/>
                <w:sz w:val="15"/>
              </w:rPr>
              <w:t>Mục tiêu</w:t>
            </w:r>
          </w:p>
        </w:tc>
      </w:tr>
      <w:tr>
        <w:tc>
          <w:tcPr>
            <w:tcW w:type="dxa" w:w="2041"/>
            <w:tcMar>
              <w:top w:w="65" w:type="dxa"/>
              <w:start w:w="60" w:type="dxa"/>
              <w:bottom w:w="65" w:type="dxa"/>
              <w:end w:w="60" w:type="dxa"/>
            </w:tcMar>
            <w:vAlign w:val="top"/>
          </w:tcPr>
          <w:p>
            <w:pPr>
              <w:spacing w:after="0" w:line="240" w:lineRule="auto"/>
            </w:pPr>
            <w:r>
              <w:rPr>
                <w:rFonts w:ascii="Arial" w:hAnsi="Arial" w:eastAsia="Arial"/>
              </w:rPr>
            </w:r>
            <w:r>
              <w:rPr>
                <w:rFonts w:ascii="Arial" w:hAnsi="Arial" w:eastAsia="Arial"/>
                <w:b w:val="0"/>
                <w:i w:val="0"/>
                <w:sz w:val="15"/>
              </w:rPr>
              <w:t>Mốc 1. Trước tháo dỡ</w:t>
            </w:r>
          </w:p>
        </w:tc>
        <w:tc>
          <w:tcPr>
            <w:tcW w:type="dxa" w:w="4139"/>
            <w:tcMar>
              <w:top w:w="65" w:type="dxa"/>
              <w:start w:w="60" w:type="dxa"/>
              <w:bottom w:w="65" w:type="dxa"/>
              <w:end w:w="60" w:type="dxa"/>
            </w:tcMar>
            <w:vAlign w:val="top"/>
          </w:tcPr>
          <w:p>
            <w:pPr>
              <w:spacing w:after="0" w:line="240" w:lineRule="auto"/>
            </w:pPr>
            <w:r>
              <w:rPr>
                <w:rFonts w:ascii="Arial" w:hAnsi="Arial" w:eastAsia="Arial"/>
              </w:rPr>
            </w:r>
            <w:r>
              <w:rPr>
                <w:rFonts w:ascii="Arial" w:hAnsi="Arial" w:eastAsia="Arial"/>
                <w:b w:val="0"/>
                <w:i w:val="0"/>
                <w:sz w:val="15"/>
              </w:rPr>
              <w:t>Chụp hiện trạng, xác định phần giữ lại, phần tháo, bảo vệ thang máy/sàn/tường, quy định tòa nhà.</w:t>
            </w:r>
          </w:p>
        </w:tc>
        <w:tc>
          <w:tcPr>
            <w:tcW w:type="dxa" w:w="2608"/>
            <w:tcMar>
              <w:top w:w="65" w:type="dxa"/>
              <w:start w:w="60" w:type="dxa"/>
              <w:bottom w:w="65" w:type="dxa"/>
              <w:end w:w="60" w:type="dxa"/>
            </w:tcMar>
            <w:vAlign w:val="top"/>
          </w:tcPr>
          <w:p>
            <w:pPr>
              <w:spacing w:after="0" w:line="240" w:lineRule="auto"/>
            </w:pPr>
            <w:r>
              <w:rPr>
                <w:rFonts w:ascii="Arial" w:hAnsi="Arial" w:eastAsia="Arial"/>
              </w:rPr>
            </w:r>
            <w:r>
              <w:rPr>
                <w:rFonts w:ascii="Arial" w:hAnsi="Arial" w:eastAsia="Arial"/>
                <w:b w:val="0"/>
                <w:i w:val="0"/>
                <w:sz w:val="15"/>
              </w:rPr>
              <w:t>Tránh hỏng hiện trạng và tranh cãi ban đầu.</w:t>
            </w:r>
          </w:p>
        </w:tc>
      </w:tr>
      <w:tr>
        <w:tc>
          <w:tcPr>
            <w:tcW w:type="dxa" w:w="2041"/>
            <w:tcMar>
              <w:top w:w="65" w:type="dxa"/>
              <w:start w:w="60" w:type="dxa"/>
              <w:bottom w:w="65" w:type="dxa"/>
              <w:end w:w="60" w:type="dxa"/>
            </w:tcMar>
            <w:vAlign w:val="top"/>
            <w:shd w:fill="FAF9F6"/>
          </w:tcPr>
          <w:p>
            <w:pPr>
              <w:spacing w:after="0" w:line="240" w:lineRule="auto"/>
            </w:pPr>
            <w:r>
              <w:rPr>
                <w:rFonts w:ascii="Arial" w:hAnsi="Arial" w:eastAsia="Arial"/>
              </w:rPr>
            </w:r>
            <w:r>
              <w:rPr>
                <w:rFonts w:ascii="Arial" w:hAnsi="Arial" w:eastAsia="Arial"/>
                <w:b w:val="0"/>
                <w:i w:val="0"/>
                <w:sz w:val="15"/>
              </w:rPr>
              <w:t>Mốc 2. Sau tháo dỡ</w:t>
            </w:r>
          </w:p>
        </w:tc>
        <w:tc>
          <w:tcPr>
            <w:tcW w:type="dxa" w:w="4139"/>
            <w:tcMar>
              <w:top w:w="65" w:type="dxa"/>
              <w:start w:w="60" w:type="dxa"/>
              <w:bottom w:w="65" w:type="dxa"/>
              <w:end w:w="60" w:type="dxa"/>
            </w:tcMar>
            <w:vAlign w:val="top"/>
            <w:shd w:fill="FAF9F6"/>
          </w:tcPr>
          <w:p>
            <w:pPr>
              <w:spacing w:after="0" w:line="240" w:lineRule="auto"/>
            </w:pPr>
            <w:r>
              <w:rPr>
                <w:rFonts w:ascii="Arial" w:hAnsi="Arial" w:eastAsia="Arial"/>
              </w:rPr>
            </w:r>
            <w:r>
              <w:rPr>
                <w:rFonts w:ascii="Arial" w:hAnsi="Arial" w:eastAsia="Arial"/>
                <w:b w:val="0"/>
                <w:i w:val="0"/>
                <w:sz w:val="15"/>
              </w:rPr>
              <w:t>Kiểm tra lộ ra: tường, trần, ống, thấm, nứt, đường điện/nước cũ.</w:t>
            </w:r>
          </w:p>
        </w:tc>
        <w:tc>
          <w:tcPr>
            <w:tcW w:type="dxa" w:w="2608"/>
            <w:tcMar>
              <w:top w:w="65" w:type="dxa"/>
              <w:start w:w="60" w:type="dxa"/>
              <w:bottom w:w="65" w:type="dxa"/>
              <w:end w:w="60" w:type="dxa"/>
            </w:tcMar>
            <w:vAlign w:val="top"/>
            <w:shd w:fill="FAF9F6"/>
          </w:tcPr>
          <w:p>
            <w:pPr>
              <w:spacing w:after="0" w:line="240" w:lineRule="auto"/>
            </w:pPr>
            <w:r>
              <w:rPr>
                <w:rFonts w:ascii="Arial" w:hAnsi="Arial" w:eastAsia="Arial"/>
              </w:rPr>
            </w:r>
            <w:r>
              <w:rPr>
                <w:rFonts w:ascii="Arial" w:hAnsi="Arial" w:eastAsia="Arial"/>
                <w:b w:val="0"/>
                <w:i w:val="0"/>
                <w:sz w:val="15"/>
              </w:rPr>
              <w:t>Phát hiện rủi ro trước khi che lại.</w:t>
            </w:r>
          </w:p>
        </w:tc>
      </w:tr>
      <w:tr>
        <w:tc>
          <w:tcPr>
            <w:tcW w:type="dxa" w:w="2041"/>
            <w:tcMar>
              <w:top w:w="65" w:type="dxa"/>
              <w:start w:w="60" w:type="dxa"/>
              <w:bottom w:w="65" w:type="dxa"/>
              <w:end w:w="60" w:type="dxa"/>
            </w:tcMar>
            <w:vAlign w:val="top"/>
          </w:tcPr>
          <w:p>
            <w:pPr>
              <w:spacing w:after="0" w:line="240" w:lineRule="auto"/>
            </w:pPr>
            <w:r>
              <w:rPr>
                <w:rFonts w:ascii="Arial" w:hAnsi="Arial" w:eastAsia="Arial"/>
              </w:rPr>
            </w:r>
            <w:r>
              <w:rPr>
                <w:rFonts w:ascii="Arial" w:hAnsi="Arial" w:eastAsia="Arial"/>
                <w:b w:val="0"/>
                <w:i w:val="0"/>
                <w:sz w:val="15"/>
              </w:rPr>
              <w:t>Mốc 3. MEP âm</w:t>
            </w:r>
          </w:p>
        </w:tc>
        <w:tc>
          <w:tcPr>
            <w:tcW w:type="dxa" w:w="4139"/>
            <w:tcMar>
              <w:top w:w="65" w:type="dxa"/>
              <w:start w:w="60" w:type="dxa"/>
              <w:bottom w:w="65" w:type="dxa"/>
              <w:end w:w="60" w:type="dxa"/>
            </w:tcMar>
            <w:vAlign w:val="top"/>
          </w:tcPr>
          <w:p>
            <w:pPr>
              <w:spacing w:after="0" w:line="240" w:lineRule="auto"/>
            </w:pPr>
            <w:r>
              <w:rPr>
                <w:rFonts w:ascii="Arial" w:hAnsi="Arial" w:eastAsia="Arial"/>
              </w:rPr>
            </w:r>
            <w:r>
              <w:rPr>
                <w:rFonts w:ascii="Arial" w:hAnsi="Arial" w:eastAsia="Arial"/>
                <w:b w:val="0"/>
                <w:i w:val="0"/>
                <w:sz w:val="15"/>
              </w:rPr>
              <w:t>Điện, nước, điều hòa, hút mùi, mạng, camera, ổ cắm, thoát sàn.</w:t>
            </w:r>
          </w:p>
        </w:tc>
        <w:tc>
          <w:tcPr>
            <w:tcW w:type="dxa" w:w="2608"/>
            <w:tcMar>
              <w:top w:w="65" w:type="dxa"/>
              <w:start w:w="60" w:type="dxa"/>
              <w:bottom w:w="65" w:type="dxa"/>
              <w:end w:w="60" w:type="dxa"/>
            </w:tcMar>
            <w:vAlign w:val="top"/>
          </w:tcPr>
          <w:p>
            <w:pPr>
              <w:spacing w:after="0" w:line="240" w:lineRule="auto"/>
            </w:pPr>
            <w:r>
              <w:rPr>
                <w:rFonts w:ascii="Arial" w:hAnsi="Arial" w:eastAsia="Arial"/>
              </w:rPr>
            </w:r>
            <w:r>
              <w:rPr>
                <w:rFonts w:ascii="Arial" w:hAnsi="Arial" w:eastAsia="Arial"/>
                <w:b w:val="0"/>
                <w:i w:val="0"/>
                <w:sz w:val="15"/>
              </w:rPr>
              <w:t>Sai MEP rất tốn tiền sửa sau khi hoàn thiện.</w:t>
            </w:r>
          </w:p>
        </w:tc>
      </w:tr>
      <w:tr>
        <w:tc>
          <w:tcPr>
            <w:tcW w:type="dxa" w:w="2041"/>
            <w:tcMar>
              <w:top w:w="65" w:type="dxa"/>
              <w:start w:w="60" w:type="dxa"/>
              <w:bottom w:w="65" w:type="dxa"/>
              <w:end w:w="60" w:type="dxa"/>
            </w:tcMar>
            <w:vAlign w:val="top"/>
            <w:shd w:fill="FAF9F6"/>
          </w:tcPr>
          <w:p>
            <w:pPr>
              <w:spacing w:after="0" w:line="240" w:lineRule="auto"/>
            </w:pPr>
            <w:r>
              <w:rPr>
                <w:rFonts w:ascii="Arial" w:hAnsi="Arial" w:eastAsia="Arial"/>
              </w:rPr>
            </w:r>
            <w:r>
              <w:rPr>
                <w:rFonts w:ascii="Arial" w:hAnsi="Arial" w:eastAsia="Arial"/>
                <w:b w:val="0"/>
                <w:i w:val="0"/>
                <w:sz w:val="15"/>
              </w:rPr>
              <w:t>Mốc 4. Chống thấm</w:t>
            </w:r>
          </w:p>
        </w:tc>
        <w:tc>
          <w:tcPr>
            <w:tcW w:type="dxa" w:w="4139"/>
            <w:tcMar>
              <w:top w:w="65" w:type="dxa"/>
              <w:start w:w="60" w:type="dxa"/>
              <w:bottom w:w="65" w:type="dxa"/>
              <w:end w:w="60" w:type="dxa"/>
            </w:tcMar>
            <w:vAlign w:val="top"/>
            <w:shd w:fill="FAF9F6"/>
          </w:tcPr>
          <w:p>
            <w:pPr>
              <w:spacing w:after="0" w:line="240" w:lineRule="auto"/>
            </w:pPr>
            <w:r>
              <w:rPr>
                <w:rFonts w:ascii="Arial" w:hAnsi="Arial" w:eastAsia="Arial"/>
              </w:rPr>
            </w:r>
            <w:r>
              <w:rPr>
                <w:rFonts w:ascii="Arial" w:hAnsi="Arial" w:eastAsia="Arial"/>
                <w:b w:val="0"/>
                <w:i w:val="0"/>
                <w:sz w:val="15"/>
              </w:rPr>
              <w:t>WC, ban công, sân thượng, bếp, khu ẩm, test nước.</w:t>
            </w:r>
          </w:p>
        </w:tc>
        <w:tc>
          <w:tcPr>
            <w:tcW w:type="dxa" w:w="2608"/>
            <w:tcMar>
              <w:top w:w="65" w:type="dxa"/>
              <w:start w:w="60" w:type="dxa"/>
              <w:bottom w:w="65" w:type="dxa"/>
              <w:end w:w="60" w:type="dxa"/>
            </w:tcMar>
            <w:vAlign w:val="top"/>
            <w:shd w:fill="FAF9F6"/>
          </w:tcPr>
          <w:p>
            <w:pPr>
              <w:spacing w:after="0" w:line="240" w:lineRule="auto"/>
            </w:pPr>
            <w:r>
              <w:rPr>
                <w:rFonts w:ascii="Arial" w:hAnsi="Arial" w:eastAsia="Arial"/>
              </w:rPr>
            </w:r>
            <w:r>
              <w:rPr>
                <w:rFonts w:ascii="Arial" w:hAnsi="Arial" w:eastAsia="Arial"/>
                <w:b w:val="0"/>
                <w:i w:val="0"/>
                <w:sz w:val="15"/>
              </w:rPr>
              <w:t>Chống thấm là rủi ro lớn trong cải tạo.</w:t>
            </w:r>
          </w:p>
        </w:tc>
      </w:tr>
      <w:tr>
        <w:tc>
          <w:tcPr>
            <w:tcW w:type="dxa" w:w="2041"/>
            <w:tcMar>
              <w:top w:w="65" w:type="dxa"/>
              <w:start w:w="60" w:type="dxa"/>
              <w:bottom w:w="65" w:type="dxa"/>
              <w:end w:w="60" w:type="dxa"/>
            </w:tcMar>
            <w:vAlign w:val="top"/>
          </w:tcPr>
          <w:p>
            <w:pPr>
              <w:spacing w:after="0" w:line="240" w:lineRule="auto"/>
            </w:pPr>
            <w:r>
              <w:rPr>
                <w:rFonts w:ascii="Arial" w:hAnsi="Arial" w:eastAsia="Arial"/>
              </w:rPr>
            </w:r>
            <w:r>
              <w:rPr>
                <w:rFonts w:ascii="Arial" w:hAnsi="Arial" w:eastAsia="Arial"/>
                <w:b w:val="0"/>
                <w:i w:val="0"/>
                <w:sz w:val="15"/>
              </w:rPr>
              <w:t>Mốc 5. Trần - tường - sàn</w:t>
            </w:r>
          </w:p>
        </w:tc>
        <w:tc>
          <w:tcPr>
            <w:tcW w:type="dxa" w:w="4139"/>
            <w:tcMar>
              <w:top w:w="65" w:type="dxa"/>
              <w:start w:w="60" w:type="dxa"/>
              <w:bottom w:w="65" w:type="dxa"/>
              <w:end w:w="60" w:type="dxa"/>
            </w:tcMar>
            <w:vAlign w:val="top"/>
          </w:tcPr>
          <w:p>
            <w:pPr>
              <w:spacing w:after="0" w:line="240" w:lineRule="auto"/>
            </w:pPr>
            <w:r>
              <w:rPr>
                <w:rFonts w:ascii="Arial" w:hAnsi="Arial" w:eastAsia="Arial"/>
              </w:rPr>
            </w:r>
            <w:r>
              <w:rPr>
                <w:rFonts w:ascii="Arial" w:hAnsi="Arial" w:eastAsia="Arial"/>
                <w:b w:val="0"/>
                <w:i w:val="0"/>
                <w:sz w:val="15"/>
              </w:rPr>
              <w:t>Cốt trần, đèn, phẳng tường, ron gạch, độ dốc, khe tiếp giáp.</w:t>
            </w:r>
          </w:p>
        </w:tc>
        <w:tc>
          <w:tcPr>
            <w:tcW w:type="dxa" w:w="2608"/>
            <w:tcMar>
              <w:top w:w="65" w:type="dxa"/>
              <w:start w:w="60" w:type="dxa"/>
              <w:bottom w:w="65" w:type="dxa"/>
              <w:end w:w="60" w:type="dxa"/>
            </w:tcMar>
            <w:vAlign w:val="top"/>
          </w:tcPr>
          <w:p>
            <w:pPr>
              <w:spacing w:after="0" w:line="240" w:lineRule="auto"/>
            </w:pPr>
            <w:r>
              <w:rPr>
                <w:rFonts w:ascii="Arial" w:hAnsi="Arial" w:eastAsia="Arial"/>
              </w:rPr>
            </w:r>
            <w:r>
              <w:rPr>
                <w:rFonts w:ascii="Arial" w:hAnsi="Arial" w:eastAsia="Arial"/>
                <w:b w:val="0"/>
                <w:i w:val="0"/>
                <w:sz w:val="15"/>
              </w:rPr>
              <w:t>Quyết định cảm giác hoàn thiện.</w:t>
            </w:r>
          </w:p>
        </w:tc>
      </w:tr>
      <w:tr>
        <w:tc>
          <w:tcPr>
            <w:tcW w:type="dxa" w:w="2041"/>
            <w:tcMar>
              <w:top w:w="65" w:type="dxa"/>
              <w:start w:w="60" w:type="dxa"/>
              <w:bottom w:w="65" w:type="dxa"/>
              <w:end w:w="60" w:type="dxa"/>
            </w:tcMar>
            <w:vAlign w:val="top"/>
            <w:shd w:fill="FAF9F6"/>
          </w:tcPr>
          <w:p>
            <w:pPr>
              <w:spacing w:after="0" w:line="240" w:lineRule="auto"/>
            </w:pPr>
            <w:r>
              <w:rPr>
                <w:rFonts w:ascii="Arial" w:hAnsi="Arial" w:eastAsia="Arial"/>
              </w:rPr>
            </w:r>
            <w:r>
              <w:rPr>
                <w:rFonts w:ascii="Arial" w:hAnsi="Arial" w:eastAsia="Arial"/>
                <w:b w:val="0"/>
                <w:i w:val="0"/>
                <w:sz w:val="15"/>
              </w:rPr>
              <w:t>Mốc 6. Nội thất liền tường</w:t>
            </w:r>
          </w:p>
        </w:tc>
        <w:tc>
          <w:tcPr>
            <w:tcW w:type="dxa" w:w="4139"/>
            <w:tcMar>
              <w:top w:w="65" w:type="dxa"/>
              <w:start w:w="60" w:type="dxa"/>
              <w:bottom w:w="65" w:type="dxa"/>
              <w:end w:w="60" w:type="dxa"/>
            </w:tcMar>
            <w:vAlign w:val="top"/>
            <w:shd w:fill="FAF9F6"/>
          </w:tcPr>
          <w:p>
            <w:pPr>
              <w:spacing w:after="0" w:line="240" w:lineRule="auto"/>
            </w:pPr>
            <w:r>
              <w:rPr>
                <w:rFonts w:ascii="Arial" w:hAnsi="Arial" w:eastAsia="Arial"/>
              </w:rPr>
            </w:r>
            <w:r>
              <w:rPr>
                <w:rFonts w:ascii="Arial" w:hAnsi="Arial" w:eastAsia="Arial"/>
                <w:b w:val="0"/>
                <w:i w:val="0"/>
                <w:sz w:val="15"/>
              </w:rPr>
              <w:t>Kích thước, khe hở, cánh, ray, bản lề, phụ kiện, lỗ kỹ thuật, thông gió.</w:t>
            </w:r>
          </w:p>
        </w:tc>
        <w:tc>
          <w:tcPr>
            <w:tcW w:type="dxa" w:w="2608"/>
            <w:tcMar>
              <w:top w:w="65" w:type="dxa"/>
              <w:start w:w="60" w:type="dxa"/>
              <w:bottom w:w="65" w:type="dxa"/>
              <w:end w:w="60" w:type="dxa"/>
            </w:tcMar>
            <w:vAlign w:val="top"/>
            <w:shd w:fill="FAF9F6"/>
          </w:tcPr>
          <w:p>
            <w:pPr>
              <w:spacing w:after="0" w:line="240" w:lineRule="auto"/>
            </w:pPr>
            <w:r>
              <w:rPr>
                <w:rFonts w:ascii="Arial" w:hAnsi="Arial" w:eastAsia="Arial"/>
              </w:rPr>
            </w:r>
            <w:r>
              <w:rPr>
                <w:rFonts w:ascii="Arial" w:hAnsi="Arial" w:eastAsia="Arial"/>
                <w:b w:val="0"/>
                <w:i w:val="0"/>
                <w:sz w:val="15"/>
              </w:rPr>
              <w:t>Nội thất liền tường sai rất khó sửa đẹp.</w:t>
            </w:r>
          </w:p>
        </w:tc>
      </w:tr>
      <w:tr>
        <w:tc>
          <w:tcPr>
            <w:tcW w:type="dxa" w:w="2041"/>
            <w:tcMar>
              <w:top w:w="65" w:type="dxa"/>
              <w:start w:w="60" w:type="dxa"/>
              <w:bottom w:w="65" w:type="dxa"/>
              <w:end w:w="60" w:type="dxa"/>
            </w:tcMar>
            <w:vAlign w:val="top"/>
          </w:tcPr>
          <w:p>
            <w:pPr>
              <w:spacing w:after="0" w:line="240" w:lineRule="auto"/>
            </w:pPr>
            <w:r>
              <w:rPr>
                <w:rFonts w:ascii="Arial" w:hAnsi="Arial" w:eastAsia="Arial"/>
              </w:rPr>
            </w:r>
            <w:r>
              <w:rPr>
                <w:rFonts w:ascii="Arial" w:hAnsi="Arial" w:eastAsia="Arial"/>
                <w:b w:val="0"/>
                <w:i w:val="0"/>
                <w:sz w:val="15"/>
              </w:rPr>
              <w:t>Mốc 7. Thiết bị &amp; đồ rời</w:t>
            </w:r>
          </w:p>
        </w:tc>
        <w:tc>
          <w:tcPr>
            <w:tcW w:type="dxa" w:w="4139"/>
            <w:tcMar>
              <w:top w:w="65" w:type="dxa"/>
              <w:start w:w="60" w:type="dxa"/>
              <w:bottom w:w="65" w:type="dxa"/>
              <w:end w:w="60" w:type="dxa"/>
            </w:tcMar>
            <w:vAlign w:val="top"/>
          </w:tcPr>
          <w:p>
            <w:pPr>
              <w:spacing w:after="0" w:line="240" w:lineRule="auto"/>
            </w:pPr>
            <w:r>
              <w:rPr>
                <w:rFonts w:ascii="Arial" w:hAnsi="Arial" w:eastAsia="Arial"/>
              </w:rPr>
            </w:r>
            <w:r>
              <w:rPr>
                <w:rFonts w:ascii="Arial" w:hAnsi="Arial" w:eastAsia="Arial"/>
                <w:b w:val="0"/>
                <w:i w:val="0"/>
                <w:sz w:val="15"/>
              </w:rPr>
              <w:t>Thiết bị vệ sinh, bếp, đèn, rèm, sofa, bàn ghế, decor.</w:t>
            </w:r>
          </w:p>
        </w:tc>
        <w:tc>
          <w:tcPr>
            <w:tcW w:type="dxa" w:w="2608"/>
            <w:tcMar>
              <w:top w:w="65" w:type="dxa"/>
              <w:start w:w="60" w:type="dxa"/>
              <w:bottom w:w="65" w:type="dxa"/>
              <w:end w:w="60" w:type="dxa"/>
            </w:tcMar>
            <w:vAlign w:val="top"/>
          </w:tcPr>
          <w:p>
            <w:pPr>
              <w:spacing w:after="0" w:line="240" w:lineRule="auto"/>
            </w:pPr>
            <w:r>
              <w:rPr>
                <w:rFonts w:ascii="Arial" w:hAnsi="Arial" w:eastAsia="Arial"/>
              </w:rPr>
            </w:r>
            <w:r>
              <w:rPr>
                <w:rFonts w:ascii="Arial" w:hAnsi="Arial" w:eastAsia="Arial"/>
                <w:b w:val="0"/>
                <w:i w:val="0"/>
                <w:sz w:val="15"/>
              </w:rPr>
              <w:t>Hoàn thiện trải nghiệm sống thực tế.</w:t>
            </w:r>
          </w:p>
        </w:tc>
      </w:tr>
      <w:tr>
        <w:tc>
          <w:tcPr>
            <w:tcW w:type="dxa" w:w="2041"/>
            <w:tcMar>
              <w:top w:w="65" w:type="dxa"/>
              <w:start w:w="60" w:type="dxa"/>
              <w:bottom w:w="65" w:type="dxa"/>
              <w:end w:w="60" w:type="dxa"/>
            </w:tcMar>
            <w:vAlign w:val="top"/>
            <w:shd w:fill="FAF9F6"/>
          </w:tcPr>
          <w:p>
            <w:pPr>
              <w:spacing w:after="0" w:line="240" w:lineRule="auto"/>
            </w:pPr>
            <w:r>
              <w:rPr>
                <w:rFonts w:ascii="Arial" w:hAnsi="Arial" w:eastAsia="Arial"/>
              </w:rPr>
            </w:r>
            <w:r>
              <w:rPr>
                <w:rFonts w:ascii="Arial" w:hAnsi="Arial" w:eastAsia="Arial"/>
                <w:b w:val="0"/>
                <w:i w:val="0"/>
                <w:sz w:val="15"/>
              </w:rPr>
              <w:t>Mốc 8. Bàn giao</w:t>
            </w:r>
          </w:p>
        </w:tc>
        <w:tc>
          <w:tcPr>
            <w:tcW w:type="dxa" w:w="4139"/>
            <w:tcMar>
              <w:top w:w="65" w:type="dxa"/>
              <w:start w:w="60" w:type="dxa"/>
              <w:bottom w:w="65" w:type="dxa"/>
              <w:end w:w="60" w:type="dxa"/>
            </w:tcMar>
            <w:vAlign w:val="top"/>
            <w:shd w:fill="FAF9F6"/>
          </w:tcPr>
          <w:p>
            <w:pPr>
              <w:spacing w:after="0" w:line="240" w:lineRule="auto"/>
            </w:pPr>
            <w:r>
              <w:rPr>
                <w:rFonts w:ascii="Arial" w:hAnsi="Arial" w:eastAsia="Arial"/>
              </w:rPr>
            </w:r>
            <w:r>
              <w:rPr>
                <w:rFonts w:ascii="Arial" w:hAnsi="Arial" w:eastAsia="Arial"/>
                <w:b w:val="0"/>
                <w:i w:val="0"/>
                <w:sz w:val="15"/>
              </w:rPr>
              <w:t>Defect list, hồ sơ bảo hành, hướng dẫn vận hành, giữ lại thanh toán.</w:t>
            </w:r>
          </w:p>
        </w:tc>
        <w:tc>
          <w:tcPr>
            <w:tcW w:type="dxa" w:w="2608"/>
            <w:tcMar>
              <w:top w:w="65" w:type="dxa"/>
              <w:start w:w="60" w:type="dxa"/>
              <w:bottom w:w="65" w:type="dxa"/>
              <w:end w:w="60" w:type="dxa"/>
            </w:tcMar>
            <w:vAlign w:val="top"/>
            <w:shd w:fill="FAF9F6"/>
          </w:tcPr>
          <w:p>
            <w:pPr>
              <w:spacing w:after="0" w:line="240" w:lineRule="auto"/>
            </w:pPr>
            <w:r>
              <w:rPr>
                <w:rFonts w:ascii="Arial" w:hAnsi="Arial" w:eastAsia="Arial"/>
              </w:rPr>
            </w:r>
            <w:r>
              <w:rPr>
                <w:rFonts w:ascii="Arial" w:hAnsi="Arial" w:eastAsia="Arial"/>
                <w:b w:val="0"/>
                <w:i w:val="0"/>
                <w:sz w:val="15"/>
              </w:rPr>
              <w:t>Bảo vệ quyền lợi khách trước khi tất toán.</w:t>
            </w:r>
          </w:p>
        </w:tc>
      </w:tr>
    </w:tbl>
    <w:p>
      <w:pPr>
        <w:pStyle w:val="Heading1"/>
        <w:spacing w:before="200" w:after="100"/>
        <w:pBdr>
          <w:bottom w:val="single" w:sz="12" w:space="4" w:color="C8A96A"/>
        </w:pBdr>
      </w:pPr>
      <w:r>
        <w:rPr>
          <w:rFonts w:ascii="Arial" w:hAnsi="Arial" w:eastAsia="Arial"/>
          <w:b/>
          <w:i w:val="0"/>
          <w:color w:val="2F3338"/>
          <w:sz w:val="31"/>
        </w:rPr>
        <w:t>31. CHUẨN CHẤT LƯỢNG THAM CHIẾU TRONG TƯ VẤN</w:t>
      </w:r>
    </w:p>
    <w:p>
      <w:pPr>
        <w:spacing w:before="0" w:after="80" w:line="254" w:lineRule="auto"/>
      </w:pPr>
      <w:r>
        <w:rPr>
          <w:rFonts w:ascii="Arial" w:hAnsi="Arial" w:eastAsia="Arial"/>
          <w:b w:val="0"/>
          <w:i w:val="0"/>
          <w:sz w:val="18"/>
        </w:rPr>
        <w:t>ARCOVA cần thể hiện rằng tư vấn không chỉ dựa trên cảm tính thẩm mỹ. Với nhà ở, căn hộ, nhà phố và cải tạo, ARCOVA sử dụng các nguyên tắc từ tiêu chuẩn/quy chuẩn hiện hành làm lớp tham chiếu, đồng thời vẫn cần kiểm tra pháp lý và kỹ thuật cụ thể theo từng dự án.</w:t>
      </w:r>
    </w:p>
    <w:tbl>
      <w:tblPr>
        <w:tblStyle w:val="TableGrid"/>
        <w:tblW w:type="auto" w:w="0"/>
        <w:jc w:val="center"/>
        <w:tblLook w:firstColumn="1" w:firstRow="1" w:lastColumn="0" w:lastRow="0" w:noHBand="0" w:noVBand="1" w:val="04A0"/>
        <w:tblBorders>
          <w:top w:val="single" w:sz="5" w:space="0" w:color="E7D2A5"/>
          <w:left w:val="single" w:sz="5" w:space="0" w:color="E7D2A5"/>
          <w:bottom w:val="single" w:sz="5" w:space="0" w:color="E7D2A5"/>
          <w:right w:val="single" w:sz="5" w:space="0" w:color="E7D2A5"/>
          <w:insideH w:val="single" w:sz="5" w:space="0" w:color="E7D2A5"/>
          <w:insideV w:val="single" w:sz="5" w:space="0" w:color="E7D2A5"/>
        </w:tblBorders>
      </w:tblPr>
      <w:tblGrid>
        <w:gridCol w:w="3494"/>
        <w:gridCol w:w="3494"/>
        <w:gridCol w:w="3494"/>
      </w:tblGrid>
      <w:tr>
        <w:trPr>
          <w:tblHeader w:val="true"/>
        </w:trPr>
        <w:tc>
          <w:tcPr>
            <w:tcW w:type="dxa" w:w="2154"/>
            <w:shd w:fill="C8A96A"/>
            <w:tcMar>
              <w:top w:w="75" w:type="dxa"/>
              <w:start w:w="65" w:type="dxa"/>
              <w:bottom w:w="75" w:type="dxa"/>
              <w:end w:w="65" w:type="dxa"/>
            </w:tcMar>
          </w:tcPr>
          <w:p>
            <w:pPr>
              <w:spacing w:after="0" w:line="240" w:lineRule="auto"/>
              <w:jc w:val="center"/>
            </w:pPr>
            <w:r>
              <w:rPr>
                <w:rFonts w:ascii="Arial" w:hAnsi="Arial" w:eastAsia="Arial"/>
              </w:rPr>
            </w:r>
            <w:r>
              <w:rPr>
                <w:rFonts w:ascii="Arial" w:hAnsi="Arial" w:eastAsia="Arial"/>
                <w:b/>
                <w:i w:val="0"/>
                <w:color w:val="FFFFFF"/>
                <w:sz w:val="14"/>
              </w:rPr>
              <w:t>Nguồn tham chiếu</w:t>
            </w:r>
          </w:p>
        </w:tc>
        <w:tc>
          <w:tcPr>
            <w:tcW w:type="dxa" w:w="2494"/>
            <w:shd w:fill="C8A96A"/>
            <w:tcMar>
              <w:top w:w="75" w:type="dxa"/>
              <w:start w:w="65" w:type="dxa"/>
              <w:bottom w:w="75" w:type="dxa"/>
              <w:end w:w="65" w:type="dxa"/>
            </w:tcMar>
          </w:tcPr>
          <w:p>
            <w:pPr>
              <w:spacing w:after="0" w:line="240" w:lineRule="auto"/>
              <w:jc w:val="center"/>
            </w:pPr>
            <w:r>
              <w:rPr>
                <w:rFonts w:ascii="Arial" w:hAnsi="Arial" w:eastAsia="Arial"/>
              </w:rPr>
            </w:r>
            <w:r>
              <w:rPr>
                <w:rFonts w:ascii="Arial" w:hAnsi="Arial" w:eastAsia="Arial"/>
                <w:b/>
                <w:i w:val="0"/>
                <w:color w:val="FFFFFF"/>
                <w:sz w:val="14"/>
              </w:rPr>
              <w:t>Nội dung</w:t>
            </w:r>
          </w:p>
        </w:tc>
        <w:tc>
          <w:tcPr>
            <w:tcW w:type="dxa" w:w="4139"/>
            <w:shd w:fill="C8A96A"/>
            <w:tcMar>
              <w:top w:w="75" w:type="dxa"/>
              <w:start w:w="65" w:type="dxa"/>
              <w:bottom w:w="75" w:type="dxa"/>
              <w:end w:w="65" w:type="dxa"/>
            </w:tcMar>
          </w:tcPr>
          <w:p>
            <w:pPr>
              <w:spacing w:after="0" w:line="240" w:lineRule="auto"/>
              <w:jc w:val="center"/>
            </w:pPr>
            <w:r>
              <w:rPr>
                <w:rFonts w:ascii="Arial" w:hAnsi="Arial" w:eastAsia="Arial"/>
              </w:rPr>
            </w:r>
            <w:r>
              <w:rPr>
                <w:rFonts w:ascii="Arial" w:hAnsi="Arial" w:eastAsia="Arial"/>
                <w:b/>
                <w:i w:val="0"/>
                <w:color w:val="FFFFFF"/>
                <w:sz w:val="14"/>
              </w:rPr>
              <w:t>Ứng dụng trong tư vấn ARCOVA</w:t>
            </w:r>
          </w:p>
        </w:tc>
      </w:tr>
      <w:tr>
        <w:tc>
          <w:tcPr>
            <w:tcW w:type="dxa" w:w="2154"/>
            <w:tcMar>
              <w:top w:w="65" w:type="dxa"/>
              <w:start w:w="60" w:type="dxa"/>
              <w:bottom w:w="65" w:type="dxa"/>
              <w:end w:w="60" w:type="dxa"/>
            </w:tcMar>
            <w:vAlign w:val="top"/>
          </w:tcPr>
          <w:p>
            <w:pPr>
              <w:spacing w:after="0" w:line="240" w:lineRule="auto"/>
            </w:pPr>
            <w:r>
              <w:rPr>
                <w:rFonts w:ascii="Arial" w:hAnsi="Arial" w:eastAsia="Arial"/>
              </w:rPr>
            </w:r>
            <w:r>
              <w:rPr>
                <w:rFonts w:ascii="Arial" w:hAnsi="Arial" w:eastAsia="Arial"/>
                <w:b w:val="0"/>
                <w:i w:val="0"/>
                <w:sz w:val="14"/>
              </w:rPr>
              <w:t>TCVN 4451:2012</w:t>
            </w:r>
          </w:p>
        </w:tc>
        <w:tc>
          <w:tcPr>
            <w:tcW w:type="dxa" w:w="2494"/>
            <w:tcMar>
              <w:top w:w="65" w:type="dxa"/>
              <w:start w:w="60" w:type="dxa"/>
              <w:bottom w:w="65" w:type="dxa"/>
              <w:end w:w="60" w:type="dxa"/>
            </w:tcMar>
            <w:vAlign w:val="top"/>
          </w:tcPr>
          <w:p>
            <w:pPr>
              <w:spacing w:after="0" w:line="240" w:lineRule="auto"/>
            </w:pPr>
            <w:r>
              <w:rPr>
                <w:rFonts w:ascii="Arial" w:hAnsi="Arial" w:eastAsia="Arial"/>
              </w:rPr>
            </w:r>
            <w:r>
              <w:rPr>
                <w:rFonts w:ascii="Arial" w:hAnsi="Arial" w:eastAsia="Arial"/>
                <w:b w:val="0"/>
                <w:i w:val="0"/>
                <w:sz w:val="14"/>
              </w:rPr>
              <w:t>Nhà ở - Nguyên tắc cơ bản để thiết kế.</w:t>
            </w:r>
          </w:p>
        </w:tc>
        <w:tc>
          <w:tcPr>
            <w:tcW w:type="dxa" w:w="4139"/>
            <w:tcMar>
              <w:top w:w="65" w:type="dxa"/>
              <w:start w:w="60" w:type="dxa"/>
              <w:bottom w:w="65" w:type="dxa"/>
              <w:end w:w="60" w:type="dxa"/>
            </w:tcMar>
            <w:vAlign w:val="top"/>
          </w:tcPr>
          <w:p>
            <w:pPr>
              <w:spacing w:after="0" w:line="240" w:lineRule="auto"/>
            </w:pPr>
            <w:r>
              <w:rPr>
                <w:rFonts w:ascii="Arial" w:hAnsi="Arial" w:eastAsia="Arial"/>
              </w:rPr>
            </w:r>
            <w:r>
              <w:rPr>
                <w:rFonts w:ascii="Arial" w:hAnsi="Arial" w:eastAsia="Arial"/>
                <w:b w:val="0"/>
                <w:i w:val="0"/>
                <w:sz w:val="14"/>
              </w:rPr>
              <w:t>Tham chiếu về tiện nghi, an toàn, chiều cao, phòng ở, khu phụ trợ, thông gió, chiếu sáng, hành lang, cầu thang.</w:t>
            </w:r>
          </w:p>
        </w:tc>
      </w:tr>
      <w:tr>
        <w:tc>
          <w:tcPr>
            <w:tcW w:type="dxa" w:w="2154"/>
            <w:tcMar>
              <w:top w:w="65" w:type="dxa"/>
              <w:start w:w="60" w:type="dxa"/>
              <w:bottom w:w="65" w:type="dxa"/>
              <w:end w:w="60" w:type="dxa"/>
            </w:tcMar>
            <w:vAlign w:val="top"/>
            <w:shd w:fill="FAF9F6"/>
          </w:tcPr>
          <w:p>
            <w:pPr>
              <w:spacing w:after="0" w:line="240" w:lineRule="auto"/>
            </w:pPr>
            <w:r>
              <w:rPr>
                <w:rFonts w:ascii="Arial" w:hAnsi="Arial" w:eastAsia="Arial"/>
              </w:rPr>
            </w:r>
            <w:r>
              <w:rPr>
                <w:rFonts w:ascii="Arial" w:hAnsi="Arial" w:eastAsia="Arial"/>
                <w:b w:val="0"/>
                <w:i w:val="0"/>
                <w:sz w:val="14"/>
              </w:rPr>
              <w:t>TCVN 9411:2012</w:t>
            </w:r>
          </w:p>
        </w:tc>
        <w:tc>
          <w:tcPr>
            <w:tcW w:type="dxa" w:w="2494"/>
            <w:tcMar>
              <w:top w:w="65" w:type="dxa"/>
              <w:start w:w="60" w:type="dxa"/>
              <w:bottom w:w="65" w:type="dxa"/>
              <w:end w:w="60" w:type="dxa"/>
            </w:tcMar>
            <w:vAlign w:val="top"/>
            <w:shd w:fill="FAF9F6"/>
          </w:tcPr>
          <w:p>
            <w:pPr>
              <w:spacing w:after="0" w:line="240" w:lineRule="auto"/>
            </w:pPr>
            <w:r>
              <w:rPr>
                <w:rFonts w:ascii="Arial" w:hAnsi="Arial" w:eastAsia="Arial"/>
              </w:rPr>
            </w:r>
            <w:r>
              <w:rPr>
                <w:rFonts w:ascii="Arial" w:hAnsi="Arial" w:eastAsia="Arial"/>
                <w:b w:val="0"/>
                <w:i w:val="0"/>
                <w:sz w:val="14"/>
              </w:rPr>
              <w:t>Nhà ở liên kế - Tiêu chuẩn thiết kế.</w:t>
            </w:r>
          </w:p>
        </w:tc>
        <w:tc>
          <w:tcPr>
            <w:tcW w:type="dxa" w:w="4139"/>
            <w:tcMar>
              <w:top w:w="65" w:type="dxa"/>
              <w:start w:w="60" w:type="dxa"/>
              <w:bottom w:w="65" w:type="dxa"/>
              <w:end w:w="60" w:type="dxa"/>
            </w:tcMar>
            <w:vAlign w:val="top"/>
            <w:shd w:fill="FAF9F6"/>
          </w:tcPr>
          <w:p>
            <w:pPr>
              <w:spacing w:after="0" w:line="240" w:lineRule="auto"/>
            </w:pPr>
            <w:r>
              <w:rPr>
                <w:rFonts w:ascii="Arial" w:hAnsi="Arial" w:eastAsia="Arial"/>
              </w:rPr>
            </w:r>
            <w:r>
              <w:rPr>
                <w:rFonts w:ascii="Arial" w:hAnsi="Arial" w:eastAsia="Arial"/>
                <w:b w:val="0"/>
                <w:i w:val="0"/>
                <w:sz w:val="14"/>
              </w:rPr>
              <w:t>Tham chiếu nhà phố/nhà liền kề: lô đất, khoảng lùi, chiều sâu, thông gió, chiếu sáng, quan hệ với công trình bên cạnh.</w:t>
            </w:r>
          </w:p>
        </w:tc>
      </w:tr>
      <w:tr>
        <w:tc>
          <w:tcPr>
            <w:tcW w:type="dxa" w:w="2154"/>
            <w:tcMar>
              <w:top w:w="65" w:type="dxa"/>
              <w:start w:w="60" w:type="dxa"/>
              <w:bottom w:w="65" w:type="dxa"/>
              <w:end w:w="60" w:type="dxa"/>
            </w:tcMar>
            <w:vAlign w:val="top"/>
          </w:tcPr>
          <w:p>
            <w:pPr>
              <w:spacing w:after="0" w:line="240" w:lineRule="auto"/>
            </w:pPr>
            <w:r>
              <w:rPr>
                <w:rFonts w:ascii="Arial" w:hAnsi="Arial" w:eastAsia="Arial"/>
              </w:rPr>
            </w:r>
            <w:r>
              <w:rPr>
                <w:rFonts w:ascii="Arial" w:hAnsi="Arial" w:eastAsia="Arial"/>
                <w:b w:val="0"/>
                <w:i w:val="0"/>
                <w:sz w:val="14"/>
              </w:rPr>
              <w:t>QCVN 04:2021/BXD</w:t>
            </w:r>
          </w:p>
        </w:tc>
        <w:tc>
          <w:tcPr>
            <w:tcW w:type="dxa" w:w="2494"/>
            <w:tcMar>
              <w:top w:w="65" w:type="dxa"/>
              <w:start w:w="60" w:type="dxa"/>
              <w:bottom w:w="65" w:type="dxa"/>
              <w:end w:w="60" w:type="dxa"/>
            </w:tcMar>
            <w:vAlign w:val="top"/>
          </w:tcPr>
          <w:p>
            <w:pPr>
              <w:spacing w:after="0" w:line="240" w:lineRule="auto"/>
            </w:pPr>
            <w:r>
              <w:rPr>
                <w:rFonts w:ascii="Arial" w:hAnsi="Arial" w:eastAsia="Arial"/>
              </w:rPr>
            </w:r>
            <w:r>
              <w:rPr>
                <w:rFonts w:ascii="Arial" w:hAnsi="Arial" w:eastAsia="Arial"/>
                <w:b w:val="0"/>
                <w:i w:val="0"/>
                <w:sz w:val="14"/>
              </w:rPr>
              <w:t>Quy chuẩn kỹ thuật quốc gia về nhà chung cư.</w:t>
            </w:r>
          </w:p>
        </w:tc>
        <w:tc>
          <w:tcPr>
            <w:tcW w:type="dxa" w:w="4139"/>
            <w:tcMar>
              <w:top w:w="65" w:type="dxa"/>
              <w:start w:w="60" w:type="dxa"/>
              <w:bottom w:w="65" w:type="dxa"/>
              <w:end w:w="60" w:type="dxa"/>
            </w:tcMar>
            <w:vAlign w:val="top"/>
          </w:tcPr>
          <w:p>
            <w:pPr>
              <w:spacing w:after="0" w:line="240" w:lineRule="auto"/>
            </w:pPr>
            <w:r>
              <w:rPr>
                <w:rFonts w:ascii="Arial" w:hAnsi="Arial" w:eastAsia="Arial"/>
              </w:rPr>
            </w:r>
            <w:r>
              <w:rPr>
                <w:rFonts w:ascii="Arial" w:hAnsi="Arial" w:eastAsia="Arial"/>
                <w:b w:val="0"/>
                <w:i w:val="0"/>
                <w:sz w:val="14"/>
              </w:rPr>
              <w:t>Tham chiếu căn hộ/chung cư: căn hộ, lô gia, ban công, kỹ thuật, thang máy, cấp thoát nước, thông gió, điện, PCCC.</w:t>
            </w:r>
          </w:p>
        </w:tc>
      </w:tr>
      <w:tr>
        <w:tc>
          <w:tcPr>
            <w:tcW w:type="dxa" w:w="2154"/>
            <w:tcMar>
              <w:top w:w="65" w:type="dxa"/>
              <w:start w:w="60" w:type="dxa"/>
              <w:bottom w:w="65" w:type="dxa"/>
              <w:end w:w="60" w:type="dxa"/>
            </w:tcMar>
            <w:vAlign w:val="top"/>
            <w:shd w:fill="FAF9F6"/>
          </w:tcPr>
          <w:p>
            <w:pPr>
              <w:spacing w:after="0" w:line="240" w:lineRule="auto"/>
            </w:pPr>
            <w:r>
              <w:rPr>
                <w:rFonts w:ascii="Arial" w:hAnsi="Arial" w:eastAsia="Arial"/>
              </w:rPr>
            </w:r>
            <w:r>
              <w:rPr>
                <w:rFonts w:ascii="Arial" w:hAnsi="Arial" w:eastAsia="Arial"/>
                <w:b w:val="0"/>
                <w:i w:val="0"/>
                <w:sz w:val="14"/>
              </w:rPr>
              <w:t>QCVN 06:2022/BXD và sửa đổi 2023</w:t>
            </w:r>
          </w:p>
        </w:tc>
        <w:tc>
          <w:tcPr>
            <w:tcW w:type="dxa" w:w="2494"/>
            <w:tcMar>
              <w:top w:w="65" w:type="dxa"/>
              <w:start w:w="60" w:type="dxa"/>
              <w:bottom w:w="65" w:type="dxa"/>
              <w:end w:w="60" w:type="dxa"/>
            </w:tcMar>
            <w:vAlign w:val="top"/>
            <w:shd w:fill="FAF9F6"/>
          </w:tcPr>
          <w:p>
            <w:pPr>
              <w:spacing w:after="0" w:line="240" w:lineRule="auto"/>
            </w:pPr>
            <w:r>
              <w:rPr>
                <w:rFonts w:ascii="Arial" w:hAnsi="Arial" w:eastAsia="Arial"/>
              </w:rPr>
            </w:r>
            <w:r>
              <w:rPr>
                <w:rFonts w:ascii="Arial" w:hAnsi="Arial" w:eastAsia="Arial"/>
                <w:b w:val="0"/>
                <w:i w:val="0"/>
                <w:sz w:val="14"/>
              </w:rPr>
              <w:t>An toàn cháy cho nhà và công trình.</w:t>
            </w:r>
          </w:p>
        </w:tc>
        <w:tc>
          <w:tcPr>
            <w:tcW w:type="dxa" w:w="4139"/>
            <w:tcMar>
              <w:top w:w="65" w:type="dxa"/>
              <w:start w:w="60" w:type="dxa"/>
              <w:bottom w:w="65" w:type="dxa"/>
              <w:end w:w="60" w:type="dxa"/>
            </w:tcMar>
            <w:vAlign w:val="top"/>
            <w:shd w:fill="FAF9F6"/>
          </w:tcPr>
          <w:p>
            <w:pPr>
              <w:spacing w:after="0" w:line="240" w:lineRule="auto"/>
            </w:pPr>
            <w:r>
              <w:rPr>
                <w:rFonts w:ascii="Arial" w:hAnsi="Arial" w:eastAsia="Arial"/>
              </w:rPr>
            </w:r>
            <w:r>
              <w:rPr>
                <w:rFonts w:ascii="Arial" w:hAnsi="Arial" w:eastAsia="Arial"/>
                <w:b w:val="0"/>
                <w:i w:val="0"/>
                <w:sz w:val="14"/>
              </w:rPr>
              <w:t>Tham chiếu an toàn cháy, thoát nạn, vật liệu, cải tạo, công năng sử dụng thực tế, yêu cầu PCCC.</w:t>
            </w:r>
          </w:p>
        </w:tc>
      </w:tr>
      <w:tr>
        <w:tc>
          <w:tcPr>
            <w:tcW w:type="dxa" w:w="2154"/>
            <w:tcMar>
              <w:top w:w="65" w:type="dxa"/>
              <w:start w:w="60" w:type="dxa"/>
              <w:bottom w:w="65" w:type="dxa"/>
              <w:end w:w="60" w:type="dxa"/>
            </w:tcMar>
            <w:vAlign w:val="top"/>
          </w:tcPr>
          <w:p>
            <w:pPr>
              <w:spacing w:after="0" w:line="240" w:lineRule="auto"/>
            </w:pPr>
            <w:r>
              <w:rPr>
                <w:rFonts w:ascii="Arial" w:hAnsi="Arial" w:eastAsia="Arial"/>
              </w:rPr>
            </w:r>
            <w:r>
              <w:rPr>
                <w:rFonts w:ascii="Arial" w:hAnsi="Arial" w:eastAsia="Arial"/>
                <w:b w:val="0"/>
                <w:i w:val="0"/>
                <w:sz w:val="14"/>
              </w:rPr>
              <w:t>Quy định tòa nhà/khu dân cư</w:t>
            </w:r>
          </w:p>
        </w:tc>
        <w:tc>
          <w:tcPr>
            <w:tcW w:type="dxa" w:w="2494"/>
            <w:tcMar>
              <w:top w:w="65" w:type="dxa"/>
              <w:start w:w="60" w:type="dxa"/>
              <w:bottom w:w="65" w:type="dxa"/>
              <w:end w:w="60" w:type="dxa"/>
            </w:tcMar>
            <w:vAlign w:val="top"/>
          </w:tcPr>
          <w:p>
            <w:pPr>
              <w:spacing w:after="0" w:line="240" w:lineRule="auto"/>
            </w:pPr>
            <w:r>
              <w:rPr>
                <w:rFonts w:ascii="Arial" w:hAnsi="Arial" w:eastAsia="Arial"/>
              </w:rPr>
            </w:r>
            <w:r>
              <w:rPr>
                <w:rFonts w:ascii="Arial" w:hAnsi="Arial" w:eastAsia="Arial"/>
                <w:b w:val="0"/>
                <w:i w:val="0"/>
                <w:sz w:val="14"/>
              </w:rPr>
              <w:t>Nội quy thi công, giờ làm, vận chuyển, đổ thải, bảo vệ hiện trạng, PCCC, điều hòa, mặt ngoài.</w:t>
            </w:r>
          </w:p>
        </w:tc>
        <w:tc>
          <w:tcPr>
            <w:tcW w:type="dxa" w:w="4139"/>
            <w:tcMar>
              <w:top w:w="65" w:type="dxa"/>
              <w:start w:w="60" w:type="dxa"/>
              <w:bottom w:w="65" w:type="dxa"/>
              <w:end w:w="60" w:type="dxa"/>
            </w:tcMar>
            <w:vAlign w:val="top"/>
          </w:tcPr>
          <w:p>
            <w:pPr>
              <w:spacing w:after="0" w:line="240" w:lineRule="auto"/>
            </w:pPr>
            <w:r>
              <w:rPr>
                <w:rFonts w:ascii="Arial" w:hAnsi="Arial" w:eastAsia="Arial"/>
              </w:rPr>
            </w:r>
            <w:r>
              <w:rPr>
                <w:rFonts w:ascii="Arial" w:hAnsi="Arial" w:eastAsia="Arial"/>
                <w:b w:val="0"/>
                <w:i w:val="0"/>
                <w:sz w:val="14"/>
              </w:rPr>
              <w:t>Rất quan trọng với căn hộ, văn phòng, showroom trong tòa nhà.</w:t>
            </w:r>
          </w:p>
        </w:tc>
      </w:tr>
      <w:tr>
        <w:tc>
          <w:tcPr>
            <w:tcW w:type="dxa" w:w="2154"/>
            <w:tcMar>
              <w:top w:w="65" w:type="dxa"/>
              <w:start w:w="60" w:type="dxa"/>
              <w:bottom w:w="65" w:type="dxa"/>
              <w:end w:w="60" w:type="dxa"/>
            </w:tcMar>
            <w:vAlign w:val="top"/>
            <w:shd w:fill="FAF9F6"/>
          </w:tcPr>
          <w:p>
            <w:pPr>
              <w:spacing w:after="0" w:line="240" w:lineRule="auto"/>
            </w:pPr>
            <w:r>
              <w:rPr>
                <w:rFonts w:ascii="Arial" w:hAnsi="Arial" w:eastAsia="Arial"/>
              </w:rPr>
            </w:r>
            <w:r>
              <w:rPr>
                <w:rFonts w:ascii="Arial" w:hAnsi="Arial" w:eastAsia="Arial"/>
                <w:b w:val="0"/>
                <w:i w:val="0"/>
                <w:sz w:val="14"/>
              </w:rPr>
              <w:t>Hồ sơ hiện trạng và giấy phép</w:t>
            </w:r>
          </w:p>
        </w:tc>
        <w:tc>
          <w:tcPr>
            <w:tcW w:type="dxa" w:w="2494"/>
            <w:tcMar>
              <w:top w:w="65" w:type="dxa"/>
              <w:start w:w="60" w:type="dxa"/>
              <w:bottom w:w="65" w:type="dxa"/>
              <w:end w:w="60" w:type="dxa"/>
            </w:tcMar>
            <w:vAlign w:val="top"/>
            <w:shd w:fill="FAF9F6"/>
          </w:tcPr>
          <w:p>
            <w:pPr>
              <w:spacing w:after="0" w:line="240" w:lineRule="auto"/>
            </w:pPr>
            <w:r>
              <w:rPr>
                <w:rFonts w:ascii="Arial" w:hAnsi="Arial" w:eastAsia="Arial"/>
              </w:rPr>
            </w:r>
            <w:r>
              <w:rPr>
                <w:rFonts w:ascii="Arial" w:hAnsi="Arial" w:eastAsia="Arial"/>
                <w:b w:val="0"/>
                <w:i w:val="0"/>
                <w:sz w:val="14"/>
              </w:rPr>
              <w:t>Bản vẽ hoàn công, bản vẽ bàn giao, giấy phép sửa chữa/xây dựng nếu cần.</w:t>
            </w:r>
          </w:p>
        </w:tc>
        <w:tc>
          <w:tcPr>
            <w:tcW w:type="dxa" w:w="4139"/>
            <w:tcMar>
              <w:top w:w="65" w:type="dxa"/>
              <w:start w:w="60" w:type="dxa"/>
              <w:bottom w:w="65" w:type="dxa"/>
              <w:end w:w="60" w:type="dxa"/>
            </w:tcMar>
            <w:vAlign w:val="top"/>
            <w:shd w:fill="FAF9F6"/>
          </w:tcPr>
          <w:p>
            <w:pPr>
              <w:spacing w:after="0" w:line="240" w:lineRule="auto"/>
            </w:pPr>
            <w:r>
              <w:rPr>
                <w:rFonts w:ascii="Arial" w:hAnsi="Arial" w:eastAsia="Arial"/>
              </w:rPr>
            </w:r>
            <w:r>
              <w:rPr>
                <w:rFonts w:ascii="Arial" w:hAnsi="Arial" w:eastAsia="Arial"/>
                <w:b w:val="0"/>
                <w:i w:val="0"/>
                <w:sz w:val="14"/>
              </w:rPr>
              <w:t>Cơ sở để quyết định có thể can thiệp đến đâu.</w:t>
            </w:r>
          </w:p>
        </w:tc>
      </w:tr>
    </w:tbl>
    <w:tbl>
      <w:tblPr>
        <w:tblW w:type="auto" w:w="0"/>
        <w:jc w:val="center"/>
        <w:tblLook w:firstColumn="1" w:firstRow="1" w:lastColumn="0" w:lastRow="0" w:noHBand="0" w:noVBand="1" w:val="04A0"/>
        <w:tblBorders>
          <w:top w:val="single" w:sz="5" w:space="0" w:color="E7D2A5"/>
          <w:left w:val="single" w:sz="5" w:space="0" w:color="E7D2A5"/>
          <w:bottom w:val="single" w:sz="5" w:space="0" w:color="E7D2A5"/>
          <w:right w:val="single" w:sz="5" w:space="0" w:color="E7D2A5"/>
          <w:insideH w:val="single" w:sz="5" w:space="0" w:color="E7D2A5"/>
          <w:insideV w:val="single" w:sz="5" w:space="0" w:color="E7D2A5"/>
        </w:tblBorders>
      </w:tblPr>
      <w:tblGrid>
        <w:gridCol w:w="10482"/>
      </w:tblGrid>
      <w:tr>
        <w:tc>
          <w:tcPr>
            <w:tcW w:type="dxa" w:w="10482"/>
            <w:shd w:fill="F2EEE7"/>
            <w:tcMar>
              <w:top w:w="110" w:type="dxa"/>
              <w:start w:w="140" w:type="dxa"/>
              <w:bottom w:w="110" w:type="dxa"/>
              <w:end w:w="140" w:type="dxa"/>
            </w:tcMar>
          </w:tcPr>
          <w:p>
            <w:pPr>
              <w:spacing w:after="60"/>
            </w:pPr>
            <w:r>
              <w:rPr>
                <w:rFonts w:ascii="Arial" w:hAnsi="Arial" w:eastAsia="Arial"/>
                <w:b/>
                <w:i w:val="0"/>
                <w:color w:val="2F3338"/>
                <w:sz w:val="19"/>
              </w:rPr>
              <w:t>Nguyên tắc an toàn</w:t>
            </w:r>
          </w:p>
          <w:p>
            <w:pPr>
              <w:spacing w:after="0" w:line="254" w:lineRule="auto"/>
            </w:pPr>
            <w:r>
              <w:rPr>
                <w:rFonts w:ascii="Arial" w:hAnsi="Arial" w:eastAsia="Arial"/>
                <w:b w:val="0"/>
                <w:i w:val="0"/>
                <w:color w:val="222222"/>
                <w:sz w:val="18"/>
              </w:rPr>
              <w:t>ARCOVA không kết luận thay chuyên gia pháp lý, PCCC, kết cấu hoặc cơ quan thẩm quyền. Khi có vấn đề chuyên sâu, ARCOVA có trách nhiệm cảnh báo và đề xuất gọi đúng chuyên gia/đơn vị đủ năng lực.</w:t>
            </w:r>
          </w:p>
        </w:tc>
      </w:tr>
    </w:tbl>
    <w:p>
      <w:pPr>
        <w:pStyle w:val="Heading1"/>
        <w:spacing w:before="200" w:after="100"/>
        <w:pBdr>
          <w:bottom w:val="single" w:sz="12" w:space="4" w:color="C8A96A"/>
        </w:pBdr>
      </w:pPr>
      <w:r>
        <w:rPr>
          <w:rFonts w:ascii="Arial" w:hAnsi="Arial" w:eastAsia="Arial"/>
          <w:b/>
          <w:i w:val="0"/>
          <w:color w:val="2F3338"/>
          <w:sz w:val="31"/>
        </w:rPr>
        <w:t>32. TƯ VẤN THEO LOẠI CÔNG TRÌNH</w:t>
      </w:r>
    </w:p>
    <w:p>
      <w:pPr>
        <w:spacing w:before="0" w:after="80" w:line="254" w:lineRule="auto"/>
      </w:pPr>
      <w:r>
        <w:rPr>
          <w:rFonts w:ascii="Arial" w:hAnsi="Arial" w:eastAsia="Arial"/>
          <w:b w:val="0"/>
          <w:i w:val="0"/>
          <w:sz w:val="18"/>
        </w:rPr>
        <w:t>Khách hàng sẽ thấy ARCOVA hiểu tình huống của họ hơn nếu hồ sơ phân loại rõ từng nhóm công trình. Mỗi nhóm có nỗi đau, rủi ro và gói dịch vụ phù hợp khác nhau.</w:t>
      </w:r>
    </w:p>
    <w:tbl>
      <w:tblPr>
        <w:tblStyle w:val="TableGrid"/>
        <w:tblW w:type="auto" w:w="0"/>
        <w:jc w:val="center"/>
        <w:tblLook w:firstColumn="1" w:firstRow="1" w:lastColumn="0" w:lastRow="0" w:noHBand="0" w:noVBand="1" w:val="04A0"/>
        <w:tblBorders>
          <w:top w:val="single" w:sz="5" w:space="0" w:color="E7D2A5"/>
          <w:left w:val="single" w:sz="5" w:space="0" w:color="E7D2A5"/>
          <w:bottom w:val="single" w:sz="5" w:space="0" w:color="E7D2A5"/>
          <w:right w:val="single" w:sz="5" w:space="0" w:color="E7D2A5"/>
          <w:insideH w:val="single" w:sz="5" w:space="0" w:color="E7D2A5"/>
          <w:insideV w:val="single" w:sz="5" w:space="0" w:color="E7D2A5"/>
        </w:tblBorders>
      </w:tblPr>
      <w:tblGrid>
        <w:gridCol w:w="3494"/>
        <w:gridCol w:w="3494"/>
        <w:gridCol w:w="3494"/>
      </w:tblGrid>
      <w:tr>
        <w:trPr>
          <w:tblHeader w:val="true"/>
        </w:trPr>
        <w:tc>
          <w:tcPr>
            <w:tcW w:type="dxa" w:w="1928"/>
            <w:shd w:fill="C8A96A"/>
            <w:tcMar>
              <w:top w:w="75" w:type="dxa"/>
              <w:start w:w="65" w:type="dxa"/>
              <w:bottom w:w="75" w:type="dxa"/>
              <w:end w:w="65" w:type="dxa"/>
            </w:tcMar>
          </w:tcPr>
          <w:p>
            <w:pPr>
              <w:spacing w:after="0" w:line="240" w:lineRule="auto"/>
              <w:jc w:val="center"/>
            </w:pPr>
            <w:r>
              <w:rPr>
                <w:rFonts w:ascii="Arial" w:hAnsi="Arial" w:eastAsia="Arial"/>
              </w:rPr>
            </w:r>
            <w:r>
              <w:rPr>
                <w:rFonts w:ascii="Arial" w:hAnsi="Arial" w:eastAsia="Arial"/>
                <w:b/>
                <w:i w:val="0"/>
                <w:color w:val="FFFFFF"/>
                <w:sz w:val="15"/>
              </w:rPr>
              <w:t>Loại công trình</w:t>
            </w:r>
          </w:p>
        </w:tc>
        <w:tc>
          <w:tcPr>
            <w:tcW w:type="dxa" w:w="4535"/>
            <w:shd w:fill="C8A96A"/>
            <w:tcMar>
              <w:top w:w="75" w:type="dxa"/>
              <w:start w:w="65" w:type="dxa"/>
              <w:bottom w:w="75" w:type="dxa"/>
              <w:end w:w="65" w:type="dxa"/>
            </w:tcMar>
          </w:tcPr>
          <w:p>
            <w:pPr>
              <w:spacing w:after="0" w:line="240" w:lineRule="auto"/>
              <w:jc w:val="center"/>
            </w:pPr>
            <w:r>
              <w:rPr>
                <w:rFonts w:ascii="Arial" w:hAnsi="Arial" w:eastAsia="Arial"/>
              </w:rPr>
            </w:r>
            <w:r>
              <w:rPr>
                <w:rFonts w:ascii="Arial" w:hAnsi="Arial" w:eastAsia="Arial"/>
                <w:b/>
                <w:i w:val="0"/>
                <w:color w:val="FFFFFF"/>
                <w:sz w:val="15"/>
              </w:rPr>
              <w:t>Trọng tâm ARCOVA cần xử lý</w:t>
            </w:r>
          </w:p>
        </w:tc>
        <w:tc>
          <w:tcPr>
            <w:tcW w:type="dxa" w:w="2324"/>
            <w:shd w:fill="C8A96A"/>
            <w:tcMar>
              <w:top w:w="75" w:type="dxa"/>
              <w:start w:w="65" w:type="dxa"/>
              <w:bottom w:w="75" w:type="dxa"/>
              <w:end w:w="65" w:type="dxa"/>
            </w:tcMar>
          </w:tcPr>
          <w:p>
            <w:pPr>
              <w:spacing w:after="0" w:line="240" w:lineRule="auto"/>
              <w:jc w:val="center"/>
            </w:pPr>
            <w:r>
              <w:rPr>
                <w:rFonts w:ascii="Arial" w:hAnsi="Arial" w:eastAsia="Arial"/>
              </w:rPr>
            </w:r>
            <w:r>
              <w:rPr>
                <w:rFonts w:ascii="Arial" w:hAnsi="Arial" w:eastAsia="Arial"/>
                <w:b/>
                <w:i w:val="0"/>
                <w:color w:val="FFFFFF"/>
                <w:sz w:val="15"/>
              </w:rPr>
              <w:t>Gói phù hợp</w:t>
            </w:r>
          </w:p>
        </w:tc>
      </w:tr>
      <w:tr>
        <w:tc>
          <w:tcPr>
            <w:tcW w:type="dxa" w:w="1928"/>
            <w:tcMar>
              <w:top w:w="65" w:type="dxa"/>
              <w:start w:w="60" w:type="dxa"/>
              <w:bottom w:w="65" w:type="dxa"/>
              <w:end w:w="60" w:type="dxa"/>
            </w:tcMar>
            <w:vAlign w:val="top"/>
          </w:tcPr>
          <w:p>
            <w:pPr>
              <w:spacing w:after="0" w:line="240" w:lineRule="auto"/>
            </w:pPr>
            <w:r>
              <w:rPr>
                <w:rFonts w:ascii="Arial" w:hAnsi="Arial" w:eastAsia="Arial"/>
              </w:rPr>
            </w:r>
            <w:r>
              <w:rPr>
                <w:rFonts w:ascii="Arial" w:hAnsi="Arial" w:eastAsia="Arial"/>
                <w:b w:val="0"/>
                <w:i w:val="0"/>
                <w:sz w:val="15"/>
              </w:rPr>
              <w:t>Căn hộ chung cư</w:t>
            </w:r>
          </w:p>
        </w:tc>
        <w:tc>
          <w:tcPr>
            <w:tcW w:type="dxa" w:w="4535"/>
            <w:tcMar>
              <w:top w:w="65" w:type="dxa"/>
              <w:start w:w="60" w:type="dxa"/>
              <w:bottom w:w="65" w:type="dxa"/>
              <w:end w:w="60" w:type="dxa"/>
            </w:tcMar>
            <w:vAlign w:val="top"/>
          </w:tcPr>
          <w:p>
            <w:pPr>
              <w:spacing w:after="0" w:line="240" w:lineRule="auto"/>
            </w:pPr>
            <w:r>
              <w:rPr>
                <w:rFonts w:ascii="Arial" w:hAnsi="Arial" w:eastAsia="Arial"/>
              </w:rPr>
            </w:r>
            <w:r>
              <w:rPr>
                <w:rFonts w:ascii="Arial" w:hAnsi="Arial" w:eastAsia="Arial"/>
                <w:b w:val="0"/>
                <w:i w:val="0"/>
                <w:sz w:val="15"/>
              </w:rPr>
              <w:t>Tối ưu công năng, lưu trữ, bếp, ánh sáng, nội thất liền tường, quy định tòa nhà.</w:t>
            </w:r>
          </w:p>
        </w:tc>
        <w:tc>
          <w:tcPr>
            <w:tcW w:type="dxa" w:w="2324"/>
            <w:tcMar>
              <w:top w:w="65" w:type="dxa"/>
              <w:start w:w="60" w:type="dxa"/>
              <w:bottom w:w="65" w:type="dxa"/>
              <w:end w:w="60" w:type="dxa"/>
            </w:tcMar>
            <w:vAlign w:val="top"/>
          </w:tcPr>
          <w:p>
            <w:pPr>
              <w:spacing w:after="0" w:line="240" w:lineRule="auto"/>
            </w:pPr>
            <w:r>
              <w:rPr>
                <w:rFonts w:ascii="Arial" w:hAnsi="Arial" w:eastAsia="Arial"/>
              </w:rPr>
            </w:r>
            <w:r>
              <w:rPr>
                <w:rFonts w:ascii="Arial" w:hAnsi="Arial" w:eastAsia="Arial"/>
                <w:b w:val="0"/>
                <w:i w:val="0"/>
                <w:sz w:val="15"/>
              </w:rPr>
              <w:t>A1, A2, B1, B2, C1, D1, D2, E4</w:t>
            </w:r>
          </w:p>
        </w:tc>
      </w:tr>
      <w:tr>
        <w:tc>
          <w:tcPr>
            <w:tcW w:type="dxa" w:w="1928"/>
            <w:tcMar>
              <w:top w:w="65" w:type="dxa"/>
              <w:start w:w="60" w:type="dxa"/>
              <w:bottom w:w="65" w:type="dxa"/>
              <w:end w:w="60" w:type="dxa"/>
            </w:tcMar>
            <w:vAlign w:val="top"/>
            <w:shd w:fill="FAF9F6"/>
          </w:tcPr>
          <w:p>
            <w:pPr>
              <w:spacing w:after="0" w:line="240" w:lineRule="auto"/>
            </w:pPr>
            <w:r>
              <w:rPr>
                <w:rFonts w:ascii="Arial" w:hAnsi="Arial" w:eastAsia="Arial"/>
              </w:rPr>
            </w:r>
            <w:r>
              <w:rPr>
                <w:rFonts w:ascii="Arial" w:hAnsi="Arial" w:eastAsia="Arial"/>
                <w:b w:val="0"/>
                <w:i w:val="0"/>
                <w:sz w:val="15"/>
              </w:rPr>
              <w:t>Nhà phố/nhà ống</w:t>
            </w:r>
          </w:p>
        </w:tc>
        <w:tc>
          <w:tcPr>
            <w:tcW w:type="dxa" w:w="4535"/>
            <w:tcMar>
              <w:top w:w="65" w:type="dxa"/>
              <w:start w:w="60" w:type="dxa"/>
              <w:bottom w:w="65" w:type="dxa"/>
              <w:end w:w="60" w:type="dxa"/>
            </w:tcMar>
            <w:vAlign w:val="top"/>
            <w:shd w:fill="FAF9F6"/>
          </w:tcPr>
          <w:p>
            <w:pPr>
              <w:spacing w:after="0" w:line="240" w:lineRule="auto"/>
            </w:pPr>
            <w:r>
              <w:rPr>
                <w:rFonts w:ascii="Arial" w:hAnsi="Arial" w:eastAsia="Arial"/>
              </w:rPr>
            </w:r>
            <w:r>
              <w:rPr>
                <w:rFonts w:ascii="Arial" w:hAnsi="Arial" w:eastAsia="Arial"/>
                <w:b w:val="0"/>
                <w:i w:val="0"/>
                <w:sz w:val="15"/>
              </w:rPr>
              <w:t>Nóng, bí, thiếu sáng, cầu thang, mặt tiền, bếp, giặt phơi, thấm, cải tạo tầng.</w:t>
            </w:r>
          </w:p>
        </w:tc>
        <w:tc>
          <w:tcPr>
            <w:tcW w:type="dxa" w:w="2324"/>
            <w:tcMar>
              <w:top w:w="65" w:type="dxa"/>
              <w:start w:w="60" w:type="dxa"/>
              <w:bottom w:w="65" w:type="dxa"/>
              <w:end w:w="60" w:type="dxa"/>
            </w:tcMar>
            <w:vAlign w:val="top"/>
            <w:shd w:fill="FAF9F6"/>
          </w:tcPr>
          <w:p>
            <w:pPr>
              <w:spacing w:after="0" w:line="240" w:lineRule="auto"/>
            </w:pPr>
            <w:r>
              <w:rPr>
                <w:rFonts w:ascii="Arial" w:hAnsi="Arial" w:eastAsia="Arial"/>
              </w:rPr>
            </w:r>
            <w:r>
              <w:rPr>
                <w:rFonts w:ascii="Arial" w:hAnsi="Arial" w:eastAsia="Arial"/>
                <w:b w:val="0"/>
                <w:i w:val="0"/>
                <w:sz w:val="15"/>
              </w:rPr>
              <w:t>A2, A3, B1, B4, C2, E1, E2, F2</w:t>
            </w:r>
          </w:p>
        </w:tc>
      </w:tr>
      <w:tr>
        <w:tc>
          <w:tcPr>
            <w:tcW w:type="dxa" w:w="1928"/>
            <w:tcMar>
              <w:top w:w="65" w:type="dxa"/>
              <w:start w:w="60" w:type="dxa"/>
              <w:bottom w:w="65" w:type="dxa"/>
              <w:end w:w="60" w:type="dxa"/>
            </w:tcMar>
            <w:vAlign w:val="top"/>
          </w:tcPr>
          <w:p>
            <w:pPr>
              <w:spacing w:after="0" w:line="240" w:lineRule="auto"/>
            </w:pPr>
            <w:r>
              <w:rPr>
                <w:rFonts w:ascii="Arial" w:hAnsi="Arial" w:eastAsia="Arial"/>
              </w:rPr>
            </w:r>
            <w:r>
              <w:rPr>
                <w:rFonts w:ascii="Arial" w:hAnsi="Arial" w:eastAsia="Arial"/>
                <w:b w:val="0"/>
                <w:i w:val="0"/>
                <w:sz w:val="15"/>
              </w:rPr>
              <w:t>Biệt thự/villa</w:t>
            </w:r>
          </w:p>
        </w:tc>
        <w:tc>
          <w:tcPr>
            <w:tcW w:type="dxa" w:w="4535"/>
            <w:tcMar>
              <w:top w:w="65" w:type="dxa"/>
              <w:start w:w="60" w:type="dxa"/>
              <w:bottom w:w="65" w:type="dxa"/>
              <w:end w:w="60" w:type="dxa"/>
            </w:tcMar>
            <w:vAlign w:val="top"/>
          </w:tcPr>
          <w:p>
            <w:pPr>
              <w:spacing w:after="0" w:line="240" w:lineRule="auto"/>
            </w:pPr>
            <w:r>
              <w:rPr>
                <w:rFonts w:ascii="Arial" w:hAnsi="Arial" w:eastAsia="Arial"/>
              </w:rPr>
            </w:r>
            <w:r>
              <w:rPr>
                <w:rFonts w:ascii="Arial" w:hAnsi="Arial" w:eastAsia="Arial"/>
                <w:b w:val="0"/>
                <w:i w:val="0"/>
                <w:sz w:val="15"/>
              </w:rPr>
              <w:t>Phân vùng public/private/service, cảnh quan, nội thất cao cấp, vật liệu, bảo trì, nhiều bên phối hợp.</w:t>
            </w:r>
          </w:p>
        </w:tc>
        <w:tc>
          <w:tcPr>
            <w:tcW w:type="dxa" w:w="2324"/>
            <w:tcMar>
              <w:top w:w="65" w:type="dxa"/>
              <w:start w:w="60" w:type="dxa"/>
              <w:bottom w:w="65" w:type="dxa"/>
              <w:end w:w="60" w:type="dxa"/>
            </w:tcMar>
            <w:vAlign w:val="top"/>
          </w:tcPr>
          <w:p>
            <w:pPr>
              <w:spacing w:after="0" w:line="240" w:lineRule="auto"/>
            </w:pPr>
            <w:r>
              <w:rPr>
                <w:rFonts w:ascii="Arial" w:hAnsi="Arial" w:eastAsia="Arial"/>
              </w:rPr>
            </w:r>
            <w:r>
              <w:rPr>
                <w:rFonts w:ascii="Arial" w:hAnsi="Arial" w:eastAsia="Arial"/>
                <w:b w:val="0"/>
                <w:i w:val="0"/>
                <w:sz w:val="15"/>
              </w:rPr>
              <w:t>A1, B2, C3, D1-D4, E1-E4, F4</w:t>
            </w:r>
          </w:p>
        </w:tc>
      </w:tr>
      <w:tr>
        <w:tc>
          <w:tcPr>
            <w:tcW w:type="dxa" w:w="1928"/>
            <w:tcMar>
              <w:top w:w="65" w:type="dxa"/>
              <w:start w:w="60" w:type="dxa"/>
              <w:bottom w:w="65" w:type="dxa"/>
              <w:end w:w="60" w:type="dxa"/>
            </w:tcMar>
            <w:vAlign w:val="top"/>
            <w:shd w:fill="FAF9F6"/>
          </w:tcPr>
          <w:p>
            <w:pPr>
              <w:spacing w:after="0" w:line="240" w:lineRule="auto"/>
            </w:pPr>
            <w:r>
              <w:rPr>
                <w:rFonts w:ascii="Arial" w:hAnsi="Arial" w:eastAsia="Arial"/>
              </w:rPr>
            </w:r>
            <w:r>
              <w:rPr>
                <w:rFonts w:ascii="Arial" w:hAnsi="Arial" w:eastAsia="Arial"/>
                <w:b w:val="0"/>
                <w:i w:val="0"/>
                <w:sz w:val="15"/>
              </w:rPr>
              <w:t>Nhà cũ cải tạo</w:t>
            </w:r>
          </w:p>
        </w:tc>
        <w:tc>
          <w:tcPr>
            <w:tcW w:type="dxa" w:w="4535"/>
            <w:tcMar>
              <w:top w:w="65" w:type="dxa"/>
              <w:start w:w="60" w:type="dxa"/>
              <w:bottom w:w="65" w:type="dxa"/>
              <w:end w:w="60" w:type="dxa"/>
            </w:tcMar>
            <w:vAlign w:val="top"/>
            <w:shd w:fill="FAF9F6"/>
          </w:tcPr>
          <w:p>
            <w:pPr>
              <w:spacing w:after="0" w:line="240" w:lineRule="auto"/>
            </w:pPr>
            <w:r>
              <w:rPr>
                <w:rFonts w:ascii="Arial" w:hAnsi="Arial" w:eastAsia="Arial"/>
              </w:rPr>
            </w:r>
            <w:r>
              <w:rPr>
                <w:rFonts w:ascii="Arial" w:hAnsi="Arial" w:eastAsia="Arial"/>
                <w:b w:val="0"/>
                <w:i w:val="0"/>
                <w:sz w:val="15"/>
              </w:rPr>
              <w:t>Hiện trạng khó đoán, kết cấu, chống thấm, MEP cũ, phát sinh, giấy phép.</w:t>
            </w:r>
          </w:p>
        </w:tc>
        <w:tc>
          <w:tcPr>
            <w:tcW w:type="dxa" w:w="2324"/>
            <w:tcMar>
              <w:top w:w="65" w:type="dxa"/>
              <w:start w:w="60" w:type="dxa"/>
              <w:bottom w:w="65" w:type="dxa"/>
              <w:end w:w="60" w:type="dxa"/>
            </w:tcMar>
            <w:vAlign w:val="top"/>
            <w:shd w:fill="FAF9F6"/>
          </w:tcPr>
          <w:p>
            <w:pPr>
              <w:spacing w:after="0" w:line="240" w:lineRule="auto"/>
            </w:pPr>
            <w:r>
              <w:rPr>
                <w:rFonts w:ascii="Arial" w:hAnsi="Arial" w:eastAsia="Arial"/>
              </w:rPr>
            </w:r>
            <w:r>
              <w:rPr>
                <w:rFonts w:ascii="Arial" w:hAnsi="Arial" w:eastAsia="Arial"/>
                <w:b w:val="0"/>
                <w:i w:val="0"/>
                <w:sz w:val="15"/>
              </w:rPr>
              <w:t>A2, A4, B4, C2, C4, E1, E2, F2</w:t>
            </w:r>
          </w:p>
        </w:tc>
      </w:tr>
      <w:tr>
        <w:tc>
          <w:tcPr>
            <w:tcW w:type="dxa" w:w="1928"/>
            <w:tcMar>
              <w:top w:w="65" w:type="dxa"/>
              <w:start w:w="60" w:type="dxa"/>
              <w:bottom w:w="65" w:type="dxa"/>
              <w:end w:w="60" w:type="dxa"/>
            </w:tcMar>
            <w:vAlign w:val="top"/>
          </w:tcPr>
          <w:p>
            <w:pPr>
              <w:spacing w:after="0" w:line="240" w:lineRule="auto"/>
            </w:pPr>
            <w:r>
              <w:rPr>
                <w:rFonts w:ascii="Arial" w:hAnsi="Arial" w:eastAsia="Arial"/>
              </w:rPr>
            </w:r>
            <w:r>
              <w:rPr>
                <w:rFonts w:ascii="Arial" w:hAnsi="Arial" w:eastAsia="Arial"/>
                <w:b w:val="0"/>
                <w:i w:val="0"/>
                <w:sz w:val="15"/>
              </w:rPr>
              <w:t>Văn phòng nhỏ</w:t>
            </w:r>
          </w:p>
        </w:tc>
        <w:tc>
          <w:tcPr>
            <w:tcW w:type="dxa" w:w="4535"/>
            <w:tcMar>
              <w:top w:w="65" w:type="dxa"/>
              <w:start w:w="60" w:type="dxa"/>
              <w:bottom w:w="65" w:type="dxa"/>
              <w:end w:w="60" w:type="dxa"/>
            </w:tcMar>
            <w:vAlign w:val="top"/>
          </w:tcPr>
          <w:p>
            <w:pPr>
              <w:spacing w:after="0" w:line="240" w:lineRule="auto"/>
            </w:pPr>
            <w:r>
              <w:rPr>
                <w:rFonts w:ascii="Arial" w:hAnsi="Arial" w:eastAsia="Arial"/>
              </w:rPr>
            </w:r>
            <w:r>
              <w:rPr>
                <w:rFonts w:ascii="Arial" w:hAnsi="Arial" w:eastAsia="Arial"/>
                <w:b w:val="0"/>
                <w:i w:val="0"/>
                <w:sz w:val="15"/>
              </w:rPr>
              <w:t>Hình ảnh thương hiệu, chỗ ngồi, phòng họp, mạng, ánh sáng, âm thanh, pantry, mở rộng nhân sự.</w:t>
            </w:r>
          </w:p>
        </w:tc>
        <w:tc>
          <w:tcPr>
            <w:tcW w:type="dxa" w:w="2324"/>
            <w:tcMar>
              <w:top w:w="65" w:type="dxa"/>
              <w:start w:w="60" w:type="dxa"/>
              <w:bottom w:w="65" w:type="dxa"/>
              <w:end w:w="60" w:type="dxa"/>
            </w:tcMar>
            <w:vAlign w:val="top"/>
          </w:tcPr>
          <w:p>
            <w:pPr>
              <w:spacing w:after="0" w:line="240" w:lineRule="auto"/>
            </w:pPr>
            <w:r>
              <w:rPr>
                <w:rFonts w:ascii="Arial" w:hAnsi="Arial" w:eastAsia="Arial"/>
              </w:rPr>
            </w:r>
            <w:r>
              <w:rPr>
                <w:rFonts w:ascii="Arial" w:hAnsi="Arial" w:eastAsia="Arial"/>
                <w:b w:val="0"/>
                <w:i w:val="0"/>
                <w:sz w:val="15"/>
              </w:rPr>
              <w:t>A1, B1, B2, C2, D1, E4</w:t>
            </w:r>
          </w:p>
        </w:tc>
      </w:tr>
      <w:tr>
        <w:tc>
          <w:tcPr>
            <w:tcW w:type="dxa" w:w="1928"/>
            <w:tcMar>
              <w:top w:w="65" w:type="dxa"/>
              <w:start w:w="60" w:type="dxa"/>
              <w:bottom w:w="65" w:type="dxa"/>
              <w:end w:w="60" w:type="dxa"/>
            </w:tcMar>
            <w:vAlign w:val="top"/>
            <w:shd w:fill="FAF9F6"/>
          </w:tcPr>
          <w:p>
            <w:pPr>
              <w:spacing w:after="0" w:line="240" w:lineRule="auto"/>
            </w:pPr>
            <w:r>
              <w:rPr>
                <w:rFonts w:ascii="Arial" w:hAnsi="Arial" w:eastAsia="Arial"/>
              </w:rPr>
            </w:r>
            <w:r>
              <w:rPr>
                <w:rFonts w:ascii="Arial" w:hAnsi="Arial" w:eastAsia="Arial"/>
                <w:b w:val="0"/>
                <w:i w:val="0"/>
                <w:sz w:val="15"/>
              </w:rPr>
              <w:t>Showroom/shop</w:t>
            </w:r>
          </w:p>
        </w:tc>
        <w:tc>
          <w:tcPr>
            <w:tcW w:type="dxa" w:w="4535"/>
            <w:tcMar>
              <w:top w:w="65" w:type="dxa"/>
              <w:start w:w="60" w:type="dxa"/>
              <w:bottom w:w="65" w:type="dxa"/>
              <w:end w:w="60" w:type="dxa"/>
            </w:tcMar>
            <w:vAlign w:val="top"/>
            <w:shd w:fill="FAF9F6"/>
          </w:tcPr>
          <w:p>
            <w:pPr>
              <w:spacing w:after="0" w:line="240" w:lineRule="auto"/>
            </w:pPr>
            <w:r>
              <w:rPr>
                <w:rFonts w:ascii="Arial" w:hAnsi="Arial" w:eastAsia="Arial"/>
              </w:rPr>
            </w:r>
            <w:r>
              <w:rPr>
                <w:rFonts w:ascii="Arial" w:hAnsi="Arial" w:eastAsia="Arial"/>
                <w:b w:val="0"/>
                <w:i w:val="0"/>
                <w:sz w:val="15"/>
              </w:rPr>
              <w:t>Luồng khách, trưng bày, ánh sáng bán hàng, quầy thu ngân, kho, biển hiệu, nhận diện thương hiệu.</w:t>
            </w:r>
          </w:p>
        </w:tc>
        <w:tc>
          <w:tcPr>
            <w:tcW w:type="dxa" w:w="2324"/>
            <w:tcMar>
              <w:top w:w="65" w:type="dxa"/>
              <w:start w:w="60" w:type="dxa"/>
              <w:bottom w:w="65" w:type="dxa"/>
              <w:end w:w="60" w:type="dxa"/>
            </w:tcMar>
            <w:vAlign w:val="top"/>
            <w:shd w:fill="FAF9F6"/>
          </w:tcPr>
          <w:p>
            <w:pPr>
              <w:spacing w:after="0" w:line="240" w:lineRule="auto"/>
            </w:pPr>
            <w:r>
              <w:rPr>
                <w:rFonts w:ascii="Arial" w:hAnsi="Arial" w:eastAsia="Arial"/>
              </w:rPr>
            </w:r>
            <w:r>
              <w:rPr>
                <w:rFonts w:ascii="Arial" w:hAnsi="Arial" w:eastAsia="Arial"/>
                <w:b w:val="0"/>
                <w:i w:val="0"/>
                <w:sz w:val="15"/>
              </w:rPr>
              <w:t>A1, B2, C2, D1, D3, F2</w:t>
            </w:r>
          </w:p>
        </w:tc>
      </w:tr>
      <w:tr>
        <w:tc>
          <w:tcPr>
            <w:tcW w:type="dxa" w:w="1928"/>
            <w:tcMar>
              <w:top w:w="65" w:type="dxa"/>
              <w:start w:w="60" w:type="dxa"/>
              <w:bottom w:w="65" w:type="dxa"/>
              <w:end w:w="60" w:type="dxa"/>
            </w:tcMar>
            <w:vAlign w:val="top"/>
          </w:tcPr>
          <w:p>
            <w:pPr>
              <w:spacing w:after="0" w:line="240" w:lineRule="auto"/>
            </w:pPr>
            <w:r>
              <w:rPr>
                <w:rFonts w:ascii="Arial" w:hAnsi="Arial" w:eastAsia="Arial"/>
              </w:rPr>
            </w:r>
            <w:r>
              <w:rPr>
                <w:rFonts w:ascii="Arial" w:hAnsi="Arial" w:eastAsia="Arial"/>
                <w:b w:val="0"/>
                <w:i w:val="0"/>
                <w:sz w:val="15"/>
              </w:rPr>
              <w:t>Cafe/spa/mặt bằng dịch vụ</w:t>
            </w:r>
          </w:p>
        </w:tc>
        <w:tc>
          <w:tcPr>
            <w:tcW w:type="dxa" w:w="4535"/>
            <w:tcMar>
              <w:top w:w="65" w:type="dxa"/>
              <w:start w:w="60" w:type="dxa"/>
              <w:bottom w:w="65" w:type="dxa"/>
              <w:end w:w="60" w:type="dxa"/>
            </w:tcMar>
            <w:vAlign w:val="top"/>
          </w:tcPr>
          <w:p>
            <w:pPr>
              <w:spacing w:after="0" w:line="240" w:lineRule="auto"/>
            </w:pPr>
            <w:r>
              <w:rPr>
                <w:rFonts w:ascii="Arial" w:hAnsi="Arial" w:eastAsia="Arial"/>
              </w:rPr>
            </w:r>
            <w:r>
              <w:rPr>
                <w:rFonts w:ascii="Arial" w:hAnsi="Arial" w:eastAsia="Arial"/>
                <w:b w:val="0"/>
                <w:i w:val="0"/>
                <w:sz w:val="15"/>
              </w:rPr>
              <w:t>Concept, vận hành, công suất, mùi, âm thanh, vệ sinh, PCCC, khách mục tiêu.</w:t>
            </w:r>
          </w:p>
        </w:tc>
        <w:tc>
          <w:tcPr>
            <w:tcW w:type="dxa" w:w="2324"/>
            <w:tcMar>
              <w:top w:w="65" w:type="dxa"/>
              <w:start w:w="60" w:type="dxa"/>
              <w:bottom w:w="65" w:type="dxa"/>
              <w:end w:w="60" w:type="dxa"/>
            </w:tcMar>
            <w:vAlign w:val="top"/>
          </w:tcPr>
          <w:p>
            <w:pPr>
              <w:spacing w:after="0" w:line="240" w:lineRule="auto"/>
            </w:pPr>
            <w:r>
              <w:rPr>
                <w:rFonts w:ascii="Arial" w:hAnsi="Arial" w:eastAsia="Arial"/>
              </w:rPr>
            </w:r>
            <w:r>
              <w:rPr>
                <w:rFonts w:ascii="Arial" w:hAnsi="Arial" w:eastAsia="Arial"/>
                <w:b w:val="0"/>
                <w:i w:val="0"/>
                <w:sz w:val="15"/>
              </w:rPr>
              <w:t>A1, A2, B1, B2, C3, E1-E4, F4</w:t>
            </w:r>
          </w:p>
        </w:tc>
      </w:tr>
    </w:tbl>
    <w:p>
      <w:pPr>
        <w:pStyle w:val="Heading1"/>
        <w:spacing w:before="200" w:after="100"/>
        <w:pBdr>
          <w:bottom w:val="single" w:sz="12" w:space="4" w:color="C8A96A"/>
        </w:pBdr>
      </w:pPr>
      <w:r>
        <w:rPr>
          <w:rFonts w:ascii="Arial" w:hAnsi="Arial" w:eastAsia="Arial"/>
          <w:b/>
          <w:i w:val="0"/>
          <w:color w:val="2F3338"/>
          <w:sz w:val="31"/>
        </w:rPr>
        <w:t>33. CÁCH ARCOVA TƯ VẤN CĂN HỘ CHUNG CƯ</w:t>
      </w:r>
    </w:p>
    <w:p>
      <w:pPr>
        <w:spacing w:before="0" w:after="80" w:line="254" w:lineRule="auto"/>
      </w:pPr>
      <w:r>
        <w:rPr>
          <w:rFonts w:ascii="Arial" w:hAnsi="Arial" w:eastAsia="Arial"/>
          <w:b w:val="0"/>
          <w:i w:val="0"/>
          <w:sz w:val="18"/>
        </w:rPr>
        <w:t>Căn hộ chung cư là nhóm dễ bán dịch vụ tư vấn vì khách thường đã có mặt bằng, ảnh bàn giao, ngân sách tương đối rõ và nhu cầu cải thiện công năng rất cụ thể. ARCOVA cần nhấn mạnh sự khác biệt giữa “làm nội thất cho đẹp” và “tổ chức căn hộ để sống lâu dài”.</w:t>
      </w:r>
    </w:p>
    <w:p>
      <w:pPr>
        <w:pStyle w:val="Heading2"/>
        <w:spacing w:before="140" w:after="100"/>
      </w:pPr>
      <w:r>
        <w:rPr>
          <w:rFonts w:ascii="Arial" w:hAnsi="Arial" w:eastAsia="Arial"/>
          <w:b/>
          <w:i w:val="0"/>
          <w:color w:val="2F3338"/>
          <w:sz w:val="24"/>
        </w:rPr>
        <w:t>Những vấn đề căn hộ hay gặp</w:t>
      </w:r>
    </w:p>
    <w:p>
      <w:pPr>
        <w:pStyle w:val="ListBullet"/>
        <w:spacing w:after="52" w:line="250" w:lineRule="auto"/>
      </w:pPr>
      <w:r>
        <w:rPr>
          <w:rFonts w:ascii="Arial" w:hAnsi="Arial" w:eastAsia="Arial"/>
          <w:b w:val="0"/>
          <w:i w:val="0"/>
          <w:sz w:val="18"/>
        </w:rPr>
        <w:t>Thiếu tủ giày, thiếu kho, thiếu chỗ để vali, máy hút bụi, đồ vệ sinh, đồ trẻ em.</w:t>
      </w:r>
    </w:p>
    <w:p>
      <w:pPr>
        <w:pStyle w:val="ListBullet"/>
        <w:spacing w:after="52" w:line="250" w:lineRule="auto"/>
      </w:pPr>
      <w:r>
        <w:rPr>
          <w:rFonts w:ascii="Arial" w:hAnsi="Arial" w:eastAsia="Arial"/>
          <w:b w:val="0"/>
          <w:i w:val="0"/>
          <w:sz w:val="18"/>
        </w:rPr>
        <w:t>Bếp mở gây mùi nhưng khách chỉ xem ảnh mẫu bếp đẹp, chưa tính thói quen nấu ăn Việt Nam.</w:t>
      </w:r>
    </w:p>
    <w:p>
      <w:pPr>
        <w:pStyle w:val="ListBullet"/>
        <w:spacing w:after="52" w:line="250" w:lineRule="auto"/>
      </w:pPr>
      <w:r>
        <w:rPr>
          <w:rFonts w:ascii="Arial" w:hAnsi="Arial" w:eastAsia="Arial"/>
          <w:b w:val="0"/>
          <w:i w:val="0"/>
          <w:sz w:val="18"/>
        </w:rPr>
        <w:t>Phòng khách nhỏ nhưng chọn sofa, bàn trà, thảm, kệ tivi quá lớn so với lối đi.</w:t>
      </w:r>
    </w:p>
    <w:p>
      <w:pPr>
        <w:pStyle w:val="ListBullet"/>
        <w:spacing w:after="52" w:line="250" w:lineRule="auto"/>
      </w:pPr>
      <w:r>
        <w:rPr>
          <w:rFonts w:ascii="Arial" w:hAnsi="Arial" w:eastAsia="Arial"/>
          <w:b w:val="0"/>
          <w:i w:val="0"/>
          <w:sz w:val="18"/>
        </w:rPr>
        <w:t>Đèn chỉ có một lớp ánh sáng trần, không có ánh sáng điểm nhấn nên nhà phẳng và kém sang.</w:t>
      </w:r>
    </w:p>
    <w:p>
      <w:pPr>
        <w:pStyle w:val="ListBullet"/>
        <w:spacing w:after="52" w:line="250" w:lineRule="auto"/>
      </w:pPr>
      <w:r>
        <w:rPr>
          <w:rFonts w:ascii="Arial" w:hAnsi="Arial" w:eastAsia="Arial"/>
          <w:b w:val="0"/>
          <w:i w:val="0"/>
          <w:sz w:val="18"/>
        </w:rPr>
        <w:t>Tủ liền tường che kín điểm kỹ thuật, khó bảo trì điều hòa, điện, nước hoặc thiết bị.</w:t>
      </w:r>
    </w:p>
    <w:p>
      <w:pPr>
        <w:pStyle w:val="ListBullet"/>
        <w:spacing w:after="52" w:line="250" w:lineRule="auto"/>
      </w:pPr>
      <w:r>
        <w:rPr>
          <w:rFonts w:ascii="Arial" w:hAnsi="Arial" w:eastAsia="Arial"/>
          <w:b w:val="0"/>
          <w:i w:val="0"/>
          <w:sz w:val="18"/>
        </w:rPr>
        <w:t>Đồ rời mua sau không đúng kích thước, khiến căn hộ mất cân bằng dù phần tủ làm rất tốn tiền.</w:t>
      </w:r>
    </w:p>
    <w:p>
      <w:pPr>
        <w:pStyle w:val="ListBullet"/>
        <w:spacing w:after="52" w:line="250" w:lineRule="auto"/>
      </w:pPr>
      <w:r>
        <w:rPr>
          <w:rFonts w:ascii="Arial" w:hAnsi="Arial" w:eastAsia="Arial"/>
          <w:b w:val="0"/>
          <w:i w:val="0"/>
          <w:sz w:val="18"/>
        </w:rPr>
        <w:t>Thi công trong tòa nhà bị hạn chế giờ, tiếng ồn, vận chuyển, đổ thải, PCCC nhưng khách không tính trước.</w:t>
      </w:r>
    </w:p>
    <w:p>
      <w:pPr>
        <w:pStyle w:val="Heading2"/>
        <w:spacing w:before="140" w:after="100"/>
      </w:pPr>
      <w:r>
        <w:rPr>
          <w:rFonts w:ascii="Arial" w:hAnsi="Arial" w:eastAsia="Arial"/>
          <w:b/>
          <w:i w:val="0"/>
          <w:color w:val="2F3338"/>
          <w:sz w:val="24"/>
        </w:rPr>
        <w:t>Gói nên đề xuất cho căn hộ</w:t>
      </w:r>
    </w:p>
    <w:tbl>
      <w:tblPr>
        <w:tblStyle w:val="TableGrid"/>
        <w:tblW w:type="auto" w:w="0"/>
        <w:jc w:val="center"/>
        <w:tblLook w:firstColumn="1" w:firstRow="1" w:lastColumn="0" w:lastRow="0" w:noHBand="0" w:noVBand="1" w:val="04A0"/>
        <w:tblBorders>
          <w:top w:val="single" w:sz="5" w:space="0" w:color="E7D2A5"/>
          <w:left w:val="single" w:sz="5" w:space="0" w:color="E7D2A5"/>
          <w:bottom w:val="single" w:sz="5" w:space="0" w:color="E7D2A5"/>
          <w:right w:val="single" w:sz="5" w:space="0" w:color="E7D2A5"/>
          <w:insideH w:val="single" w:sz="5" w:space="0" w:color="E7D2A5"/>
          <w:insideV w:val="single" w:sz="5" w:space="0" w:color="E7D2A5"/>
        </w:tblBorders>
      </w:tblPr>
      <w:tblGrid>
        <w:gridCol w:w="5241"/>
        <w:gridCol w:w="5241"/>
      </w:tblGrid>
      <w:tr>
        <w:tc>
          <w:tcPr>
            <w:tcW w:type="dxa" w:w="2438"/>
            <w:tcMar>
              <w:top w:w="70" w:type="dxa"/>
              <w:start w:w="70" w:type="dxa"/>
              <w:bottom w:w="70" w:type="dxa"/>
              <w:end w:w="70" w:type="dxa"/>
            </w:tcMar>
            <w:vAlign w:val="top"/>
            <w:shd w:fill="F2EEE7"/>
          </w:tcPr>
          <w:p>
            <w:pPr>
              <w:spacing w:after="0" w:line="240" w:lineRule="auto"/>
            </w:pPr>
            <w:r>
              <w:rPr>
                <w:rFonts w:ascii="Arial" w:hAnsi="Arial" w:eastAsia="Arial"/>
              </w:rPr>
            </w:r>
            <w:r>
              <w:rPr>
                <w:rFonts w:ascii="Arial" w:hAnsi="Arial" w:eastAsia="Arial"/>
                <w:b/>
                <w:i w:val="0"/>
                <w:color w:val="2F3338"/>
                <w:sz w:val="16"/>
              </w:rPr>
              <w:t>Gói nhanh</w:t>
            </w:r>
          </w:p>
        </w:tc>
        <w:tc>
          <w:tcPr>
            <w:tcW w:type="dxa" w:w="6293"/>
            <w:tcMar>
              <w:top w:w="70" w:type="dxa"/>
              <w:start w:w="70" w:type="dxa"/>
              <w:bottom w:w="70" w:type="dxa"/>
              <w:end w:w="70" w:type="dxa"/>
            </w:tcMar>
            <w:vAlign w:val="top"/>
          </w:tcPr>
          <w:p>
            <w:pPr>
              <w:spacing w:after="0" w:line="240" w:lineRule="auto"/>
            </w:pPr>
            <w:r>
              <w:rPr>
                <w:rFonts w:ascii="Arial" w:hAnsi="Arial" w:eastAsia="Arial"/>
              </w:rPr>
            </w:r>
            <w:r>
              <w:rPr>
                <w:rFonts w:ascii="Arial" w:hAnsi="Arial" w:eastAsia="Arial"/>
                <w:b w:val="0"/>
                <w:i w:val="0"/>
                <w:sz w:val="16"/>
              </w:rPr>
              <w:t>A0 tư vấn định hướng + B1 rà layout nếu khách đã có mặt bằng.</w:t>
            </w:r>
          </w:p>
        </w:tc>
      </w:tr>
      <w:tr>
        <w:tc>
          <w:tcPr>
            <w:tcW w:type="dxa" w:w="2438"/>
            <w:tcMar>
              <w:top w:w="70" w:type="dxa"/>
              <w:start w:w="70" w:type="dxa"/>
              <w:bottom w:w="70" w:type="dxa"/>
              <w:end w:w="70" w:type="dxa"/>
            </w:tcMar>
            <w:vAlign w:val="top"/>
            <w:shd w:fill="F2EEE7"/>
          </w:tcPr>
          <w:p>
            <w:pPr>
              <w:spacing w:after="0" w:line="240" w:lineRule="auto"/>
            </w:pPr>
            <w:r>
              <w:rPr>
                <w:rFonts w:ascii="Arial" w:hAnsi="Arial" w:eastAsia="Arial"/>
              </w:rPr>
            </w:r>
            <w:r>
              <w:rPr>
                <w:rFonts w:ascii="Arial" w:hAnsi="Arial" w:eastAsia="Arial"/>
                <w:b/>
                <w:i w:val="0"/>
                <w:color w:val="2F3338"/>
                <w:sz w:val="16"/>
              </w:rPr>
              <w:t>Gói nên bán nhất</w:t>
            </w:r>
          </w:p>
        </w:tc>
        <w:tc>
          <w:tcPr>
            <w:tcW w:type="dxa" w:w="6293"/>
            <w:tcMar>
              <w:top w:w="70" w:type="dxa"/>
              <w:start w:w="70" w:type="dxa"/>
              <w:bottom w:w="70" w:type="dxa"/>
              <w:end w:w="70" w:type="dxa"/>
            </w:tcMar>
            <w:vAlign w:val="top"/>
          </w:tcPr>
          <w:p>
            <w:pPr>
              <w:spacing w:after="0" w:line="240" w:lineRule="auto"/>
            </w:pPr>
            <w:r>
              <w:rPr>
                <w:rFonts w:ascii="Arial" w:hAnsi="Arial" w:eastAsia="Arial"/>
              </w:rPr>
            </w:r>
            <w:r>
              <w:rPr>
                <w:rFonts w:ascii="Arial" w:hAnsi="Arial" w:eastAsia="Arial"/>
                <w:b w:val="0"/>
                <w:i w:val="0"/>
                <w:sz w:val="16"/>
              </w:rPr>
              <w:t>A1 lập brief + A2 khảo sát hiện trạng + B1 rà công năng + C1 rà báo giá nội thất.</w:t>
            </w:r>
          </w:p>
        </w:tc>
      </w:tr>
      <w:tr>
        <w:tc>
          <w:tcPr>
            <w:tcW w:type="dxa" w:w="2438"/>
            <w:tcMar>
              <w:top w:w="70" w:type="dxa"/>
              <w:start w:w="70" w:type="dxa"/>
              <w:bottom w:w="70" w:type="dxa"/>
              <w:end w:w="70" w:type="dxa"/>
            </w:tcMar>
            <w:vAlign w:val="top"/>
            <w:shd w:fill="F2EEE7"/>
          </w:tcPr>
          <w:p>
            <w:pPr>
              <w:spacing w:after="0" w:line="240" w:lineRule="auto"/>
            </w:pPr>
            <w:r>
              <w:rPr>
                <w:rFonts w:ascii="Arial" w:hAnsi="Arial" w:eastAsia="Arial"/>
              </w:rPr>
            </w:r>
            <w:r>
              <w:rPr>
                <w:rFonts w:ascii="Arial" w:hAnsi="Arial" w:eastAsia="Arial"/>
                <w:b/>
                <w:i w:val="0"/>
                <w:color w:val="2F3338"/>
                <w:sz w:val="16"/>
              </w:rPr>
              <w:t>Gói nâng cao</w:t>
            </w:r>
          </w:p>
        </w:tc>
        <w:tc>
          <w:tcPr>
            <w:tcW w:type="dxa" w:w="6293"/>
            <w:tcMar>
              <w:top w:w="70" w:type="dxa"/>
              <w:start w:w="70" w:type="dxa"/>
              <w:bottom w:w="70" w:type="dxa"/>
              <w:end w:w="70" w:type="dxa"/>
            </w:tcMar>
            <w:vAlign w:val="top"/>
          </w:tcPr>
          <w:p>
            <w:pPr>
              <w:spacing w:after="0" w:line="240" w:lineRule="auto"/>
            </w:pPr>
            <w:r>
              <w:rPr>
                <w:rFonts w:ascii="Arial" w:hAnsi="Arial" w:eastAsia="Arial"/>
              </w:rPr>
            </w:r>
            <w:r>
              <w:rPr>
                <w:rFonts w:ascii="Arial" w:hAnsi="Arial" w:eastAsia="Arial"/>
                <w:b w:val="0"/>
                <w:i w:val="0"/>
                <w:sz w:val="16"/>
              </w:rPr>
              <w:t>D1/D2 sourcing vật liệu, đồ rời; E4 nghiệm thu bàn giao nội thất.</w:t>
            </w:r>
          </w:p>
        </w:tc>
      </w:tr>
      <w:tr>
        <w:tc>
          <w:tcPr>
            <w:tcW w:type="dxa" w:w="2438"/>
            <w:tcMar>
              <w:top w:w="70" w:type="dxa"/>
              <w:start w:w="70" w:type="dxa"/>
              <w:bottom w:w="70" w:type="dxa"/>
              <w:end w:w="70" w:type="dxa"/>
            </w:tcMar>
            <w:vAlign w:val="top"/>
            <w:shd w:fill="F2EEE7"/>
          </w:tcPr>
          <w:p>
            <w:pPr>
              <w:spacing w:after="0" w:line="240" w:lineRule="auto"/>
            </w:pPr>
            <w:r>
              <w:rPr>
                <w:rFonts w:ascii="Arial" w:hAnsi="Arial" w:eastAsia="Arial"/>
              </w:rPr>
            </w:r>
            <w:r>
              <w:rPr>
                <w:rFonts w:ascii="Arial" w:hAnsi="Arial" w:eastAsia="Arial"/>
                <w:b/>
                <w:i w:val="0"/>
                <w:color w:val="2F3338"/>
                <w:sz w:val="16"/>
              </w:rPr>
              <w:t>Câu chốt</w:t>
            </w:r>
          </w:p>
        </w:tc>
        <w:tc>
          <w:tcPr>
            <w:tcW w:type="dxa" w:w="6293"/>
            <w:tcMar>
              <w:top w:w="70" w:type="dxa"/>
              <w:start w:w="70" w:type="dxa"/>
              <w:bottom w:w="70" w:type="dxa"/>
              <w:end w:w="70" w:type="dxa"/>
            </w:tcMar>
            <w:vAlign w:val="top"/>
          </w:tcPr>
          <w:p>
            <w:pPr>
              <w:spacing w:after="0" w:line="240" w:lineRule="auto"/>
            </w:pPr>
            <w:r>
              <w:rPr>
                <w:rFonts w:ascii="Arial" w:hAnsi="Arial" w:eastAsia="Arial"/>
              </w:rPr>
            </w:r>
            <w:r>
              <w:rPr>
                <w:rFonts w:ascii="Arial" w:hAnsi="Arial" w:eastAsia="Arial"/>
                <w:b w:val="0"/>
                <w:i w:val="0"/>
                <w:sz w:val="16"/>
              </w:rPr>
              <w:t>“Căn hộ không cần làm quá phức tạp, nhưng cần đúng từ tủ, bếp, ánh sáng, đồ rời và nghiệm thu. ARCOVA giúp anh/chị tránh sai ngay từ đầu.”</w:t>
            </w:r>
          </w:p>
        </w:tc>
      </w:tr>
    </w:tbl>
    <w:p>
      <w:pPr>
        <w:pStyle w:val="Heading1"/>
        <w:spacing w:before="200" w:after="100"/>
        <w:pBdr>
          <w:bottom w:val="single" w:sz="12" w:space="4" w:color="C8A96A"/>
        </w:pBdr>
      </w:pPr>
      <w:r>
        <w:rPr>
          <w:rFonts w:ascii="Arial" w:hAnsi="Arial" w:eastAsia="Arial"/>
          <w:b/>
          <w:i w:val="0"/>
          <w:color w:val="2F3338"/>
          <w:sz w:val="31"/>
        </w:rPr>
        <w:t>34. CÁCH ARCOVA TƯ VẤN NHÀ PHỐ / NHÀ ỐNG</w:t>
      </w:r>
    </w:p>
    <w:p>
      <w:pPr>
        <w:spacing w:before="0" w:after="80" w:line="254" w:lineRule="auto"/>
      </w:pPr>
      <w:r>
        <w:rPr>
          <w:rFonts w:ascii="Arial" w:hAnsi="Arial" w:eastAsia="Arial"/>
          <w:b w:val="0"/>
          <w:i w:val="0"/>
          <w:sz w:val="18"/>
        </w:rPr>
        <w:t>Nhà phố Việt Nam thường có mặt tiền hẹp, chiều sâu lớn, nhiều tầng, dễ nóng, thiếu sáng, thiếu gió và khó tổ chức khu phụ trợ. ARCOVA cần thể hiện năng lực đọc mặt bằng, đọc đời sống và biết khi nào phải gọi kỹ sư/kỹ thuật.</w:t>
      </w:r>
    </w:p>
    <w:tbl>
      <w:tblPr>
        <w:tblStyle w:val="TableGrid"/>
        <w:tblW w:type="auto" w:w="0"/>
        <w:jc w:val="center"/>
        <w:tblLook w:firstColumn="1" w:firstRow="1" w:lastColumn="0" w:lastRow="0" w:noHBand="0" w:noVBand="1" w:val="04A0"/>
        <w:tblBorders>
          <w:top w:val="single" w:sz="5" w:space="0" w:color="E7D2A5"/>
          <w:left w:val="single" w:sz="5" w:space="0" w:color="E7D2A5"/>
          <w:bottom w:val="single" w:sz="5" w:space="0" w:color="E7D2A5"/>
          <w:right w:val="single" w:sz="5" w:space="0" w:color="E7D2A5"/>
          <w:insideH w:val="single" w:sz="5" w:space="0" w:color="E7D2A5"/>
          <w:insideV w:val="single" w:sz="5" w:space="0" w:color="E7D2A5"/>
        </w:tblBorders>
      </w:tblPr>
      <w:tblGrid>
        <w:gridCol w:w="5241"/>
        <w:gridCol w:w="5241"/>
      </w:tblGrid>
      <w:tr>
        <w:trPr>
          <w:tblHeader w:val="true"/>
        </w:trPr>
        <w:tc>
          <w:tcPr>
            <w:tcW w:type="dxa" w:w="2381"/>
            <w:shd w:fill="C8A96A"/>
            <w:tcMar>
              <w:top w:w="75" w:type="dxa"/>
              <w:start w:w="65" w:type="dxa"/>
              <w:bottom w:w="75" w:type="dxa"/>
              <w:end w:w="65" w:type="dxa"/>
            </w:tcMar>
          </w:tcPr>
          <w:p>
            <w:pPr>
              <w:spacing w:after="0" w:line="240" w:lineRule="auto"/>
              <w:jc w:val="center"/>
            </w:pPr>
            <w:r>
              <w:rPr>
                <w:rFonts w:ascii="Arial" w:hAnsi="Arial" w:eastAsia="Arial"/>
              </w:rPr>
            </w:r>
            <w:r>
              <w:rPr>
                <w:rFonts w:ascii="Arial" w:hAnsi="Arial" w:eastAsia="Arial"/>
                <w:b/>
                <w:i w:val="0"/>
                <w:color w:val="FFFFFF"/>
                <w:sz w:val="15"/>
              </w:rPr>
              <w:t>Vấn đề nhà phố</w:t>
            </w:r>
          </w:p>
        </w:tc>
        <w:tc>
          <w:tcPr>
            <w:tcW w:type="dxa" w:w="6406"/>
            <w:shd w:fill="C8A96A"/>
            <w:tcMar>
              <w:top w:w="75" w:type="dxa"/>
              <w:start w:w="65" w:type="dxa"/>
              <w:bottom w:w="75" w:type="dxa"/>
              <w:end w:w="65" w:type="dxa"/>
            </w:tcMar>
          </w:tcPr>
          <w:p>
            <w:pPr>
              <w:spacing w:after="0" w:line="240" w:lineRule="auto"/>
              <w:jc w:val="center"/>
            </w:pPr>
            <w:r>
              <w:rPr>
                <w:rFonts w:ascii="Arial" w:hAnsi="Arial" w:eastAsia="Arial"/>
              </w:rPr>
            </w:r>
            <w:r>
              <w:rPr>
                <w:rFonts w:ascii="Arial" w:hAnsi="Arial" w:eastAsia="Arial"/>
                <w:b/>
                <w:i w:val="0"/>
                <w:color w:val="FFFFFF"/>
                <w:sz w:val="15"/>
              </w:rPr>
              <w:t>Hướng ARCOVA tư vấn</w:t>
            </w:r>
          </w:p>
        </w:tc>
      </w:tr>
      <w:tr>
        <w:tc>
          <w:tcPr>
            <w:tcW w:type="dxa" w:w="2381"/>
            <w:tcMar>
              <w:top w:w="65" w:type="dxa"/>
              <w:start w:w="60" w:type="dxa"/>
              <w:bottom w:w="65" w:type="dxa"/>
              <w:end w:w="60" w:type="dxa"/>
            </w:tcMar>
            <w:vAlign w:val="top"/>
          </w:tcPr>
          <w:p>
            <w:pPr>
              <w:spacing w:after="0" w:line="240" w:lineRule="auto"/>
            </w:pPr>
            <w:r>
              <w:rPr>
                <w:rFonts w:ascii="Arial" w:hAnsi="Arial" w:eastAsia="Arial"/>
              </w:rPr>
            </w:r>
            <w:r>
              <w:rPr>
                <w:rFonts w:ascii="Arial" w:hAnsi="Arial" w:eastAsia="Arial"/>
                <w:b w:val="0"/>
                <w:i w:val="0"/>
                <w:sz w:val="15"/>
              </w:rPr>
              <w:t>Nóng và bí</w:t>
            </w:r>
          </w:p>
        </w:tc>
        <w:tc>
          <w:tcPr>
            <w:tcW w:type="dxa" w:w="6406"/>
            <w:tcMar>
              <w:top w:w="65" w:type="dxa"/>
              <w:start w:w="60" w:type="dxa"/>
              <w:bottom w:w="65" w:type="dxa"/>
              <w:end w:w="60" w:type="dxa"/>
            </w:tcMar>
            <w:vAlign w:val="top"/>
          </w:tcPr>
          <w:p>
            <w:pPr>
              <w:spacing w:after="0" w:line="240" w:lineRule="auto"/>
            </w:pPr>
            <w:r>
              <w:rPr>
                <w:rFonts w:ascii="Arial" w:hAnsi="Arial" w:eastAsia="Arial"/>
              </w:rPr>
            </w:r>
            <w:r>
              <w:rPr>
                <w:rFonts w:ascii="Arial" w:hAnsi="Arial" w:eastAsia="Arial"/>
                <w:b w:val="0"/>
                <w:i w:val="0"/>
                <w:sz w:val="15"/>
              </w:rPr>
              <w:t>Bố trí giếng trời, thông gió, lam che nắng, cây xanh, vật liệu mặt đứng, xử lý mái và sân thượng.</w:t>
            </w:r>
          </w:p>
        </w:tc>
      </w:tr>
      <w:tr>
        <w:tc>
          <w:tcPr>
            <w:tcW w:type="dxa" w:w="2381"/>
            <w:tcMar>
              <w:top w:w="65" w:type="dxa"/>
              <w:start w:w="60" w:type="dxa"/>
              <w:bottom w:w="65" w:type="dxa"/>
              <w:end w:w="60" w:type="dxa"/>
            </w:tcMar>
            <w:vAlign w:val="top"/>
            <w:shd w:fill="FAF9F6"/>
          </w:tcPr>
          <w:p>
            <w:pPr>
              <w:spacing w:after="0" w:line="240" w:lineRule="auto"/>
            </w:pPr>
            <w:r>
              <w:rPr>
                <w:rFonts w:ascii="Arial" w:hAnsi="Arial" w:eastAsia="Arial"/>
              </w:rPr>
            </w:r>
            <w:r>
              <w:rPr>
                <w:rFonts w:ascii="Arial" w:hAnsi="Arial" w:eastAsia="Arial"/>
                <w:b w:val="0"/>
                <w:i w:val="0"/>
                <w:sz w:val="15"/>
              </w:rPr>
              <w:t>Thiếu sáng giữa nhà</w:t>
            </w:r>
          </w:p>
        </w:tc>
        <w:tc>
          <w:tcPr>
            <w:tcW w:type="dxa" w:w="6406"/>
            <w:tcMar>
              <w:top w:w="65" w:type="dxa"/>
              <w:start w:w="60" w:type="dxa"/>
              <w:bottom w:w="65" w:type="dxa"/>
              <w:end w:w="60" w:type="dxa"/>
            </w:tcMar>
            <w:vAlign w:val="top"/>
            <w:shd w:fill="FAF9F6"/>
          </w:tcPr>
          <w:p>
            <w:pPr>
              <w:spacing w:after="0" w:line="240" w:lineRule="auto"/>
            </w:pPr>
            <w:r>
              <w:rPr>
                <w:rFonts w:ascii="Arial" w:hAnsi="Arial" w:eastAsia="Arial"/>
              </w:rPr>
            </w:r>
            <w:r>
              <w:rPr>
                <w:rFonts w:ascii="Arial" w:hAnsi="Arial" w:eastAsia="Arial"/>
                <w:b w:val="0"/>
                <w:i w:val="0"/>
                <w:sz w:val="15"/>
              </w:rPr>
              <w:t>Tạo khoảng thông tầng, lấy sáng cầu thang, dùng vật liệu phản sáng vừa phải, ánh sáng nhân tạo nhiều lớp.</w:t>
            </w:r>
          </w:p>
        </w:tc>
      </w:tr>
      <w:tr>
        <w:tc>
          <w:tcPr>
            <w:tcW w:type="dxa" w:w="2381"/>
            <w:tcMar>
              <w:top w:w="65" w:type="dxa"/>
              <w:start w:w="60" w:type="dxa"/>
              <w:bottom w:w="65" w:type="dxa"/>
              <w:end w:w="60" w:type="dxa"/>
            </w:tcMar>
            <w:vAlign w:val="top"/>
          </w:tcPr>
          <w:p>
            <w:pPr>
              <w:spacing w:after="0" w:line="240" w:lineRule="auto"/>
            </w:pPr>
            <w:r>
              <w:rPr>
                <w:rFonts w:ascii="Arial" w:hAnsi="Arial" w:eastAsia="Arial"/>
              </w:rPr>
            </w:r>
            <w:r>
              <w:rPr>
                <w:rFonts w:ascii="Arial" w:hAnsi="Arial" w:eastAsia="Arial"/>
                <w:b w:val="0"/>
                <w:i w:val="0"/>
                <w:sz w:val="15"/>
              </w:rPr>
              <w:t>Cầu thang cắt vụn không gian</w:t>
            </w:r>
          </w:p>
        </w:tc>
        <w:tc>
          <w:tcPr>
            <w:tcW w:type="dxa" w:w="6406"/>
            <w:tcMar>
              <w:top w:w="65" w:type="dxa"/>
              <w:start w:w="60" w:type="dxa"/>
              <w:bottom w:w="65" w:type="dxa"/>
              <w:end w:w="60" w:type="dxa"/>
            </w:tcMar>
            <w:vAlign w:val="top"/>
          </w:tcPr>
          <w:p>
            <w:pPr>
              <w:spacing w:after="0" w:line="240" w:lineRule="auto"/>
            </w:pPr>
            <w:r>
              <w:rPr>
                <w:rFonts w:ascii="Arial" w:hAnsi="Arial" w:eastAsia="Arial"/>
              </w:rPr>
            </w:r>
            <w:r>
              <w:rPr>
                <w:rFonts w:ascii="Arial" w:hAnsi="Arial" w:eastAsia="Arial"/>
                <w:b w:val="0"/>
                <w:i w:val="0"/>
                <w:sz w:val="15"/>
              </w:rPr>
              <w:t>Rà vị trí cầu thang, kho dưới gầm, giao thông tầng, tránh lãng phí hành lang.</w:t>
            </w:r>
          </w:p>
        </w:tc>
      </w:tr>
      <w:tr>
        <w:tc>
          <w:tcPr>
            <w:tcW w:type="dxa" w:w="2381"/>
            <w:tcMar>
              <w:top w:w="65" w:type="dxa"/>
              <w:start w:w="60" w:type="dxa"/>
              <w:bottom w:w="65" w:type="dxa"/>
              <w:end w:w="60" w:type="dxa"/>
            </w:tcMar>
            <w:vAlign w:val="top"/>
            <w:shd w:fill="FAF9F6"/>
          </w:tcPr>
          <w:p>
            <w:pPr>
              <w:spacing w:after="0" w:line="240" w:lineRule="auto"/>
            </w:pPr>
            <w:r>
              <w:rPr>
                <w:rFonts w:ascii="Arial" w:hAnsi="Arial" w:eastAsia="Arial"/>
              </w:rPr>
            </w:r>
            <w:r>
              <w:rPr>
                <w:rFonts w:ascii="Arial" w:hAnsi="Arial" w:eastAsia="Arial"/>
                <w:b w:val="0"/>
                <w:i w:val="0"/>
                <w:sz w:val="15"/>
              </w:rPr>
              <w:t>Tầng 1 vừa để xe vừa tiếp khách</w:t>
            </w:r>
          </w:p>
        </w:tc>
        <w:tc>
          <w:tcPr>
            <w:tcW w:type="dxa" w:w="6406"/>
            <w:tcMar>
              <w:top w:w="65" w:type="dxa"/>
              <w:start w:w="60" w:type="dxa"/>
              <w:bottom w:w="65" w:type="dxa"/>
              <w:end w:w="60" w:type="dxa"/>
            </w:tcMar>
            <w:vAlign w:val="top"/>
            <w:shd w:fill="FAF9F6"/>
          </w:tcPr>
          <w:p>
            <w:pPr>
              <w:spacing w:after="0" w:line="240" w:lineRule="auto"/>
            </w:pPr>
            <w:r>
              <w:rPr>
                <w:rFonts w:ascii="Arial" w:hAnsi="Arial" w:eastAsia="Arial"/>
              </w:rPr>
            </w:r>
            <w:r>
              <w:rPr>
                <w:rFonts w:ascii="Arial" w:hAnsi="Arial" w:eastAsia="Arial"/>
                <w:b w:val="0"/>
                <w:i w:val="0"/>
                <w:sz w:val="15"/>
              </w:rPr>
              <w:t>Tách vùng bẩn/sạch, sảnh đệm, tủ giày, kho, cửa ngăn mùi/ồn, vật liệu dễ vệ sinh.</w:t>
            </w:r>
          </w:p>
        </w:tc>
      </w:tr>
      <w:tr>
        <w:tc>
          <w:tcPr>
            <w:tcW w:type="dxa" w:w="2381"/>
            <w:tcMar>
              <w:top w:w="65" w:type="dxa"/>
              <w:start w:w="60" w:type="dxa"/>
              <w:bottom w:w="65" w:type="dxa"/>
              <w:end w:w="60" w:type="dxa"/>
            </w:tcMar>
            <w:vAlign w:val="top"/>
          </w:tcPr>
          <w:p>
            <w:pPr>
              <w:spacing w:after="0" w:line="240" w:lineRule="auto"/>
            </w:pPr>
            <w:r>
              <w:rPr>
                <w:rFonts w:ascii="Arial" w:hAnsi="Arial" w:eastAsia="Arial"/>
              </w:rPr>
            </w:r>
            <w:r>
              <w:rPr>
                <w:rFonts w:ascii="Arial" w:hAnsi="Arial" w:eastAsia="Arial"/>
                <w:b w:val="0"/>
                <w:i w:val="0"/>
                <w:sz w:val="15"/>
              </w:rPr>
              <w:t>Bếp và phòng ăn</w:t>
            </w:r>
          </w:p>
        </w:tc>
        <w:tc>
          <w:tcPr>
            <w:tcW w:type="dxa" w:w="6406"/>
            <w:tcMar>
              <w:top w:w="65" w:type="dxa"/>
              <w:start w:w="60" w:type="dxa"/>
              <w:bottom w:w="65" w:type="dxa"/>
              <w:end w:w="60" w:type="dxa"/>
            </w:tcMar>
            <w:vAlign w:val="top"/>
          </w:tcPr>
          <w:p>
            <w:pPr>
              <w:spacing w:after="0" w:line="240" w:lineRule="auto"/>
            </w:pPr>
            <w:r>
              <w:rPr>
                <w:rFonts w:ascii="Arial" w:hAnsi="Arial" w:eastAsia="Arial"/>
              </w:rPr>
            </w:r>
            <w:r>
              <w:rPr>
                <w:rFonts w:ascii="Arial" w:hAnsi="Arial" w:eastAsia="Arial"/>
                <w:b w:val="0"/>
                <w:i w:val="0"/>
                <w:sz w:val="15"/>
              </w:rPr>
              <w:t>Kiểm soát mùi, lối đi, rác, giặt phơi, thông gió, thiết bị, kho đồ khô.</w:t>
            </w:r>
          </w:p>
        </w:tc>
      </w:tr>
      <w:tr>
        <w:tc>
          <w:tcPr>
            <w:tcW w:type="dxa" w:w="2381"/>
            <w:tcMar>
              <w:top w:w="65" w:type="dxa"/>
              <w:start w:w="60" w:type="dxa"/>
              <w:bottom w:w="65" w:type="dxa"/>
              <w:end w:w="60" w:type="dxa"/>
            </w:tcMar>
            <w:vAlign w:val="top"/>
            <w:shd w:fill="FAF9F6"/>
          </w:tcPr>
          <w:p>
            <w:pPr>
              <w:spacing w:after="0" w:line="240" w:lineRule="auto"/>
            </w:pPr>
            <w:r>
              <w:rPr>
                <w:rFonts w:ascii="Arial" w:hAnsi="Arial" w:eastAsia="Arial"/>
              </w:rPr>
            </w:r>
            <w:r>
              <w:rPr>
                <w:rFonts w:ascii="Arial" w:hAnsi="Arial" w:eastAsia="Arial"/>
                <w:b w:val="0"/>
                <w:i w:val="0"/>
                <w:sz w:val="15"/>
              </w:rPr>
              <w:t>Phòng thờ/sân thượng</w:t>
            </w:r>
          </w:p>
        </w:tc>
        <w:tc>
          <w:tcPr>
            <w:tcW w:type="dxa" w:w="6406"/>
            <w:tcMar>
              <w:top w:w="65" w:type="dxa"/>
              <w:start w:w="60" w:type="dxa"/>
              <w:bottom w:w="65" w:type="dxa"/>
              <w:end w:w="60" w:type="dxa"/>
            </w:tcMar>
            <w:vAlign w:val="top"/>
            <w:shd w:fill="FAF9F6"/>
          </w:tcPr>
          <w:p>
            <w:pPr>
              <w:spacing w:after="0" w:line="240" w:lineRule="auto"/>
            </w:pPr>
            <w:r>
              <w:rPr>
                <w:rFonts w:ascii="Arial" w:hAnsi="Arial" w:eastAsia="Arial"/>
              </w:rPr>
            </w:r>
            <w:r>
              <w:rPr>
                <w:rFonts w:ascii="Arial" w:hAnsi="Arial" w:eastAsia="Arial"/>
                <w:b w:val="0"/>
                <w:i w:val="0"/>
                <w:sz w:val="15"/>
              </w:rPr>
              <w:t>Tôn trọng văn hóa gia đình nhưng xử lý chống nóng, chống thấm, gió, mưa tạt, bảo trì.</w:t>
            </w:r>
          </w:p>
        </w:tc>
      </w:tr>
      <w:tr>
        <w:tc>
          <w:tcPr>
            <w:tcW w:type="dxa" w:w="2381"/>
            <w:tcMar>
              <w:top w:w="65" w:type="dxa"/>
              <w:start w:w="60" w:type="dxa"/>
              <w:bottom w:w="65" w:type="dxa"/>
              <w:end w:w="60" w:type="dxa"/>
            </w:tcMar>
            <w:vAlign w:val="top"/>
          </w:tcPr>
          <w:p>
            <w:pPr>
              <w:spacing w:after="0" w:line="240" w:lineRule="auto"/>
            </w:pPr>
            <w:r>
              <w:rPr>
                <w:rFonts w:ascii="Arial" w:hAnsi="Arial" w:eastAsia="Arial"/>
              </w:rPr>
            </w:r>
            <w:r>
              <w:rPr>
                <w:rFonts w:ascii="Arial" w:hAnsi="Arial" w:eastAsia="Arial"/>
                <w:b w:val="0"/>
                <w:i w:val="0"/>
                <w:sz w:val="15"/>
              </w:rPr>
              <w:t>Cải tạo nhà cũ</w:t>
            </w:r>
          </w:p>
        </w:tc>
        <w:tc>
          <w:tcPr>
            <w:tcW w:type="dxa" w:w="6406"/>
            <w:tcMar>
              <w:top w:w="65" w:type="dxa"/>
              <w:start w:w="60" w:type="dxa"/>
              <w:bottom w:w="65" w:type="dxa"/>
              <w:end w:w="60" w:type="dxa"/>
            </w:tcMar>
            <w:vAlign w:val="top"/>
          </w:tcPr>
          <w:p>
            <w:pPr>
              <w:spacing w:after="0" w:line="240" w:lineRule="auto"/>
            </w:pPr>
            <w:r>
              <w:rPr>
                <w:rFonts w:ascii="Arial" w:hAnsi="Arial" w:eastAsia="Arial"/>
              </w:rPr>
            </w:r>
            <w:r>
              <w:rPr>
                <w:rFonts w:ascii="Arial" w:hAnsi="Arial" w:eastAsia="Arial"/>
                <w:b w:val="0"/>
                <w:i w:val="0"/>
                <w:sz w:val="15"/>
              </w:rPr>
              <w:t>Không khuyến nghị đập phá sâu khi chưa khảo sát kết cấu, điện nước, thấm nứt, giấy phép.</w:t>
            </w:r>
          </w:p>
        </w:tc>
      </w:tr>
    </w:tbl>
    <w:p>
      <w:pPr>
        <w:pStyle w:val="Heading1"/>
        <w:spacing w:before="200" w:after="100"/>
        <w:pBdr>
          <w:bottom w:val="single" w:sz="12" w:space="4" w:color="C8A96A"/>
        </w:pBdr>
      </w:pPr>
      <w:r>
        <w:rPr>
          <w:rFonts w:ascii="Arial" w:hAnsi="Arial" w:eastAsia="Arial"/>
          <w:b/>
          <w:i w:val="0"/>
          <w:color w:val="2F3338"/>
          <w:sz w:val="31"/>
        </w:rPr>
        <w:t>35. CÁCH ARCOVA TƯ VẤN BIỆT THỰ / VILLA / NHÀ CAO CẤP</w:t>
      </w:r>
    </w:p>
    <w:p>
      <w:pPr>
        <w:spacing w:before="0" w:after="80" w:line="254" w:lineRule="auto"/>
      </w:pPr>
      <w:r>
        <w:rPr>
          <w:rFonts w:ascii="Arial" w:hAnsi="Arial" w:eastAsia="Arial"/>
          <w:b w:val="0"/>
          <w:i w:val="0"/>
          <w:sz w:val="18"/>
        </w:rPr>
        <w:t>Với công trình cao cấp, giá trị của ARCOVA tăng lên vì số lượng bên tham gia nhiều hơn, chi phí sai sót cao hơn và yêu cầu phối hợp cao hơn. ARCOVA không nên bán như gói phổ thông; cần nhấn mạnh vai trò đại diện khách hàng premium.</w:t>
      </w:r>
    </w:p>
    <w:tbl>
      <w:tblPr>
        <w:tblStyle w:val="TableGrid"/>
        <w:tblW w:type="auto" w:w="0"/>
        <w:jc w:val="center"/>
        <w:tblLook w:firstColumn="1" w:firstRow="1" w:lastColumn="0" w:lastRow="0" w:noHBand="0" w:noVBand="1" w:val="04A0"/>
        <w:tblBorders>
          <w:top w:val="single" w:sz="5" w:space="0" w:color="E7D2A5"/>
          <w:left w:val="single" w:sz="5" w:space="0" w:color="E7D2A5"/>
          <w:bottom w:val="single" w:sz="5" w:space="0" w:color="E7D2A5"/>
          <w:right w:val="single" w:sz="5" w:space="0" w:color="E7D2A5"/>
          <w:insideH w:val="single" w:sz="5" w:space="0" w:color="E7D2A5"/>
          <w:insideV w:val="single" w:sz="5" w:space="0" w:color="E7D2A5"/>
        </w:tblBorders>
      </w:tblPr>
      <w:tblGrid>
        <w:gridCol w:w="3494"/>
        <w:gridCol w:w="3494"/>
        <w:gridCol w:w="3494"/>
      </w:tblGrid>
      <w:tr>
        <w:trPr>
          <w:tblHeader w:val="true"/>
        </w:trPr>
        <w:tc>
          <w:tcPr>
            <w:tcW w:type="dxa" w:w="2154"/>
            <w:shd w:fill="C8A96A"/>
            <w:tcMar>
              <w:top w:w="75" w:type="dxa"/>
              <w:start w:w="65" w:type="dxa"/>
              <w:bottom w:w="75" w:type="dxa"/>
              <w:end w:w="65" w:type="dxa"/>
            </w:tcMar>
          </w:tcPr>
          <w:p>
            <w:pPr>
              <w:spacing w:after="0" w:line="240" w:lineRule="auto"/>
              <w:jc w:val="center"/>
            </w:pPr>
            <w:r>
              <w:rPr>
                <w:rFonts w:ascii="Arial" w:hAnsi="Arial" w:eastAsia="Arial"/>
              </w:rPr>
            </w:r>
            <w:r>
              <w:rPr>
                <w:rFonts w:ascii="Arial" w:hAnsi="Arial" w:eastAsia="Arial"/>
                <w:b/>
                <w:i w:val="0"/>
                <w:color w:val="FFFFFF"/>
                <w:sz w:val="15"/>
              </w:rPr>
              <w:t>Lớp cao cấp</w:t>
            </w:r>
          </w:p>
        </w:tc>
        <w:tc>
          <w:tcPr>
            <w:tcW w:type="dxa" w:w="3628"/>
            <w:shd w:fill="C8A96A"/>
            <w:tcMar>
              <w:top w:w="75" w:type="dxa"/>
              <w:start w:w="65" w:type="dxa"/>
              <w:bottom w:w="75" w:type="dxa"/>
              <w:end w:w="65" w:type="dxa"/>
            </w:tcMar>
          </w:tcPr>
          <w:p>
            <w:pPr>
              <w:spacing w:after="0" w:line="240" w:lineRule="auto"/>
              <w:jc w:val="center"/>
            </w:pPr>
            <w:r>
              <w:rPr>
                <w:rFonts w:ascii="Arial" w:hAnsi="Arial" w:eastAsia="Arial"/>
              </w:rPr>
            </w:r>
            <w:r>
              <w:rPr>
                <w:rFonts w:ascii="Arial" w:hAnsi="Arial" w:eastAsia="Arial"/>
                <w:b/>
                <w:i w:val="0"/>
                <w:color w:val="FFFFFF"/>
                <w:sz w:val="15"/>
              </w:rPr>
              <w:t>Điều ARCOVA cần kiểm soát</w:t>
            </w:r>
          </w:p>
        </w:tc>
        <w:tc>
          <w:tcPr>
            <w:tcW w:type="dxa" w:w="3005"/>
            <w:shd w:fill="C8A96A"/>
            <w:tcMar>
              <w:top w:w="75" w:type="dxa"/>
              <w:start w:w="65" w:type="dxa"/>
              <w:bottom w:w="75" w:type="dxa"/>
              <w:end w:w="65" w:type="dxa"/>
            </w:tcMar>
          </w:tcPr>
          <w:p>
            <w:pPr>
              <w:spacing w:after="0" w:line="240" w:lineRule="auto"/>
              <w:jc w:val="center"/>
            </w:pPr>
            <w:r>
              <w:rPr>
                <w:rFonts w:ascii="Arial" w:hAnsi="Arial" w:eastAsia="Arial"/>
              </w:rPr>
            </w:r>
            <w:r>
              <w:rPr>
                <w:rFonts w:ascii="Arial" w:hAnsi="Arial" w:eastAsia="Arial"/>
                <w:b/>
                <w:i w:val="0"/>
                <w:color w:val="FFFFFF"/>
                <w:sz w:val="15"/>
              </w:rPr>
              <w:t>Giá trị với khách</w:t>
            </w:r>
          </w:p>
        </w:tc>
      </w:tr>
      <w:tr>
        <w:tc>
          <w:tcPr>
            <w:tcW w:type="dxa" w:w="2154"/>
            <w:tcMar>
              <w:top w:w="65" w:type="dxa"/>
              <w:start w:w="60" w:type="dxa"/>
              <w:bottom w:w="65" w:type="dxa"/>
              <w:end w:w="60" w:type="dxa"/>
            </w:tcMar>
            <w:vAlign w:val="top"/>
          </w:tcPr>
          <w:p>
            <w:pPr>
              <w:spacing w:after="0" w:line="240" w:lineRule="auto"/>
            </w:pPr>
            <w:r>
              <w:rPr>
                <w:rFonts w:ascii="Arial" w:hAnsi="Arial" w:eastAsia="Arial"/>
              </w:rPr>
            </w:r>
            <w:r>
              <w:rPr>
                <w:rFonts w:ascii="Arial" w:hAnsi="Arial" w:eastAsia="Arial"/>
                <w:b w:val="0"/>
                <w:i w:val="0"/>
                <w:sz w:val="15"/>
              </w:rPr>
              <w:t>Nghi thức vào nhà</w:t>
            </w:r>
          </w:p>
        </w:tc>
        <w:tc>
          <w:tcPr>
            <w:tcW w:type="dxa" w:w="3628"/>
            <w:tcMar>
              <w:top w:w="65" w:type="dxa"/>
              <w:start w:w="60" w:type="dxa"/>
              <w:bottom w:w="65" w:type="dxa"/>
              <w:end w:w="60" w:type="dxa"/>
            </w:tcMar>
            <w:vAlign w:val="top"/>
          </w:tcPr>
          <w:p>
            <w:pPr>
              <w:spacing w:after="0" w:line="240" w:lineRule="auto"/>
            </w:pPr>
            <w:r>
              <w:rPr>
                <w:rFonts w:ascii="Arial" w:hAnsi="Arial" w:eastAsia="Arial"/>
              </w:rPr>
            </w:r>
            <w:r>
              <w:rPr>
                <w:rFonts w:ascii="Arial" w:hAnsi="Arial" w:eastAsia="Arial"/>
                <w:b w:val="0"/>
                <w:i w:val="0"/>
                <w:sz w:val="15"/>
              </w:rPr>
              <w:t>Sảnh, trục nhìn, phòng khách formal, powder room, tuyến phục vụ.</w:t>
            </w:r>
          </w:p>
        </w:tc>
        <w:tc>
          <w:tcPr>
            <w:tcW w:type="dxa" w:w="3005"/>
            <w:tcMar>
              <w:top w:w="65" w:type="dxa"/>
              <w:start w:w="60" w:type="dxa"/>
              <w:bottom w:w="65" w:type="dxa"/>
              <w:end w:w="60" w:type="dxa"/>
            </w:tcMar>
            <w:vAlign w:val="top"/>
          </w:tcPr>
          <w:p>
            <w:pPr>
              <w:spacing w:after="0" w:line="240" w:lineRule="auto"/>
            </w:pPr>
            <w:r>
              <w:rPr>
                <w:rFonts w:ascii="Arial" w:hAnsi="Arial" w:eastAsia="Arial"/>
              </w:rPr>
            </w:r>
            <w:r>
              <w:rPr>
                <w:rFonts w:ascii="Arial" w:hAnsi="Arial" w:eastAsia="Arial"/>
                <w:b w:val="0"/>
                <w:i w:val="0"/>
                <w:sz w:val="15"/>
              </w:rPr>
              <w:t>Tạo cảm giác sang ngay từ trải nghiệm đầu tiên.</w:t>
            </w:r>
          </w:p>
        </w:tc>
      </w:tr>
      <w:tr>
        <w:tc>
          <w:tcPr>
            <w:tcW w:type="dxa" w:w="2154"/>
            <w:tcMar>
              <w:top w:w="65" w:type="dxa"/>
              <w:start w:w="60" w:type="dxa"/>
              <w:bottom w:w="65" w:type="dxa"/>
              <w:end w:w="60" w:type="dxa"/>
            </w:tcMar>
            <w:vAlign w:val="top"/>
            <w:shd w:fill="FAF9F6"/>
          </w:tcPr>
          <w:p>
            <w:pPr>
              <w:spacing w:after="0" w:line="240" w:lineRule="auto"/>
            </w:pPr>
            <w:r>
              <w:rPr>
                <w:rFonts w:ascii="Arial" w:hAnsi="Arial" w:eastAsia="Arial"/>
              </w:rPr>
            </w:r>
            <w:r>
              <w:rPr>
                <w:rFonts w:ascii="Arial" w:hAnsi="Arial" w:eastAsia="Arial"/>
                <w:b w:val="0"/>
                <w:i w:val="0"/>
                <w:sz w:val="15"/>
              </w:rPr>
              <w:t>Phân vùng riêng tư</w:t>
            </w:r>
          </w:p>
        </w:tc>
        <w:tc>
          <w:tcPr>
            <w:tcW w:type="dxa" w:w="3628"/>
            <w:tcMar>
              <w:top w:w="65" w:type="dxa"/>
              <w:start w:w="60" w:type="dxa"/>
              <w:bottom w:w="65" w:type="dxa"/>
              <w:end w:w="60" w:type="dxa"/>
            </w:tcMar>
            <w:vAlign w:val="top"/>
            <w:shd w:fill="FAF9F6"/>
          </w:tcPr>
          <w:p>
            <w:pPr>
              <w:spacing w:after="0" w:line="240" w:lineRule="auto"/>
            </w:pPr>
            <w:r>
              <w:rPr>
                <w:rFonts w:ascii="Arial" w:hAnsi="Arial" w:eastAsia="Arial"/>
              </w:rPr>
            </w:r>
            <w:r>
              <w:rPr>
                <w:rFonts w:ascii="Arial" w:hAnsi="Arial" w:eastAsia="Arial"/>
                <w:b w:val="0"/>
                <w:i w:val="0"/>
                <w:sz w:val="15"/>
              </w:rPr>
              <w:t>Phòng ngủ, phòng thay đồ, phòng tắm master, khu gia đình, khu khách.</w:t>
            </w:r>
          </w:p>
        </w:tc>
        <w:tc>
          <w:tcPr>
            <w:tcW w:type="dxa" w:w="3005"/>
            <w:tcMar>
              <w:top w:w="65" w:type="dxa"/>
              <w:start w:w="60" w:type="dxa"/>
              <w:bottom w:w="65" w:type="dxa"/>
              <w:end w:w="60" w:type="dxa"/>
            </w:tcMar>
            <w:vAlign w:val="top"/>
            <w:shd w:fill="FAF9F6"/>
          </w:tcPr>
          <w:p>
            <w:pPr>
              <w:spacing w:after="0" w:line="240" w:lineRule="auto"/>
            </w:pPr>
            <w:r>
              <w:rPr>
                <w:rFonts w:ascii="Arial" w:hAnsi="Arial" w:eastAsia="Arial"/>
              </w:rPr>
            </w:r>
            <w:r>
              <w:rPr>
                <w:rFonts w:ascii="Arial" w:hAnsi="Arial" w:eastAsia="Arial"/>
                <w:b w:val="0"/>
                <w:i w:val="0"/>
                <w:sz w:val="15"/>
              </w:rPr>
              <w:t>Giữ sự kín đáo và tiện nghi của gia chủ.</w:t>
            </w:r>
          </w:p>
        </w:tc>
      </w:tr>
      <w:tr>
        <w:tc>
          <w:tcPr>
            <w:tcW w:type="dxa" w:w="2154"/>
            <w:tcMar>
              <w:top w:w="65" w:type="dxa"/>
              <w:start w:w="60" w:type="dxa"/>
              <w:bottom w:w="65" w:type="dxa"/>
              <w:end w:w="60" w:type="dxa"/>
            </w:tcMar>
            <w:vAlign w:val="top"/>
          </w:tcPr>
          <w:p>
            <w:pPr>
              <w:spacing w:after="0" w:line="240" w:lineRule="auto"/>
            </w:pPr>
            <w:r>
              <w:rPr>
                <w:rFonts w:ascii="Arial" w:hAnsi="Arial" w:eastAsia="Arial"/>
              </w:rPr>
            </w:r>
            <w:r>
              <w:rPr>
                <w:rFonts w:ascii="Arial" w:hAnsi="Arial" w:eastAsia="Arial"/>
                <w:b w:val="0"/>
                <w:i w:val="0"/>
                <w:sz w:val="15"/>
              </w:rPr>
              <w:t>Service flow</w:t>
            </w:r>
          </w:p>
        </w:tc>
        <w:tc>
          <w:tcPr>
            <w:tcW w:type="dxa" w:w="3628"/>
            <w:tcMar>
              <w:top w:w="65" w:type="dxa"/>
              <w:start w:w="60" w:type="dxa"/>
              <w:bottom w:w="65" w:type="dxa"/>
              <w:end w:w="60" w:type="dxa"/>
            </w:tcMar>
            <w:vAlign w:val="top"/>
          </w:tcPr>
          <w:p>
            <w:pPr>
              <w:spacing w:after="0" w:line="240" w:lineRule="auto"/>
            </w:pPr>
            <w:r>
              <w:rPr>
                <w:rFonts w:ascii="Arial" w:hAnsi="Arial" w:eastAsia="Arial"/>
              </w:rPr>
            </w:r>
            <w:r>
              <w:rPr>
                <w:rFonts w:ascii="Arial" w:hAnsi="Arial" w:eastAsia="Arial"/>
                <w:b w:val="0"/>
                <w:i w:val="0"/>
                <w:sz w:val="15"/>
              </w:rPr>
              <w:t>Bếp phụ, giặt là, kho, giúp việc, kỹ thuật, rác, giao hàng.</w:t>
            </w:r>
          </w:p>
        </w:tc>
        <w:tc>
          <w:tcPr>
            <w:tcW w:type="dxa" w:w="3005"/>
            <w:tcMar>
              <w:top w:w="65" w:type="dxa"/>
              <w:start w:w="60" w:type="dxa"/>
              <w:bottom w:w="65" w:type="dxa"/>
              <w:end w:w="60" w:type="dxa"/>
            </w:tcMar>
            <w:vAlign w:val="top"/>
          </w:tcPr>
          <w:p>
            <w:pPr>
              <w:spacing w:after="0" w:line="240" w:lineRule="auto"/>
            </w:pPr>
            <w:r>
              <w:rPr>
                <w:rFonts w:ascii="Arial" w:hAnsi="Arial" w:eastAsia="Arial"/>
              </w:rPr>
            </w:r>
            <w:r>
              <w:rPr>
                <w:rFonts w:ascii="Arial" w:hAnsi="Arial" w:eastAsia="Arial"/>
                <w:b w:val="0"/>
                <w:i w:val="0"/>
                <w:sz w:val="15"/>
              </w:rPr>
              <w:t>Nhà sang nhưng vận hành không lộ phần “xấu”.</w:t>
            </w:r>
          </w:p>
        </w:tc>
      </w:tr>
      <w:tr>
        <w:tc>
          <w:tcPr>
            <w:tcW w:type="dxa" w:w="2154"/>
            <w:tcMar>
              <w:top w:w="65" w:type="dxa"/>
              <w:start w:w="60" w:type="dxa"/>
              <w:bottom w:w="65" w:type="dxa"/>
              <w:end w:w="60" w:type="dxa"/>
            </w:tcMar>
            <w:vAlign w:val="top"/>
            <w:shd w:fill="FAF9F6"/>
          </w:tcPr>
          <w:p>
            <w:pPr>
              <w:spacing w:after="0" w:line="240" w:lineRule="auto"/>
            </w:pPr>
            <w:r>
              <w:rPr>
                <w:rFonts w:ascii="Arial" w:hAnsi="Arial" w:eastAsia="Arial"/>
              </w:rPr>
            </w:r>
            <w:r>
              <w:rPr>
                <w:rFonts w:ascii="Arial" w:hAnsi="Arial" w:eastAsia="Arial"/>
                <w:b w:val="0"/>
                <w:i w:val="0"/>
                <w:sz w:val="15"/>
              </w:rPr>
              <w:t>Vật liệu và chi tiết</w:t>
            </w:r>
          </w:p>
        </w:tc>
        <w:tc>
          <w:tcPr>
            <w:tcW w:type="dxa" w:w="3628"/>
            <w:tcMar>
              <w:top w:w="65" w:type="dxa"/>
              <w:start w:w="60" w:type="dxa"/>
              <w:bottom w:w="65" w:type="dxa"/>
              <w:end w:w="60" w:type="dxa"/>
            </w:tcMar>
            <w:vAlign w:val="top"/>
            <w:shd w:fill="FAF9F6"/>
          </w:tcPr>
          <w:p>
            <w:pPr>
              <w:spacing w:after="0" w:line="240" w:lineRule="auto"/>
            </w:pPr>
            <w:r>
              <w:rPr>
                <w:rFonts w:ascii="Arial" w:hAnsi="Arial" w:eastAsia="Arial"/>
              </w:rPr>
            </w:r>
            <w:r>
              <w:rPr>
                <w:rFonts w:ascii="Arial" w:hAnsi="Arial" w:eastAsia="Arial"/>
                <w:b w:val="0"/>
                <w:i w:val="0"/>
                <w:sz w:val="15"/>
              </w:rPr>
              <w:t>Đá, gỗ, kim loại, vải, ánh sáng, phụ kiện, thiết bị, đồ đặt riêng.</w:t>
            </w:r>
          </w:p>
        </w:tc>
        <w:tc>
          <w:tcPr>
            <w:tcW w:type="dxa" w:w="3005"/>
            <w:tcMar>
              <w:top w:w="65" w:type="dxa"/>
              <w:start w:w="60" w:type="dxa"/>
              <w:bottom w:w="65" w:type="dxa"/>
              <w:end w:w="60" w:type="dxa"/>
            </w:tcMar>
            <w:vAlign w:val="top"/>
            <w:shd w:fill="FAF9F6"/>
          </w:tcPr>
          <w:p>
            <w:pPr>
              <w:spacing w:after="0" w:line="240" w:lineRule="auto"/>
            </w:pPr>
            <w:r>
              <w:rPr>
                <w:rFonts w:ascii="Arial" w:hAnsi="Arial" w:eastAsia="Arial"/>
              </w:rPr>
            </w:r>
            <w:r>
              <w:rPr>
                <w:rFonts w:ascii="Arial" w:hAnsi="Arial" w:eastAsia="Arial"/>
                <w:b w:val="0"/>
                <w:i w:val="0"/>
                <w:sz w:val="15"/>
              </w:rPr>
              <w:t>Đảm bảo tiền chi ra tạo cảm giác xứng đáng.</w:t>
            </w:r>
          </w:p>
        </w:tc>
      </w:tr>
      <w:tr>
        <w:tc>
          <w:tcPr>
            <w:tcW w:type="dxa" w:w="2154"/>
            <w:tcMar>
              <w:top w:w="65" w:type="dxa"/>
              <w:start w:w="60" w:type="dxa"/>
              <w:bottom w:w="65" w:type="dxa"/>
              <w:end w:w="60" w:type="dxa"/>
            </w:tcMar>
            <w:vAlign w:val="top"/>
          </w:tcPr>
          <w:p>
            <w:pPr>
              <w:spacing w:after="0" w:line="240" w:lineRule="auto"/>
            </w:pPr>
            <w:r>
              <w:rPr>
                <w:rFonts w:ascii="Arial" w:hAnsi="Arial" w:eastAsia="Arial"/>
              </w:rPr>
            </w:r>
            <w:r>
              <w:rPr>
                <w:rFonts w:ascii="Arial" w:hAnsi="Arial" w:eastAsia="Arial"/>
                <w:b w:val="0"/>
                <w:i w:val="0"/>
                <w:sz w:val="15"/>
              </w:rPr>
              <w:t>Đối tác nhiều bên</w:t>
            </w:r>
          </w:p>
        </w:tc>
        <w:tc>
          <w:tcPr>
            <w:tcW w:type="dxa" w:w="3628"/>
            <w:tcMar>
              <w:top w:w="65" w:type="dxa"/>
              <w:start w:w="60" w:type="dxa"/>
              <w:bottom w:w="65" w:type="dxa"/>
              <w:end w:w="60" w:type="dxa"/>
            </w:tcMar>
            <w:vAlign w:val="top"/>
          </w:tcPr>
          <w:p>
            <w:pPr>
              <w:spacing w:after="0" w:line="240" w:lineRule="auto"/>
            </w:pPr>
            <w:r>
              <w:rPr>
                <w:rFonts w:ascii="Arial" w:hAnsi="Arial" w:eastAsia="Arial"/>
              </w:rPr>
            </w:r>
            <w:r>
              <w:rPr>
                <w:rFonts w:ascii="Arial" w:hAnsi="Arial" w:eastAsia="Arial"/>
                <w:b w:val="0"/>
                <w:i w:val="0"/>
                <w:sz w:val="15"/>
              </w:rPr>
              <w:t>Thiết kế, thầu, xưởng, cảnh quan, ánh sáng, smarthome, đồ rời.</w:t>
            </w:r>
          </w:p>
        </w:tc>
        <w:tc>
          <w:tcPr>
            <w:tcW w:type="dxa" w:w="3005"/>
            <w:tcMar>
              <w:top w:w="65" w:type="dxa"/>
              <w:start w:w="60" w:type="dxa"/>
              <w:bottom w:w="65" w:type="dxa"/>
              <w:end w:w="60" w:type="dxa"/>
            </w:tcMar>
            <w:vAlign w:val="top"/>
          </w:tcPr>
          <w:p>
            <w:pPr>
              <w:spacing w:after="0" w:line="240" w:lineRule="auto"/>
            </w:pPr>
            <w:r>
              <w:rPr>
                <w:rFonts w:ascii="Arial" w:hAnsi="Arial" w:eastAsia="Arial"/>
              </w:rPr>
            </w:r>
            <w:r>
              <w:rPr>
                <w:rFonts w:ascii="Arial" w:hAnsi="Arial" w:eastAsia="Arial"/>
                <w:b w:val="0"/>
                <w:i w:val="0"/>
                <w:sz w:val="15"/>
              </w:rPr>
              <w:t>Giảm xung đột, giảm bỏ sót, tăng khả năng phối hợp.</w:t>
            </w:r>
          </w:p>
        </w:tc>
      </w:tr>
      <w:tr>
        <w:tc>
          <w:tcPr>
            <w:tcW w:type="dxa" w:w="2154"/>
            <w:tcMar>
              <w:top w:w="65" w:type="dxa"/>
              <w:start w:w="60" w:type="dxa"/>
              <w:bottom w:w="65" w:type="dxa"/>
              <w:end w:w="60" w:type="dxa"/>
            </w:tcMar>
            <w:vAlign w:val="top"/>
            <w:shd w:fill="FAF9F6"/>
          </w:tcPr>
          <w:p>
            <w:pPr>
              <w:spacing w:after="0" w:line="240" w:lineRule="auto"/>
            </w:pPr>
            <w:r>
              <w:rPr>
                <w:rFonts w:ascii="Arial" w:hAnsi="Arial" w:eastAsia="Arial"/>
              </w:rPr>
            </w:r>
            <w:r>
              <w:rPr>
                <w:rFonts w:ascii="Arial" w:hAnsi="Arial" w:eastAsia="Arial"/>
                <w:b w:val="0"/>
                <w:i w:val="0"/>
                <w:sz w:val="15"/>
              </w:rPr>
              <w:t>Nghiệm thu cao cấp</w:t>
            </w:r>
          </w:p>
        </w:tc>
        <w:tc>
          <w:tcPr>
            <w:tcW w:type="dxa" w:w="3628"/>
            <w:tcMar>
              <w:top w:w="65" w:type="dxa"/>
              <w:start w:w="60" w:type="dxa"/>
              <w:bottom w:w="65" w:type="dxa"/>
              <w:end w:w="60" w:type="dxa"/>
            </w:tcMar>
            <w:vAlign w:val="top"/>
            <w:shd w:fill="FAF9F6"/>
          </w:tcPr>
          <w:p>
            <w:pPr>
              <w:spacing w:after="0" w:line="240" w:lineRule="auto"/>
            </w:pPr>
            <w:r>
              <w:rPr>
                <w:rFonts w:ascii="Arial" w:hAnsi="Arial" w:eastAsia="Arial"/>
              </w:rPr>
            </w:r>
            <w:r>
              <w:rPr>
                <w:rFonts w:ascii="Arial" w:hAnsi="Arial" w:eastAsia="Arial"/>
                <w:b w:val="0"/>
                <w:i w:val="0"/>
                <w:sz w:val="15"/>
              </w:rPr>
              <w:t>Khe hở, bề mặt, vân, màu, vận hành cánh, thiết bị, ánh sáng, bảo hành.</w:t>
            </w:r>
          </w:p>
        </w:tc>
        <w:tc>
          <w:tcPr>
            <w:tcW w:type="dxa" w:w="3005"/>
            <w:tcMar>
              <w:top w:w="65" w:type="dxa"/>
              <w:start w:w="60" w:type="dxa"/>
              <w:bottom w:w="65" w:type="dxa"/>
              <w:end w:w="60" w:type="dxa"/>
            </w:tcMar>
            <w:vAlign w:val="top"/>
            <w:shd w:fill="FAF9F6"/>
          </w:tcPr>
          <w:p>
            <w:pPr>
              <w:spacing w:after="0" w:line="240" w:lineRule="auto"/>
            </w:pPr>
            <w:r>
              <w:rPr>
                <w:rFonts w:ascii="Arial" w:hAnsi="Arial" w:eastAsia="Arial"/>
              </w:rPr>
            </w:r>
            <w:r>
              <w:rPr>
                <w:rFonts w:ascii="Arial" w:hAnsi="Arial" w:eastAsia="Arial"/>
                <w:b w:val="0"/>
                <w:i w:val="0"/>
                <w:sz w:val="15"/>
              </w:rPr>
              <w:t>Bảo vệ chất lượng cuối cùng trước thanh toán.</w:t>
            </w:r>
          </w:p>
        </w:tc>
      </w:tr>
    </w:tbl>
    <w:tbl>
      <w:tblPr>
        <w:tblW w:type="auto" w:w="0"/>
        <w:jc w:val="center"/>
        <w:tblLook w:firstColumn="1" w:firstRow="1" w:lastColumn="0" w:lastRow="0" w:noHBand="0" w:noVBand="1" w:val="04A0"/>
        <w:tblBorders>
          <w:top w:val="single" w:sz="5" w:space="0" w:color="E7D2A5"/>
          <w:left w:val="single" w:sz="5" w:space="0" w:color="E7D2A5"/>
          <w:bottom w:val="single" w:sz="5" w:space="0" w:color="E7D2A5"/>
          <w:right w:val="single" w:sz="5" w:space="0" w:color="E7D2A5"/>
          <w:insideH w:val="single" w:sz="5" w:space="0" w:color="E7D2A5"/>
          <w:insideV w:val="single" w:sz="5" w:space="0" w:color="E7D2A5"/>
        </w:tblBorders>
      </w:tblPr>
      <w:tblGrid>
        <w:gridCol w:w="10482"/>
      </w:tblGrid>
      <w:tr>
        <w:tc>
          <w:tcPr>
            <w:tcW w:type="dxa" w:w="10482"/>
            <w:shd w:fill="F2EEE7"/>
            <w:tcMar>
              <w:top w:w="110" w:type="dxa"/>
              <w:start w:w="140" w:type="dxa"/>
              <w:bottom w:w="110" w:type="dxa"/>
              <w:end w:w="140" w:type="dxa"/>
            </w:tcMar>
          </w:tcPr>
          <w:p>
            <w:pPr>
              <w:spacing w:after="60"/>
            </w:pPr>
            <w:r>
              <w:rPr>
                <w:rFonts w:ascii="Arial" w:hAnsi="Arial" w:eastAsia="Arial"/>
                <w:b/>
                <w:i w:val="0"/>
                <w:color w:val="2F3338"/>
                <w:sz w:val="19"/>
              </w:rPr>
              <w:t>Gói nên đề xuất</w:t>
            </w:r>
          </w:p>
          <w:p>
            <w:pPr>
              <w:spacing w:after="0" w:line="254" w:lineRule="auto"/>
            </w:pPr>
            <w:r>
              <w:rPr>
                <w:rFonts w:ascii="Arial" w:hAnsi="Arial" w:eastAsia="Arial"/>
                <w:b w:val="0"/>
                <w:i w:val="0"/>
                <w:color w:val="222222"/>
                <w:sz w:val="18"/>
              </w:rPr>
              <w:t>Với biệt thự/villa, ARCOVA nên ưu tiên gói F2-F4 hoặc phí theo giai đoạn, vì trách nhiệm điều phối cao hơn nhiều so với căn hộ thông thường.</w:t>
            </w:r>
          </w:p>
        </w:tc>
      </w:tr>
    </w:tbl>
    <w:p>
      <w:pPr>
        <w:pStyle w:val="Heading1"/>
        <w:spacing w:before="200" w:after="100"/>
        <w:pBdr>
          <w:bottom w:val="single" w:sz="12" w:space="4" w:color="C8A96A"/>
        </w:pBdr>
      </w:pPr>
      <w:r>
        <w:rPr>
          <w:rFonts w:ascii="Arial" w:hAnsi="Arial" w:eastAsia="Arial"/>
          <w:b/>
          <w:i w:val="0"/>
          <w:color w:val="2F3338"/>
          <w:sz w:val="31"/>
        </w:rPr>
        <w:t>36. CÁCH ARCOVA TƯ VẤN CÔNG TRÌNH THƯƠNG MẠI NHỎ</w:t>
      </w:r>
    </w:p>
    <w:p>
      <w:pPr>
        <w:spacing w:before="0" w:after="80" w:line="254" w:lineRule="auto"/>
      </w:pPr>
      <w:r>
        <w:rPr>
          <w:rFonts w:ascii="Arial" w:hAnsi="Arial" w:eastAsia="Arial"/>
          <w:b w:val="0"/>
          <w:i w:val="0"/>
          <w:sz w:val="18"/>
        </w:rPr>
        <w:t>Văn phòng, showroom, shop, cafe, spa và mặt bằng kinh doanh không chỉ cần đẹp. Chúng cần phục vụ thương hiệu, vận hành, doanh thu, khách mục tiêu, nhân sự và chi phí hoàn vốn. Đây là mảng ARCOVA có thể phát triển sau khi đã có bộ đối tác phù hợp.</w:t>
      </w:r>
    </w:p>
    <w:tbl>
      <w:tblPr>
        <w:tblStyle w:val="TableGrid"/>
        <w:tblW w:type="auto" w:w="0"/>
        <w:jc w:val="center"/>
        <w:tblLook w:firstColumn="1" w:firstRow="1" w:lastColumn="0" w:lastRow="0" w:noHBand="0" w:noVBand="1" w:val="04A0"/>
        <w:tblBorders>
          <w:top w:val="single" w:sz="5" w:space="0" w:color="E7D2A5"/>
          <w:left w:val="single" w:sz="5" w:space="0" w:color="E7D2A5"/>
          <w:bottom w:val="single" w:sz="5" w:space="0" w:color="E7D2A5"/>
          <w:right w:val="single" w:sz="5" w:space="0" w:color="E7D2A5"/>
          <w:insideH w:val="single" w:sz="5" w:space="0" w:color="E7D2A5"/>
          <w:insideV w:val="single" w:sz="5" w:space="0" w:color="E7D2A5"/>
        </w:tblBorders>
      </w:tblPr>
      <w:tblGrid>
        <w:gridCol w:w="3494"/>
        <w:gridCol w:w="3494"/>
        <w:gridCol w:w="3494"/>
      </w:tblGrid>
      <w:tr>
        <w:trPr>
          <w:tblHeader w:val="true"/>
        </w:trPr>
        <w:tc>
          <w:tcPr>
            <w:tcW w:type="dxa" w:w="1701"/>
            <w:shd w:fill="C8A96A"/>
            <w:tcMar>
              <w:top w:w="75" w:type="dxa"/>
              <w:start w:w="65" w:type="dxa"/>
              <w:bottom w:w="75" w:type="dxa"/>
              <w:end w:w="65" w:type="dxa"/>
            </w:tcMar>
          </w:tcPr>
          <w:p>
            <w:pPr>
              <w:spacing w:after="0" w:line="240" w:lineRule="auto"/>
              <w:jc w:val="center"/>
            </w:pPr>
            <w:r>
              <w:rPr>
                <w:rFonts w:ascii="Arial" w:hAnsi="Arial" w:eastAsia="Arial"/>
              </w:rPr>
            </w:r>
            <w:r>
              <w:rPr>
                <w:rFonts w:ascii="Arial" w:hAnsi="Arial" w:eastAsia="Arial"/>
                <w:b/>
                <w:i w:val="0"/>
                <w:color w:val="FFFFFF"/>
                <w:sz w:val="15"/>
              </w:rPr>
              <w:t>Loại hình</w:t>
            </w:r>
          </w:p>
        </w:tc>
        <w:tc>
          <w:tcPr>
            <w:tcW w:type="dxa" w:w="4252"/>
            <w:shd w:fill="C8A96A"/>
            <w:tcMar>
              <w:top w:w="75" w:type="dxa"/>
              <w:start w:w="65" w:type="dxa"/>
              <w:bottom w:w="75" w:type="dxa"/>
              <w:end w:w="65" w:type="dxa"/>
            </w:tcMar>
          </w:tcPr>
          <w:p>
            <w:pPr>
              <w:spacing w:after="0" w:line="240" w:lineRule="auto"/>
              <w:jc w:val="center"/>
            </w:pPr>
            <w:r>
              <w:rPr>
                <w:rFonts w:ascii="Arial" w:hAnsi="Arial" w:eastAsia="Arial"/>
              </w:rPr>
            </w:r>
            <w:r>
              <w:rPr>
                <w:rFonts w:ascii="Arial" w:hAnsi="Arial" w:eastAsia="Arial"/>
                <w:b/>
                <w:i w:val="0"/>
                <w:color w:val="FFFFFF"/>
                <w:sz w:val="15"/>
              </w:rPr>
              <w:t>Điều cần hỏi</w:t>
            </w:r>
          </w:p>
        </w:tc>
        <w:tc>
          <w:tcPr>
            <w:tcW w:type="dxa" w:w="2835"/>
            <w:shd w:fill="C8A96A"/>
            <w:tcMar>
              <w:top w:w="75" w:type="dxa"/>
              <w:start w:w="65" w:type="dxa"/>
              <w:bottom w:w="75" w:type="dxa"/>
              <w:end w:w="65" w:type="dxa"/>
            </w:tcMar>
          </w:tcPr>
          <w:p>
            <w:pPr>
              <w:spacing w:after="0" w:line="240" w:lineRule="auto"/>
              <w:jc w:val="center"/>
            </w:pPr>
            <w:r>
              <w:rPr>
                <w:rFonts w:ascii="Arial" w:hAnsi="Arial" w:eastAsia="Arial"/>
              </w:rPr>
            </w:r>
            <w:r>
              <w:rPr>
                <w:rFonts w:ascii="Arial" w:hAnsi="Arial" w:eastAsia="Arial"/>
                <w:b/>
                <w:i w:val="0"/>
                <w:color w:val="FFFFFF"/>
                <w:sz w:val="15"/>
              </w:rPr>
              <w:t>Thông điệp tư vấn</w:t>
            </w:r>
          </w:p>
        </w:tc>
      </w:tr>
      <w:tr>
        <w:tc>
          <w:tcPr>
            <w:tcW w:type="dxa" w:w="1701"/>
            <w:tcMar>
              <w:top w:w="65" w:type="dxa"/>
              <w:start w:w="60" w:type="dxa"/>
              <w:bottom w:w="65" w:type="dxa"/>
              <w:end w:w="60" w:type="dxa"/>
            </w:tcMar>
            <w:vAlign w:val="top"/>
          </w:tcPr>
          <w:p>
            <w:pPr>
              <w:spacing w:after="0" w:line="240" w:lineRule="auto"/>
            </w:pPr>
            <w:r>
              <w:rPr>
                <w:rFonts w:ascii="Arial" w:hAnsi="Arial" w:eastAsia="Arial"/>
              </w:rPr>
            </w:r>
            <w:r>
              <w:rPr>
                <w:rFonts w:ascii="Arial" w:hAnsi="Arial" w:eastAsia="Arial"/>
                <w:b w:val="0"/>
                <w:i w:val="0"/>
                <w:sz w:val="15"/>
              </w:rPr>
              <w:t>Văn phòng</w:t>
            </w:r>
          </w:p>
        </w:tc>
        <w:tc>
          <w:tcPr>
            <w:tcW w:type="dxa" w:w="4252"/>
            <w:tcMar>
              <w:top w:w="65" w:type="dxa"/>
              <w:start w:w="60" w:type="dxa"/>
              <w:bottom w:w="65" w:type="dxa"/>
              <w:end w:w="60" w:type="dxa"/>
            </w:tcMar>
            <w:vAlign w:val="top"/>
          </w:tcPr>
          <w:p>
            <w:pPr>
              <w:spacing w:after="0" w:line="240" w:lineRule="auto"/>
            </w:pPr>
            <w:r>
              <w:rPr>
                <w:rFonts w:ascii="Arial" w:hAnsi="Arial" w:eastAsia="Arial"/>
              </w:rPr>
            </w:r>
            <w:r>
              <w:rPr>
                <w:rFonts w:ascii="Arial" w:hAnsi="Arial" w:eastAsia="Arial"/>
                <w:b w:val="0"/>
                <w:i w:val="0"/>
                <w:sz w:val="15"/>
              </w:rPr>
              <w:t>Thương hiệu, số nhân sự, mở rộng, phòng họp, phone booth, pantry, ánh sáng, mạng, âm học.</w:t>
            </w:r>
          </w:p>
        </w:tc>
        <w:tc>
          <w:tcPr>
            <w:tcW w:type="dxa" w:w="2835"/>
            <w:tcMar>
              <w:top w:w="65" w:type="dxa"/>
              <w:start w:w="60" w:type="dxa"/>
              <w:bottom w:w="65" w:type="dxa"/>
              <w:end w:w="60" w:type="dxa"/>
            </w:tcMar>
            <w:vAlign w:val="top"/>
          </w:tcPr>
          <w:p>
            <w:pPr>
              <w:spacing w:after="0" w:line="240" w:lineRule="auto"/>
            </w:pPr>
            <w:r>
              <w:rPr>
                <w:rFonts w:ascii="Arial" w:hAnsi="Arial" w:eastAsia="Arial"/>
              </w:rPr>
            </w:r>
            <w:r>
              <w:rPr>
                <w:rFonts w:ascii="Arial" w:hAnsi="Arial" w:eastAsia="Arial"/>
                <w:b w:val="0"/>
                <w:i w:val="0"/>
                <w:sz w:val="15"/>
              </w:rPr>
              <w:t>Không gian phải giúp làm việc tốt và thể hiện hình ảnh công ty.</w:t>
            </w:r>
          </w:p>
        </w:tc>
      </w:tr>
      <w:tr>
        <w:tc>
          <w:tcPr>
            <w:tcW w:type="dxa" w:w="1701"/>
            <w:tcMar>
              <w:top w:w="65" w:type="dxa"/>
              <w:start w:w="60" w:type="dxa"/>
              <w:bottom w:w="65" w:type="dxa"/>
              <w:end w:w="60" w:type="dxa"/>
            </w:tcMar>
            <w:vAlign w:val="top"/>
            <w:shd w:fill="FAF9F6"/>
          </w:tcPr>
          <w:p>
            <w:pPr>
              <w:spacing w:after="0" w:line="240" w:lineRule="auto"/>
            </w:pPr>
            <w:r>
              <w:rPr>
                <w:rFonts w:ascii="Arial" w:hAnsi="Arial" w:eastAsia="Arial"/>
              </w:rPr>
            </w:r>
            <w:r>
              <w:rPr>
                <w:rFonts w:ascii="Arial" w:hAnsi="Arial" w:eastAsia="Arial"/>
                <w:b w:val="0"/>
                <w:i w:val="0"/>
                <w:sz w:val="15"/>
              </w:rPr>
              <w:t>Showroom/shop</w:t>
            </w:r>
          </w:p>
        </w:tc>
        <w:tc>
          <w:tcPr>
            <w:tcW w:type="dxa" w:w="4252"/>
            <w:tcMar>
              <w:top w:w="65" w:type="dxa"/>
              <w:start w:w="60" w:type="dxa"/>
              <w:bottom w:w="65" w:type="dxa"/>
              <w:end w:w="60" w:type="dxa"/>
            </w:tcMar>
            <w:vAlign w:val="top"/>
            <w:shd w:fill="FAF9F6"/>
          </w:tcPr>
          <w:p>
            <w:pPr>
              <w:spacing w:after="0" w:line="240" w:lineRule="auto"/>
            </w:pPr>
            <w:r>
              <w:rPr>
                <w:rFonts w:ascii="Arial" w:hAnsi="Arial" w:eastAsia="Arial"/>
              </w:rPr>
            </w:r>
            <w:r>
              <w:rPr>
                <w:rFonts w:ascii="Arial" w:hAnsi="Arial" w:eastAsia="Arial"/>
                <w:b w:val="0"/>
                <w:i w:val="0"/>
                <w:sz w:val="15"/>
              </w:rPr>
              <w:t>Luồng khách, trưng bày sản phẩm, ánh sáng bán hàng, quầy, kho, gương, điểm check-in.</w:t>
            </w:r>
          </w:p>
        </w:tc>
        <w:tc>
          <w:tcPr>
            <w:tcW w:type="dxa" w:w="2835"/>
            <w:tcMar>
              <w:top w:w="65" w:type="dxa"/>
              <w:start w:w="60" w:type="dxa"/>
              <w:bottom w:w="65" w:type="dxa"/>
              <w:end w:w="60" w:type="dxa"/>
            </w:tcMar>
            <w:vAlign w:val="top"/>
            <w:shd w:fill="FAF9F6"/>
          </w:tcPr>
          <w:p>
            <w:pPr>
              <w:spacing w:after="0" w:line="240" w:lineRule="auto"/>
            </w:pPr>
            <w:r>
              <w:rPr>
                <w:rFonts w:ascii="Arial" w:hAnsi="Arial" w:eastAsia="Arial"/>
              </w:rPr>
            </w:r>
            <w:r>
              <w:rPr>
                <w:rFonts w:ascii="Arial" w:hAnsi="Arial" w:eastAsia="Arial"/>
                <w:b w:val="0"/>
                <w:i w:val="0"/>
                <w:sz w:val="15"/>
              </w:rPr>
              <w:t>Thiết kế phải hỗ trợ bán hàng, không chỉ đẹp ảnh.</w:t>
            </w:r>
          </w:p>
        </w:tc>
      </w:tr>
      <w:tr>
        <w:tc>
          <w:tcPr>
            <w:tcW w:type="dxa" w:w="1701"/>
            <w:tcMar>
              <w:top w:w="65" w:type="dxa"/>
              <w:start w:w="60" w:type="dxa"/>
              <w:bottom w:w="65" w:type="dxa"/>
              <w:end w:w="60" w:type="dxa"/>
            </w:tcMar>
            <w:vAlign w:val="top"/>
          </w:tcPr>
          <w:p>
            <w:pPr>
              <w:spacing w:after="0" w:line="240" w:lineRule="auto"/>
            </w:pPr>
            <w:r>
              <w:rPr>
                <w:rFonts w:ascii="Arial" w:hAnsi="Arial" w:eastAsia="Arial"/>
              </w:rPr>
            </w:r>
            <w:r>
              <w:rPr>
                <w:rFonts w:ascii="Arial" w:hAnsi="Arial" w:eastAsia="Arial"/>
                <w:b w:val="0"/>
                <w:i w:val="0"/>
                <w:sz w:val="15"/>
              </w:rPr>
              <w:t>Cafe/nhà hàng nhỏ</w:t>
            </w:r>
          </w:p>
        </w:tc>
        <w:tc>
          <w:tcPr>
            <w:tcW w:type="dxa" w:w="4252"/>
            <w:tcMar>
              <w:top w:w="65" w:type="dxa"/>
              <w:start w:w="60" w:type="dxa"/>
              <w:bottom w:w="65" w:type="dxa"/>
              <w:end w:w="60" w:type="dxa"/>
            </w:tcMar>
            <w:vAlign w:val="top"/>
          </w:tcPr>
          <w:p>
            <w:pPr>
              <w:spacing w:after="0" w:line="240" w:lineRule="auto"/>
            </w:pPr>
            <w:r>
              <w:rPr>
                <w:rFonts w:ascii="Arial" w:hAnsi="Arial" w:eastAsia="Arial"/>
              </w:rPr>
            </w:r>
            <w:r>
              <w:rPr>
                <w:rFonts w:ascii="Arial" w:hAnsi="Arial" w:eastAsia="Arial"/>
                <w:b w:val="0"/>
                <w:i w:val="0"/>
                <w:sz w:val="15"/>
              </w:rPr>
              <w:t>Công suất chỗ ngồi, bếp/bar, mùi, âm thanh, vệ sinh, trải nghiệm khách, vận hành cao điểm.</w:t>
            </w:r>
          </w:p>
        </w:tc>
        <w:tc>
          <w:tcPr>
            <w:tcW w:type="dxa" w:w="2835"/>
            <w:tcMar>
              <w:top w:w="65" w:type="dxa"/>
              <w:start w:w="60" w:type="dxa"/>
              <w:bottom w:w="65" w:type="dxa"/>
              <w:end w:w="60" w:type="dxa"/>
            </w:tcMar>
            <w:vAlign w:val="top"/>
          </w:tcPr>
          <w:p>
            <w:pPr>
              <w:spacing w:after="0" w:line="240" w:lineRule="auto"/>
            </w:pPr>
            <w:r>
              <w:rPr>
                <w:rFonts w:ascii="Arial" w:hAnsi="Arial" w:eastAsia="Arial"/>
              </w:rPr>
            </w:r>
            <w:r>
              <w:rPr>
                <w:rFonts w:ascii="Arial" w:hAnsi="Arial" w:eastAsia="Arial"/>
                <w:b w:val="0"/>
                <w:i w:val="0"/>
                <w:sz w:val="15"/>
              </w:rPr>
              <w:t>Sai vận hành sẽ mất tiền mỗi ngày.</w:t>
            </w:r>
          </w:p>
        </w:tc>
      </w:tr>
      <w:tr>
        <w:tc>
          <w:tcPr>
            <w:tcW w:type="dxa" w:w="1701"/>
            <w:tcMar>
              <w:top w:w="65" w:type="dxa"/>
              <w:start w:w="60" w:type="dxa"/>
              <w:bottom w:w="65" w:type="dxa"/>
              <w:end w:w="60" w:type="dxa"/>
            </w:tcMar>
            <w:vAlign w:val="top"/>
            <w:shd w:fill="FAF9F6"/>
          </w:tcPr>
          <w:p>
            <w:pPr>
              <w:spacing w:after="0" w:line="240" w:lineRule="auto"/>
            </w:pPr>
            <w:r>
              <w:rPr>
                <w:rFonts w:ascii="Arial" w:hAnsi="Arial" w:eastAsia="Arial"/>
              </w:rPr>
            </w:r>
            <w:r>
              <w:rPr>
                <w:rFonts w:ascii="Arial" w:hAnsi="Arial" w:eastAsia="Arial"/>
                <w:b w:val="0"/>
                <w:i w:val="0"/>
                <w:sz w:val="15"/>
              </w:rPr>
              <w:t>Spa/beauty</w:t>
            </w:r>
          </w:p>
        </w:tc>
        <w:tc>
          <w:tcPr>
            <w:tcW w:type="dxa" w:w="4252"/>
            <w:tcMar>
              <w:top w:w="65" w:type="dxa"/>
              <w:start w:w="60" w:type="dxa"/>
              <w:bottom w:w="65" w:type="dxa"/>
              <w:end w:w="60" w:type="dxa"/>
            </w:tcMar>
            <w:vAlign w:val="top"/>
            <w:shd w:fill="FAF9F6"/>
          </w:tcPr>
          <w:p>
            <w:pPr>
              <w:spacing w:after="0" w:line="240" w:lineRule="auto"/>
            </w:pPr>
            <w:r>
              <w:rPr>
                <w:rFonts w:ascii="Arial" w:hAnsi="Arial" w:eastAsia="Arial"/>
              </w:rPr>
            </w:r>
            <w:r>
              <w:rPr>
                <w:rFonts w:ascii="Arial" w:hAnsi="Arial" w:eastAsia="Arial"/>
                <w:b w:val="0"/>
                <w:i w:val="0"/>
                <w:sz w:val="15"/>
              </w:rPr>
              <w:t>Riêng tư, sạch sẽ, ánh sáng da/màu, mùi, âm thanh, phòng dịch vụ, kho khăn, quy trình khách.</w:t>
            </w:r>
          </w:p>
        </w:tc>
        <w:tc>
          <w:tcPr>
            <w:tcW w:type="dxa" w:w="2835"/>
            <w:tcMar>
              <w:top w:w="65" w:type="dxa"/>
              <w:start w:w="60" w:type="dxa"/>
              <w:bottom w:w="65" w:type="dxa"/>
              <w:end w:w="60" w:type="dxa"/>
            </w:tcMar>
            <w:vAlign w:val="top"/>
            <w:shd w:fill="FAF9F6"/>
          </w:tcPr>
          <w:p>
            <w:pPr>
              <w:spacing w:after="0" w:line="240" w:lineRule="auto"/>
            </w:pPr>
            <w:r>
              <w:rPr>
                <w:rFonts w:ascii="Arial" w:hAnsi="Arial" w:eastAsia="Arial"/>
              </w:rPr>
            </w:r>
            <w:r>
              <w:rPr>
                <w:rFonts w:ascii="Arial" w:hAnsi="Arial" w:eastAsia="Arial"/>
                <w:b w:val="0"/>
                <w:i w:val="0"/>
                <w:sz w:val="15"/>
              </w:rPr>
              <w:t>Cảm giác tin cậy quyết định khả năng mua dịch vụ.</w:t>
            </w:r>
          </w:p>
        </w:tc>
      </w:tr>
    </w:tbl>
    <w:p>
      <w:pPr>
        <w:pStyle w:val="Heading1"/>
        <w:spacing w:before="200" w:after="100"/>
        <w:pBdr>
          <w:bottom w:val="single" w:sz="12" w:space="4" w:color="C8A96A"/>
        </w:pBdr>
      </w:pPr>
      <w:r>
        <w:rPr>
          <w:rFonts w:ascii="Arial" w:hAnsi="Arial" w:eastAsia="Arial"/>
          <w:b/>
          <w:i w:val="0"/>
          <w:color w:val="2F3338"/>
          <w:sz w:val="31"/>
        </w:rPr>
        <w:t>37. CASE STUDY MINH HỌA ĐỂ KHÁCH DỄ HIỂU</w:t>
      </w:r>
    </w:p>
    <w:p>
      <w:pPr>
        <w:spacing w:before="0" w:after="80" w:line="254" w:lineRule="auto"/>
      </w:pPr>
      <w:r>
        <w:rPr>
          <w:rFonts w:ascii="Arial" w:hAnsi="Arial" w:eastAsia="Arial"/>
          <w:b w:val="0"/>
          <w:i w:val="0"/>
          <w:sz w:val="18"/>
        </w:rPr>
        <w:t>Khi chưa có danh mục dự án chính thức, ARCOVA có thể dùng case study tình huống giả định/ẩn danh để diễn giải cách làm. Sau này, phần này cần thay bằng dự án thật, ảnh thật, số liệu thật và lời chứng thực thật.</w:t>
      </w:r>
    </w:p>
    <w:tbl>
      <w:tblPr>
        <w:tblStyle w:val="TableGrid"/>
        <w:tblW w:type="auto" w:w="0"/>
        <w:jc w:val="center"/>
        <w:tblLook w:firstColumn="1" w:firstRow="1" w:lastColumn="0" w:lastRow="0" w:noHBand="0" w:noVBand="1" w:val="04A0"/>
        <w:tblBorders>
          <w:top w:val="single" w:sz="5" w:space="0" w:color="E7D2A5"/>
          <w:left w:val="single" w:sz="5" w:space="0" w:color="E7D2A5"/>
          <w:bottom w:val="single" w:sz="5" w:space="0" w:color="E7D2A5"/>
          <w:right w:val="single" w:sz="5" w:space="0" w:color="E7D2A5"/>
          <w:insideH w:val="single" w:sz="5" w:space="0" w:color="E7D2A5"/>
          <w:insideV w:val="single" w:sz="5" w:space="0" w:color="E7D2A5"/>
        </w:tblBorders>
      </w:tblPr>
      <w:tblGrid>
        <w:gridCol w:w="2620"/>
        <w:gridCol w:w="2620"/>
        <w:gridCol w:w="2620"/>
        <w:gridCol w:w="2620"/>
      </w:tblGrid>
      <w:tr>
        <w:trPr>
          <w:tblHeader w:val="true"/>
        </w:trPr>
        <w:tc>
          <w:tcPr>
            <w:tcW w:type="dxa" w:w="1871"/>
            <w:shd w:fill="C8A96A"/>
            <w:tcMar>
              <w:top w:w="75" w:type="dxa"/>
              <w:start w:w="65" w:type="dxa"/>
              <w:bottom w:w="75" w:type="dxa"/>
              <w:end w:w="65" w:type="dxa"/>
            </w:tcMar>
          </w:tcPr>
          <w:p>
            <w:pPr>
              <w:spacing w:after="0" w:line="240" w:lineRule="auto"/>
              <w:jc w:val="center"/>
            </w:pPr>
            <w:r>
              <w:rPr>
                <w:rFonts w:ascii="Arial" w:hAnsi="Arial" w:eastAsia="Arial"/>
              </w:rPr>
            </w:r>
            <w:r>
              <w:rPr>
                <w:rFonts w:ascii="Arial" w:hAnsi="Arial" w:eastAsia="Arial"/>
                <w:b/>
                <w:i w:val="0"/>
                <w:color w:val="FFFFFF"/>
                <w:sz w:val="14"/>
              </w:rPr>
              <w:t>Tình huống</w:t>
            </w:r>
          </w:p>
        </w:tc>
        <w:tc>
          <w:tcPr>
            <w:tcW w:type="dxa" w:w="2154"/>
            <w:shd w:fill="C8A96A"/>
            <w:tcMar>
              <w:top w:w="75" w:type="dxa"/>
              <w:start w:w="65" w:type="dxa"/>
              <w:bottom w:w="75" w:type="dxa"/>
              <w:end w:w="65" w:type="dxa"/>
            </w:tcMar>
          </w:tcPr>
          <w:p>
            <w:pPr>
              <w:spacing w:after="0" w:line="240" w:lineRule="auto"/>
              <w:jc w:val="center"/>
            </w:pPr>
            <w:r>
              <w:rPr>
                <w:rFonts w:ascii="Arial" w:hAnsi="Arial" w:eastAsia="Arial"/>
              </w:rPr>
            </w:r>
            <w:r>
              <w:rPr>
                <w:rFonts w:ascii="Arial" w:hAnsi="Arial" w:eastAsia="Arial"/>
                <w:b/>
                <w:i w:val="0"/>
                <w:color w:val="FFFFFF"/>
                <w:sz w:val="14"/>
              </w:rPr>
              <w:t>Vấn đề ban đầu</w:t>
            </w:r>
          </w:p>
        </w:tc>
        <w:tc>
          <w:tcPr>
            <w:tcW w:type="dxa" w:w="3061"/>
            <w:shd w:fill="C8A96A"/>
            <w:tcMar>
              <w:top w:w="75" w:type="dxa"/>
              <w:start w:w="65" w:type="dxa"/>
              <w:bottom w:w="75" w:type="dxa"/>
              <w:end w:w="65" w:type="dxa"/>
            </w:tcMar>
          </w:tcPr>
          <w:p>
            <w:pPr>
              <w:spacing w:after="0" w:line="240" w:lineRule="auto"/>
              <w:jc w:val="center"/>
            </w:pPr>
            <w:r>
              <w:rPr>
                <w:rFonts w:ascii="Arial" w:hAnsi="Arial" w:eastAsia="Arial"/>
              </w:rPr>
            </w:r>
            <w:r>
              <w:rPr>
                <w:rFonts w:ascii="Arial" w:hAnsi="Arial" w:eastAsia="Arial"/>
                <w:b/>
                <w:i w:val="0"/>
                <w:color w:val="FFFFFF"/>
                <w:sz w:val="14"/>
              </w:rPr>
              <w:t>ARCOVA làm gì</w:t>
            </w:r>
          </w:p>
        </w:tc>
        <w:tc>
          <w:tcPr>
            <w:tcW w:type="dxa" w:w="1701"/>
            <w:shd w:fill="C8A96A"/>
            <w:tcMar>
              <w:top w:w="75" w:type="dxa"/>
              <w:start w:w="65" w:type="dxa"/>
              <w:bottom w:w="75" w:type="dxa"/>
              <w:end w:w="65" w:type="dxa"/>
            </w:tcMar>
          </w:tcPr>
          <w:p>
            <w:pPr>
              <w:spacing w:after="0" w:line="240" w:lineRule="auto"/>
              <w:jc w:val="center"/>
            </w:pPr>
            <w:r>
              <w:rPr>
                <w:rFonts w:ascii="Arial" w:hAnsi="Arial" w:eastAsia="Arial"/>
              </w:rPr>
            </w:r>
            <w:r>
              <w:rPr>
                <w:rFonts w:ascii="Arial" w:hAnsi="Arial" w:eastAsia="Arial"/>
                <w:b/>
                <w:i w:val="0"/>
                <w:color w:val="FFFFFF"/>
                <w:sz w:val="14"/>
              </w:rPr>
              <w:t>Giá trị tạo ra</w:t>
            </w:r>
          </w:p>
        </w:tc>
      </w:tr>
      <w:tr>
        <w:tc>
          <w:tcPr>
            <w:tcW w:type="dxa" w:w="1871"/>
            <w:tcMar>
              <w:top w:w="65" w:type="dxa"/>
              <w:start w:w="60" w:type="dxa"/>
              <w:bottom w:w="65" w:type="dxa"/>
              <w:end w:w="60" w:type="dxa"/>
            </w:tcMar>
            <w:vAlign w:val="top"/>
          </w:tcPr>
          <w:p>
            <w:pPr>
              <w:spacing w:after="0" w:line="240" w:lineRule="auto"/>
            </w:pPr>
            <w:r>
              <w:rPr>
                <w:rFonts w:ascii="Arial" w:hAnsi="Arial" w:eastAsia="Arial"/>
              </w:rPr>
            </w:r>
            <w:r>
              <w:rPr>
                <w:rFonts w:ascii="Arial" w:hAnsi="Arial" w:eastAsia="Arial"/>
                <w:b w:val="0"/>
                <w:i w:val="0"/>
                <w:sz w:val="14"/>
              </w:rPr>
              <w:t>Case 1: Căn hộ 75 m2 mới bàn giao</w:t>
            </w:r>
          </w:p>
        </w:tc>
        <w:tc>
          <w:tcPr>
            <w:tcW w:type="dxa" w:w="2154"/>
            <w:tcMar>
              <w:top w:w="65" w:type="dxa"/>
              <w:start w:w="60" w:type="dxa"/>
              <w:bottom w:w="65" w:type="dxa"/>
              <w:end w:w="60" w:type="dxa"/>
            </w:tcMar>
            <w:vAlign w:val="top"/>
          </w:tcPr>
          <w:p>
            <w:pPr>
              <w:spacing w:after="0" w:line="240" w:lineRule="auto"/>
            </w:pPr>
            <w:r>
              <w:rPr>
                <w:rFonts w:ascii="Arial" w:hAnsi="Arial" w:eastAsia="Arial"/>
              </w:rPr>
            </w:r>
            <w:r>
              <w:rPr>
                <w:rFonts w:ascii="Arial" w:hAnsi="Arial" w:eastAsia="Arial"/>
                <w:b w:val="0"/>
                <w:i w:val="0"/>
                <w:sz w:val="14"/>
              </w:rPr>
              <w:t>Khách muốn làm nội thất nhanh, đã có 2 báo giá xưởng.</w:t>
            </w:r>
          </w:p>
        </w:tc>
        <w:tc>
          <w:tcPr>
            <w:tcW w:type="dxa" w:w="3061"/>
            <w:tcMar>
              <w:top w:w="65" w:type="dxa"/>
              <w:start w:w="60" w:type="dxa"/>
              <w:bottom w:w="65" w:type="dxa"/>
              <w:end w:w="60" w:type="dxa"/>
            </w:tcMar>
            <w:vAlign w:val="top"/>
          </w:tcPr>
          <w:p>
            <w:pPr>
              <w:spacing w:after="0" w:line="240" w:lineRule="auto"/>
            </w:pPr>
            <w:r>
              <w:rPr>
                <w:rFonts w:ascii="Arial" w:hAnsi="Arial" w:eastAsia="Arial"/>
              </w:rPr>
            </w:r>
            <w:r>
              <w:rPr>
                <w:rFonts w:ascii="Arial" w:hAnsi="Arial" w:eastAsia="Arial"/>
                <w:b w:val="0"/>
                <w:i w:val="0"/>
                <w:sz w:val="14"/>
              </w:rPr>
              <w:t>ARCOVA khảo sát, rà layout, phát hiện thiếu kho, thiếu ổ cắm bếp, báo giá chưa gồm phụ kiện ray/bản lề tốt.</w:t>
            </w:r>
          </w:p>
        </w:tc>
        <w:tc>
          <w:tcPr>
            <w:tcW w:type="dxa" w:w="1701"/>
            <w:tcMar>
              <w:top w:w="65" w:type="dxa"/>
              <w:start w:w="60" w:type="dxa"/>
              <w:bottom w:w="65" w:type="dxa"/>
              <w:end w:w="60" w:type="dxa"/>
            </w:tcMar>
            <w:vAlign w:val="top"/>
          </w:tcPr>
          <w:p>
            <w:pPr>
              <w:spacing w:after="0" w:line="240" w:lineRule="auto"/>
            </w:pPr>
            <w:r>
              <w:rPr>
                <w:rFonts w:ascii="Arial" w:hAnsi="Arial" w:eastAsia="Arial"/>
              </w:rPr>
            </w:r>
            <w:r>
              <w:rPr>
                <w:rFonts w:ascii="Arial" w:hAnsi="Arial" w:eastAsia="Arial"/>
                <w:b w:val="0"/>
                <w:i w:val="0"/>
                <w:sz w:val="14"/>
              </w:rPr>
              <w:t>Khách điều chỉnh brief, so lại báo giá cùng phạm vi, giảm rủi ro phát sinh.</w:t>
            </w:r>
          </w:p>
        </w:tc>
      </w:tr>
      <w:tr>
        <w:tc>
          <w:tcPr>
            <w:tcW w:type="dxa" w:w="1871"/>
            <w:tcMar>
              <w:top w:w="65" w:type="dxa"/>
              <w:start w:w="60" w:type="dxa"/>
              <w:bottom w:w="65" w:type="dxa"/>
              <w:end w:w="60" w:type="dxa"/>
            </w:tcMar>
            <w:vAlign w:val="top"/>
            <w:shd w:fill="FAF9F6"/>
          </w:tcPr>
          <w:p>
            <w:pPr>
              <w:spacing w:after="0" w:line="240" w:lineRule="auto"/>
            </w:pPr>
            <w:r>
              <w:rPr>
                <w:rFonts w:ascii="Arial" w:hAnsi="Arial" w:eastAsia="Arial"/>
              </w:rPr>
            </w:r>
            <w:r>
              <w:rPr>
                <w:rFonts w:ascii="Arial" w:hAnsi="Arial" w:eastAsia="Arial"/>
                <w:b w:val="0"/>
                <w:i w:val="0"/>
                <w:sz w:val="14"/>
              </w:rPr>
              <w:t>Case 2: Nhà phố cũ 4 tầng</w:t>
            </w:r>
          </w:p>
        </w:tc>
        <w:tc>
          <w:tcPr>
            <w:tcW w:type="dxa" w:w="2154"/>
            <w:tcMar>
              <w:top w:w="65" w:type="dxa"/>
              <w:start w:w="60" w:type="dxa"/>
              <w:bottom w:w="65" w:type="dxa"/>
              <w:end w:w="60" w:type="dxa"/>
            </w:tcMar>
            <w:vAlign w:val="top"/>
            <w:shd w:fill="FAF9F6"/>
          </w:tcPr>
          <w:p>
            <w:pPr>
              <w:spacing w:after="0" w:line="240" w:lineRule="auto"/>
            </w:pPr>
            <w:r>
              <w:rPr>
                <w:rFonts w:ascii="Arial" w:hAnsi="Arial" w:eastAsia="Arial"/>
              </w:rPr>
            </w:r>
            <w:r>
              <w:rPr>
                <w:rFonts w:ascii="Arial" w:hAnsi="Arial" w:eastAsia="Arial"/>
                <w:b w:val="0"/>
                <w:i w:val="0"/>
                <w:sz w:val="14"/>
              </w:rPr>
              <w:t>Khách muốn cải tạo đẹp như ảnh nhưng nhà bị thấm, nóng và cầu thang tối.</w:t>
            </w:r>
          </w:p>
        </w:tc>
        <w:tc>
          <w:tcPr>
            <w:tcW w:type="dxa" w:w="3061"/>
            <w:tcMar>
              <w:top w:w="65" w:type="dxa"/>
              <w:start w:w="60" w:type="dxa"/>
              <w:bottom w:w="65" w:type="dxa"/>
              <w:end w:w="60" w:type="dxa"/>
            </w:tcMar>
            <w:vAlign w:val="top"/>
            <w:shd w:fill="FAF9F6"/>
          </w:tcPr>
          <w:p>
            <w:pPr>
              <w:spacing w:after="0" w:line="240" w:lineRule="auto"/>
            </w:pPr>
            <w:r>
              <w:rPr>
                <w:rFonts w:ascii="Arial" w:hAnsi="Arial" w:eastAsia="Arial"/>
              </w:rPr>
            </w:r>
            <w:r>
              <w:rPr>
                <w:rFonts w:ascii="Arial" w:hAnsi="Arial" w:eastAsia="Arial"/>
                <w:b w:val="0"/>
                <w:i w:val="0"/>
                <w:sz w:val="14"/>
              </w:rPr>
              <w:t>ARCOVA yêu cầu khảo sát kỹ, ưu tiên chống thấm, thông gió, ánh sáng, MEP trước khi chốt style.</w:t>
            </w:r>
          </w:p>
        </w:tc>
        <w:tc>
          <w:tcPr>
            <w:tcW w:type="dxa" w:w="1701"/>
            <w:tcMar>
              <w:top w:w="65" w:type="dxa"/>
              <w:start w:w="60" w:type="dxa"/>
              <w:bottom w:w="65" w:type="dxa"/>
              <w:end w:w="60" w:type="dxa"/>
            </w:tcMar>
            <w:vAlign w:val="top"/>
            <w:shd w:fill="FAF9F6"/>
          </w:tcPr>
          <w:p>
            <w:pPr>
              <w:spacing w:after="0" w:line="240" w:lineRule="auto"/>
            </w:pPr>
            <w:r>
              <w:rPr>
                <w:rFonts w:ascii="Arial" w:hAnsi="Arial" w:eastAsia="Arial"/>
              </w:rPr>
            </w:r>
            <w:r>
              <w:rPr>
                <w:rFonts w:ascii="Arial" w:hAnsi="Arial" w:eastAsia="Arial"/>
                <w:b w:val="0"/>
                <w:i w:val="0"/>
                <w:sz w:val="14"/>
              </w:rPr>
              <w:t>Khách hiểu vì sao không nên chi hết tiền cho decor khi nền kỹ thuật chưa ổn.</w:t>
            </w:r>
          </w:p>
        </w:tc>
      </w:tr>
      <w:tr>
        <w:tc>
          <w:tcPr>
            <w:tcW w:type="dxa" w:w="1871"/>
            <w:tcMar>
              <w:top w:w="65" w:type="dxa"/>
              <w:start w:w="60" w:type="dxa"/>
              <w:bottom w:w="65" w:type="dxa"/>
              <w:end w:w="60" w:type="dxa"/>
            </w:tcMar>
            <w:vAlign w:val="top"/>
          </w:tcPr>
          <w:p>
            <w:pPr>
              <w:spacing w:after="0" w:line="240" w:lineRule="auto"/>
            </w:pPr>
            <w:r>
              <w:rPr>
                <w:rFonts w:ascii="Arial" w:hAnsi="Arial" w:eastAsia="Arial"/>
              </w:rPr>
            </w:r>
            <w:r>
              <w:rPr>
                <w:rFonts w:ascii="Arial" w:hAnsi="Arial" w:eastAsia="Arial"/>
                <w:b w:val="0"/>
                <w:i w:val="0"/>
                <w:sz w:val="14"/>
              </w:rPr>
              <w:t>Case 3: Biệt thự hoàn thiện cao cấp</w:t>
            </w:r>
          </w:p>
        </w:tc>
        <w:tc>
          <w:tcPr>
            <w:tcW w:type="dxa" w:w="2154"/>
            <w:tcMar>
              <w:top w:w="65" w:type="dxa"/>
              <w:start w:w="60" w:type="dxa"/>
              <w:bottom w:w="65" w:type="dxa"/>
              <w:end w:w="60" w:type="dxa"/>
            </w:tcMar>
            <w:vAlign w:val="top"/>
          </w:tcPr>
          <w:p>
            <w:pPr>
              <w:spacing w:after="0" w:line="240" w:lineRule="auto"/>
            </w:pPr>
            <w:r>
              <w:rPr>
                <w:rFonts w:ascii="Arial" w:hAnsi="Arial" w:eastAsia="Arial"/>
              </w:rPr>
            </w:r>
            <w:r>
              <w:rPr>
                <w:rFonts w:ascii="Arial" w:hAnsi="Arial" w:eastAsia="Arial"/>
                <w:b w:val="0"/>
                <w:i w:val="0"/>
                <w:sz w:val="14"/>
              </w:rPr>
              <w:t>Khách có thiết kế, nhiều nhà cung cấp vật liệu và đồ rời.</w:t>
            </w:r>
          </w:p>
        </w:tc>
        <w:tc>
          <w:tcPr>
            <w:tcW w:type="dxa" w:w="3061"/>
            <w:tcMar>
              <w:top w:w="65" w:type="dxa"/>
              <w:start w:w="60" w:type="dxa"/>
              <w:bottom w:w="65" w:type="dxa"/>
              <w:end w:w="60" w:type="dxa"/>
            </w:tcMar>
            <w:vAlign w:val="top"/>
          </w:tcPr>
          <w:p>
            <w:pPr>
              <w:spacing w:after="0" w:line="240" w:lineRule="auto"/>
            </w:pPr>
            <w:r>
              <w:rPr>
                <w:rFonts w:ascii="Arial" w:hAnsi="Arial" w:eastAsia="Arial"/>
              </w:rPr>
            </w:r>
            <w:r>
              <w:rPr>
                <w:rFonts w:ascii="Arial" w:hAnsi="Arial" w:eastAsia="Arial"/>
                <w:b w:val="0"/>
                <w:i w:val="0"/>
                <w:sz w:val="14"/>
              </w:rPr>
              <w:t>ARCOVA lập bảng lựa chọn vật liệu, kiểm tra sự đồng bộ phong cách, hỗ trợ đi showroom, lập defect list bàn giao.</w:t>
            </w:r>
          </w:p>
        </w:tc>
        <w:tc>
          <w:tcPr>
            <w:tcW w:type="dxa" w:w="1701"/>
            <w:tcMar>
              <w:top w:w="65" w:type="dxa"/>
              <w:start w:w="60" w:type="dxa"/>
              <w:bottom w:w="65" w:type="dxa"/>
              <w:end w:w="60" w:type="dxa"/>
            </w:tcMar>
            <w:vAlign w:val="top"/>
          </w:tcPr>
          <w:p>
            <w:pPr>
              <w:spacing w:after="0" w:line="240" w:lineRule="auto"/>
            </w:pPr>
            <w:r>
              <w:rPr>
                <w:rFonts w:ascii="Arial" w:hAnsi="Arial" w:eastAsia="Arial"/>
              </w:rPr>
            </w:r>
            <w:r>
              <w:rPr>
                <w:rFonts w:ascii="Arial" w:hAnsi="Arial" w:eastAsia="Arial"/>
                <w:b w:val="0"/>
                <w:i w:val="0"/>
                <w:sz w:val="14"/>
              </w:rPr>
              <w:t>Giảm việc khách phải tự điều phối nhiều bên, chất lượng bàn giao rõ hơn.</w:t>
            </w:r>
          </w:p>
        </w:tc>
      </w:tr>
      <w:tr>
        <w:tc>
          <w:tcPr>
            <w:tcW w:type="dxa" w:w="1871"/>
            <w:tcMar>
              <w:top w:w="65" w:type="dxa"/>
              <w:start w:w="60" w:type="dxa"/>
              <w:bottom w:w="65" w:type="dxa"/>
              <w:end w:w="60" w:type="dxa"/>
            </w:tcMar>
            <w:vAlign w:val="top"/>
            <w:shd w:fill="FAF9F6"/>
          </w:tcPr>
          <w:p>
            <w:pPr>
              <w:spacing w:after="0" w:line="240" w:lineRule="auto"/>
            </w:pPr>
            <w:r>
              <w:rPr>
                <w:rFonts w:ascii="Arial" w:hAnsi="Arial" w:eastAsia="Arial"/>
              </w:rPr>
            </w:r>
            <w:r>
              <w:rPr>
                <w:rFonts w:ascii="Arial" w:hAnsi="Arial" w:eastAsia="Arial"/>
                <w:b w:val="0"/>
                <w:i w:val="0"/>
                <w:sz w:val="14"/>
              </w:rPr>
              <w:t>Case 4: Shop thời trang nhỏ</w:t>
            </w:r>
          </w:p>
        </w:tc>
        <w:tc>
          <w:tcPr>
            <w:tcW w:type="dxa" w:w="2154"/>
            <w:tcMar>
              <w:top w:w="65" w:type="dxa"/>
              <w:start w:w="60" w:type="dxa"/>
              <w:bottom w:w="65" w:type="dxa"/>
              <w:end w:w="60" w:type="dxa"/>
            </w:tcMar>
            <w:vAlign w:val="top"/>
            <w:shd w:fill="FAF9F6"/>
          </w:tcPr>
          <w:p>
            <w:pPr>
              <w:spacing w:after="0" w:line="240" w:lineRule="auto"/>
            </w:pPr>
            <w:r>
              <w:rPr>
                <w:rFonts w:ascii="Arial" w:hAnsi="Arial" w:eastAsia="Arial"/>
              </w:rPr>
            </w:r>
            <w:r>
              <w:rPr>
                <w:rFonts w:ascii="Arial" w:hAnsi="Arial" w:eastAsia="Arial"/>
                <w:b w:val="0"/>
                <w:i w:val="0"/>
                <w:sz w:val="14"/>
              </w:rPr>
              <w:t>Khách cần mở nhanh, ngân sách hạn chế nhưng muốn hình ảnh tốt.</w:t>
            </w:r>
          </w:p>
        </w:tc>
        <w:tc>
          <w:tcPr>
            <w:tcW w:type="dxa" w:w="3061"/>
            <w:tcMar>
              <w:top w:w="65" w:type="dxa"/>
              <w:start w:w="60" w:type="dxa"/>
              <w:bottom w:w="65" w:type="dxa"/>
              <w:end w:w="60" w:type="dxa"/>
            </w:tcMar>
            <w:vAlign w:val="top"/>
            <w:shd w:fill="FAF9F6"/>
          </w:tcPr>
          <w:p>
            <w:pPr>
              <w:spacing w:after="0" w:line="240" w:lineRule="auto"/>
            </w:pPr>
            <w:r>
              <w:rPr>
                <w:rFonts w:ascii="Arial" w:hAnsi="Arial" w:eastAsia="Arial"/>
              </w:rPr>
            </w:r>
            <w:r>
              <w:rPr>
                <w:rFonts w:ascii="Arial" w:hAnsi="Arial" w:eastAsia="Arial"/>
                <w:b w:val="0"/>
                <w:i w:val="0"/>
                <w:sz w:val="14"/>
              </w:rPr>
              <w:t>ARCOVA chia hạng mục: mặt tiền, ánh sáng, gương, trưng bày, quầy, kho, khu thử đồ; tư vấn phần nên đầu tư trước.</w:t>
            </w:r>
          </w:p>
        </w:tc>
        <w:tc>
          <w:tcPr>
            <w:tcW w:type="dxa" w:w="1701"/>
            <w:tcMar>
              <w:top w:w="65" w:type="dxa"/>
              <w:start w:w="60" w:type="dxa"/>
              <w:bottom w:w="65" w:type="dxa"/>
              <w:end w:w="60" w:type="dxa"/>
            </w:tcMar>
            <w:vAlign w:val="top"/>
            <w:shd w:fill="FAF9F6"/>
          </w:tcPr>
          <w:p>
            <w:pPr>
              <w:spacing w:after="0" w:line="240" w:lineRule="auto"/>
            </w:pPr>
            <w:r>
              <w:rPr>
                <w:rFonts w:ascii="Arial" w:hAnsi="Arial" w:eastAsia="Arial"/>
              </w:rPr>
            </w:r>
            <w:r>
              <w:rPr>
                <w:rFonts w:ascii="Arial" w:hAnsi="Arial" w:eastAsia="Arial"/>
                <w:b w:val="0"/>
                <w:i w:val="0"/>
                <w:sz w:val="14"/>
              </w:rPr>
              <w:t>Không gian đủ đẹp để bán hàng mà không lãng phí vào chi tiết ít tạo doanh thu.</w:t>
            </w:r>
          </w:p>
        </w:tc>
      </w:tr>
    </w:tbl>
    <w:p>
      <w:pPr>
        <w:pStyle w:val="Heading1"/>
        <w:spacing w:before="200" w:after="100"/>
        <w:pBdr>
          <w:bottom w:val="single" w:sz="12" w:space="4" w:color="C8A96A"/>
        </w:pBdr>
      </w:pPr>
      <w:r>
        <w:rPr>
          <w:rFonts w:ascii="Arial" w:hAnsi="Arial" w:eastAsia="Arial"/>
          <w:b/>
          <w:i w:val="0"/>
          <w:color w:val="2F3338"/>
          <w:sz w:val="31"/>
        </w:rPr>
        <w:t>38. BỘ CÂU HỎI TƯ VẤN KHÁCH HÀNG THEO TỪNG PHÒNG</w:t>
      </w:r>
    </w:p>
    <w:p>
      <w:pPr>
        <w:spacing w:before="0" w:after="80" w:line="254" w:lineRule="auto"/>
      </w:pPr>
      <w:r>
        <w:rPr>
          <w:rFonts w:ascii="Arial" w:hAnsi="Arial" w:eastAsia="Arial"/>
          <w:b w:val="0"/>
          <w:i w:val="0"/>
          <w:sz w:val="18"/>
        </w:rPr>
        <w:t>Phần này giúp khách thấy ARCOVA hỏi sâu hơn các đơn vị bán hàng thông thường. Hỏi đúng giúp tránh thiết kế sai và cũng là cách tạo niềm tin để khách đặt lịch tư vấn.</w:t>
      </w:r>
    </w:p>
    <w:tbl>
      <w:tblPr>
        <w:tblStyle w:val="TableGrid"/>
        <w:tblW w:type="auto" w:w="0"/>
        <w:jc w:val="center"/>
        <w:tblLook w:firstColumn="1" w:firstRow="1" w:lastColumn="0" w:lastRow="0" w:noHBand="0" w:noVBand="1" w:val="04A0"/>
        <w:tblBorders>
          <w:top w:val="single" w:sz="5" w:space="0" w:color="E7D2A5"/>
          <w:left w:val="single" w:sz="5" w:space="0" w:color="E7D2A5"/>
          <w:bottom w:val="single" w:sz="5" w:space="0" w:color="E7D2A5"/>
          <w:right w:val="single" w:sz="5" w:space="0" w:color="E7D2A5"/>
          <w:insideH w:val="single" w:sz="5" w:space="0" w:color="E7D2A5"/>
          <w:insideV w:val="single" w:sz="5" w:space="0" w:color="E7D2A5"/>
        </w:tblBorders>
      </w:tblPr>
      <w:tblGrid>
        <w:gridCol w:w="5241"/>
        <w:gridCol w:w="5241"/>
      </w:tblGrid>
      <w:tr>
        <w:trPr>
          <w:tblHeader w:val="true"/>
        </w:trPr>
        <w:tc>
          <w:tcPr>
            <w:tcW w:type="dxa" w:w="1871"/>
            <w:shd w:fill="C8A96A"/>
            <w:tcMar>
              <w:top w:w="75" w:type="dxa"/>
              <w:start w:w="65" w:type="dxa"/>
              <w:bottom w:w="75" w:type="dxa"/>
              <w:end w:w="65" w:type="dxa"/>
            </w:tcMar>
          </w:tcPr>
          <w:p>
            <w:pPr>
              <w:spacing w:after="0" w:line="240" w:lineRule="auto"/>
              <w:jc w:val="center"/>
            </w:pPr>
            <w:r>
              <w:rPr>
                <w:rFonts w:ascii="Arial" w:hAnsi="Arial" w:eastAsia="Arial"/>
              </w:rPr>
            </w:r>
            <w:r>
              <w:rPr>
                <w:rFonts w:ascii="Arial" w:hAnsi="Arial" w:eastAsia="Arial"/>
                <w:b/>
                <w:i w:val="0"/>
                <w:color w:val="FFFFFF"/>
                <w:sz w:val="15"/>
              </w:rPr>
              <w:t>Không gian</w:t>
            </w:r>
          </w:p>
        </w:tc>
        <w:tc>
          <w:tcPr>
            <w:tcW w:type="dxa" w:w="6917"/>
            <w:shd w:fill="C8A96A"/>
            <w:tcMar>
              <w:top w:w="75" w:type="dxa"/>
              <w:start w:w="65" w:type="dxa"/>
              <w:bottom w:w="75" w:type="dxa"/>
              <w:end w:w="65" w:type="dxa"/>
            </w:tcMar>
          </w:tcPr>
          <w:p>
            <w:pPr>
              <w:spacing w:after="0" w:line="240" w:lineRule="auto"/>
              <w:jc w:val="center"/>
            </w:pPr>
            <w:r>
              <w:rPr>
                <w:rFonts w:ascii="Arial" w:hAnsi="Arial" w:eastAsia="Arial"/>
              </w:rPr>
            </w:r>
            <w:r>
              <w:rPr>
                <w:rFonts w:ascii="Arial" w:hAnsi="Arial" w:eastAsia="Arial"/>
                <w:b/>
                <w:i w:val="0"/>
                <w:color w:val="FFFFFF"/>
                <w:sz w:val="15"/>
              </w:rPr>
              <w:t>Câu hỏi ARCOVA nên hỏi</w:t>
            </w:r>
          </w:p>
        </w:tc>
      </w:tr>
      <w:tr>
        <w:tc>
          <w:tcPr>
            <w:tcW w:type="dxa" w:w="1871"/>
            <w:tcMar>
              <w:top w:w="65" w:type="dxa"/>
              <w:start w:w="60" w:type="dxa"/>
              <w:bottom w:w="65" w:type="dxa"/>
              <w:end w:w="60" w:type="dxa"/>
            </w:tcMar>
            <w:vAlign w:val="top"/>
          </w:tcPr>
          <w:p>
            <w:pPr>
              <w:spacing w:after="0" w:line="240" w:lineRule="auto"/>
            </w:pPr>
            <w:r>
              <w:rPr>
                <w:rFonts w:ascii="Arial" w:hAnsi="Arial" w:eastAsia="Arial"/>
              </w:rPr>
            </w:r>
            <w:r>
              <w:rPr>
                <w:rFonts w:ascii="Arial" w:hAnsi="Arial" w:eastAsia="Arial"/>
                <w:b w:val="0"/>
                <w:i w:val="0"/>
                <w:sz w:val="15"/>
              </w:rPr>
              <w:t>Sảnh vào</w:t>
            </w:r>
          </w:p>
        </w:tc>
        <w:tc>
          <w:tcPr>
            <w:tcW w:type="dxa" w:w="6917"/>
            <w:tcMar>
              <w:top w:w="65" w:type="dxa"/>
              <w:start w:w="60" w:type="dxa"/>
              <w:bottom w:w="65" w:type="dxa"/>
              <w:end w:w="60" w:type="dxa"/>
            </w:tcMar>
            <w:vAlign w:val="top"/>
          </w:tcPr>
          <w:p>
            <w:pPr>
              <w:spacing w:after="0" w:line="240" w:lineRule="auto"/>
            </w:pPr>
            <w:r>
              <w:rPr>
                <w:rFonts w:ascii="Arial" w:hAnsi="Arial" w:eastAsia="Arial"/>
              </w:rPr>
            </w:r>
            <w:r>
              <w:rPr>
                <w:rFonts w:ascii="Arial" w:hAnsi="Arial" w:eastAsia="Arial"/>
                <w:b w:val="0"/>
                <w:i w:val="0"/>
                <w:sz w:val="15"/>
              </w:rPr>
              <w:t>Có tháo giày không? Có cần tủ giày, ghế ngồi, gương, treo áo, chỗ đặt túi? Mở cửa vào có thấy gì đầu tiên?</w:t>
            </w:r>
          </w:p>
        </w:tc>
      </w:tr>
      <w:tr>
        <w:tc>
          <w:tcPr>
            <w:tcW w:type="dxa" w:w="1871"/>
            <w:tcMar>
              <w:top w:w="65" w:type="dxa"/>
              <w:start w:w="60" w:type="dxa"/>
              <w:bottom w:w="65" w:type="dxa"/>
              <w:end w:w="60" w:type="dxa"/>
            </w:tcMar>
            <w:vAlign w:val="top"/>
            <w:shd w:fill="FAF9F6"/>
          </w:tcPr>
          <w:p>
            <w:pPr>
              <w:spacing w:after="0" w:line="240" w:lineRule="auto"/>
            </w:pPr>
            <w:r>
              <w:rPr>
                <w:rFonts w:ascii="Arial" w:hAnsi="Arial" w:eastAsia="Arial"/>
              </w:rPr>
            </w:r>
            <w:r>
              <w:rPr>
                <w:rFonts w:ascii="Arial" w:hAnsi="Arial" w:eastAsia="Arial"/>
                <w:b w:val="0"/>
                <w:i w:val="0"/>
                <w:sz w:val="15"/>
              </w:rPr>
              <w:t>Phòng khách</w:t>
            </w:r>
          </w:p>
        </w:tc>
        <w:tc>
          <w:tcPr>
            <w:tcW w:type="dxa" w:w="6917"/>
            <w:tcMar>
              <w:top w:w="65" w:type="dxa"/>
              <w:start w:w="60" w:type="dxa"/>
              <w:bottom w:w="65" w:type="dxa"/>
              <w:end w:w="60" w:type="dxa"/>
            </w:tcMar>
            <w:vAlign w:val="top"/>
            <w:shd w:fill="FAF9F6"/>
          </w:tcPr>
          <w:p>
            <w:pPr>
              <w:spacing w:after="0" w:line="240" w:lineRule="auto"/>
            </w:pPr>
            <w:r>
              <w:rPr>
                <w:rFonts w:ascii="Arial" w:hAnsi="Arial" w:eastAsia="Arial"/>
              </w:rPr>
            </w:r>
            <w:r>
              <w:rPr>
                <w:rFonts w:ascii="Arial" w:hAnsi="Arial" w:eastAsia="Arial"/>
                <w:b w:val="0"/>
                <w:i w:val="0"/>
                <w:sz w:val="15"/>
              </w:rPr>
              <w:t>Gia đình xem TV nhiều hay tiếp khách nhiều? Thường ngồi bao nhiêu người? Có cần kệ sách, piano, tủ rượu, góc trẻ em?</w:t>
            </w:r>
          </w:p>
        </w:tc>
      </w:tr>
      <w:tr>
        <w:tc>
          <w:tcPr>
            <w:tcW w:type="dxa" w:w="1871"/>
            <w:tcMar>
              <w:top w:w="65" w:type="dxa"/>
              <w:start w:w="60" w:type="dxa"/>
              <w:bottom w:w="65" w:type="dxa"/>
              <w:end w:w="60" w:type="dxa"/>
            </w:tcMar>
            <w:vAlign w:val="top"/>
          </w:tcPr>
          <w:p>
            <w:pPr>
              <w:spacing w:after="0" w:line="240" w:lineRule="auto"/>
            </w:pPr>
            <w:r>
              <w:rPr>
                <w:rFonts w:ascii="Arial" w:hAnsi="Arial" w:eastAsia="Arial"/>
              </w:rPr>
            </w:r>
            <w:r>
              <w:rPr>
                <w:rFonts w:ascii="Arial" w:hAnsi="Arial" w:eastAsia="Arial"/>
                <w:b w:val="0"/>
                <w:i w:val="0"/>
                <w:sz w:val="15"/>
              </w:rPr>
              <w:t>Bếp</w:t>
            </w:r>
          </w:p>
        </w:tc>
        <w:tc>
          <w:tcPr>
            <w:tcW w:type="dxa" w:w="6917"/>
            <w:tcMar>
              <w:top w:w="65" w:type="dxa"/>
              <w:start w:w="60" w:type="dxa"/>
              <w:bottom w:w="65" w:type="dxa"/>
              <w:end w:w="60" w:type="dxa"/>
            </w:tcMar>
            <w:vAlign w:val="top"/>
          </w:tcPr>
          <w:p>
            <w:pPr>
              <w:spacing w:after="0" w:line="240" w:lineRule="auto"/>
            </w:pPr>
            <w:r>
              <w:rPr>
                <w:rFonts w:ascii="Arial" w:hAnsi="Arial" w:eastAsia="Arial"/>
              </w:rPr>
            </w:r>
            <w:r>
              <w:rPr>
                <w:rFonts w:ascii="Arial" w:hAnsi="Arial" w:eastAsia="Arial"/>
                <w:b w:val="0"/>
                <w:i w:val="0"/>
                <w:sz w:val="15"/>
              </w:rPr>
              <w:t>Nấu ăn mỗi ngày hay ít nấu? Món nhiều mùi không? Ai nấu, ai dọn? Có cần bếp phụ, máy rửa bát, lò, kho đồ khô?</w:t>
            </w:r>
          </w:p>
        </w:tc>
      </w:tr>
      <w:tr>
        <w:tc>
          <w:tcPr>
            <w:tcW w:type="dxa" w:w="1871"/>
            <w:tcMar>
              <w:top w:w="65" w:type="dxa"/>
              <w:start w:w="60" w:type="dxa"/>
              <w:bottom w:w="65" w:type="dxa"/>
              <w:end w:w="60" w:type="dxa"/>
            </w:tcMar>
            <w:vAlign w:val="top"/>
            <w:shd w:fill="FAF9F6"/>
          </w:tcPr>
          <w:p>
            <w:pPr>
              <w:spacing w:after="0" w:line="240" w:lineRule="auto"/>
            </w:pPr>
            <w:r>
              <w:rPr>
                <w:rFonts w:ascii="Arial" w:hAnsi="Arial" w:eastAsia="Arial"/>
              </w:rPr>
            </w:r>
            <w:r>
              <w:rPr>
                <w:rFonts w:ascii="Arial" w:hAnsi="Arial" w:eastAsia="Arial"/>
                <w:b w:val="0"/>
                <w:i w:val="0"/>
                <w:sz w:val="15"/>
              </w:rPr>
              <w:t>Phòng ăn</w:t>
            </w:r>
          </w:p>
        </w:tc>
        <w:tc>
          <w:tcPr>
            <w:tcW w:type="dxa" w:w="6917"/>
            <w:tcMar>
              <w:top w:w="65" w:type="dxa"/>
              <w:start w:w="60" w:type="dxa"/>
              <w:bottom w:w="65" w:type="dxa"/>
              <w:end w:w="60" w:type="dxa"/>
            </w:tcMar>
            <w:vAlign w:val="top"/>
            <w:shd w:fill="FAF9F6"/>
          </w:tcPr>
          <w:p>
            <w:pPr>
              <w:spacing w:after="0" w:line="240" w:lineRule="auto"/>
            </w:pPr>
            <w:r>
              <w:rPr>
                <w:rFonts w:ascii="Arial" w:hAnsi="Arial" w:eastAsia="Arial"/>
              </w:rPr>
            </w:r>
            <w:r>
              <w:rPr>
                <w:rFonts w:ascii="Arial" w:hAnsi="Arial" w:eastAsia="Arial"/>
                <w:b w:val="0"/>
                <w:i w:val="0"/>
                <w:sz w:val="15"/>
              </w:rPr>
              <w:t>Ăn hằng ngày mấy người? Có tiếp khách tại bàn ăn không? Cần sideboard, tủ rượu, đèn bàn ăn, khoảng kéo ghế?</w:t>
            </w:r>
          </w:p>
        </w:tc>
      </w:tr>
      <w:tr>
        <w:tc>
          <w:tcPr>
            <w:tcW w:type="dxa" w:w="1871"/>
            <w:tcMar>
              <w:top w:w="65" w:type="dxa"/>
              <w:start w:w="60" w:type="dxa"/>
              <w:bottom w:w="65" w:type="dxa"/>
              <w:end w:w="60" w:type="dxa"/>
            </w:tcMar>
            <w:vAlign w:val="top"/>
          </w:tcPr>
          <w:p>
            <w:pPr>
              <w:spacing w:after="0" w:line="240" w:lineRule="auto"/>
            </w:pPr>
            <w:r>
              <w:rPr>
                <w:rFonts w:ascii="Arial" w:hAnsi="Arial" w:eastAsia="Arial"/>
              </w:rPr>
            </w:r>
            <w:r>
              <w:rPr>
                <w:rFonts w:ascii="Arial" w:hAnsi="Arial" w:eastAsia="Arial"/>
                <w:b w:val="0"/>
                <w:i w:val="0"/>
                <w:sz w:val="15"/>
              </w:rPr>
              <w:t>Phòng ngủ master</w:t>
            </w:r>
          </w:p>
        </w:tc>
        <w:tc>
          <w:tcPr>
            <w:tcW w:type="dxa" w:w="6917"/>
            <w:tcMar>
              <w:top w:w="65" w:type="dxa"/>
              <w:start w:w="60" w:type="dxa"/>
              <w:bottom w:w="65" w:type="dxa"/>
              <w:end w:w="60" w:type="dxa"/>
            </w:tcMar>
            <w:vAlign w:val="top"/>
          </w:tcPr>
          <w:p>
            <w:pPr>
              <w:spacing w:after="0" w:line="240" w:lineRule="auto"/>
            </w:pPr>
            <w:r>
              <w:rPr>
                <w:rFonts w:ascii="Arial" w:hAnsi="Arial" w:eastAsia="Arial"/>
              </w:rPr>
            </w:r>
            <w:r>
              <w:rPr>
                <w:rFonts w:ascii="Arial" w:hAnsi="Arial" w:eastAsia="Arial"/>
                <w:b w:val="0"/>
                <w:i w:val="0"/>
                <w:sz w:val="15"/>
              </w:rPr>
              <w:t>Cần ngủ, làm việc, trang điểm, thay đồ, xem TV, đọc sách? Có cần cách âm, rèm tối, ánh sáng dịu?</w:t>
            </w:r>
          </w:p>
        </w:tc>
      </w:tr>
      <w:tr>
        <w:tc>
          <w:tcPr>
            <w:tcW w:type="dxa" w:w="1871"/>
            <w:tcMar>
              <w:top w:w="65" w:type="dxa"/>
              <w:start w:w="60" w:type="dxa"/>
              <w:bottom w:w="65" w:type="dxa"/>
              <w:end w:w="60" w:type="dxa"/>
            </w:tcMar>
            <w:vAlign w:val="top"/>
            <w:shd w:fill="FAF9F6"/>
          </w:tcPr>
          <w:p>
            <w:pPr>
              <w:spacing w:after="0" w:line="240" w:lineRule="auto"/>
            </w:pPr>
            <w:r>
              <w:rPr>
                <w:rFonts w:ascii="Arial" w:hAnsi="Arial" w:eastAsia="Arial"/>
              </w:rPr>
            </w:r>
            <w:r>
              <w:rPr>
                <w:rFonts w:ascii="Arial" w:hAnsi="Arial" w:eastAsia="Arial"/>
                <w:b w:val="0"/>
                <w:i w:val="0"/>
                <w:sz w:val="15"/>
              </w:rPr>
              <w:t>Phòng trẻ em</w:t>
            </w:r>
          </w:p>
        </w:tc>
        <w:tc>
          <w:tcPr>
            <w:tcW w:type="dxa" w:w="6917"/>
            <w:tcMar>
              <w:top w:w="65" w:type="dxa"/>
              <w:start w:w="60" w:type="dxa"/>
              <w:bottom w:w="65" w:type="dxa"/>
              <w:end w:w="60" w:type="dxa"/>
            </w:tcMar>
            <w:vAlign w:val="top"/>
            <w:shd w:fill="FAF9F6"/>
          </w:tcPr>
          <w:p>
            <w:pPr>
              <w:spacing w:after="0" w:line="240" w:lineRule="auto"/>
            </w:pPr>
            <w:r>
              <w:rPr>
                <w:rFonts w:ascii="Arial" w:hAnsi="Arial" w:eastAsia="Arial"/>
              </w:rPr>
            </w:r>
            <w:r>
              <w:rPr>
                <w:rFonts w:ascii="Arial" w:hAnsi="Arial" w:eastAsia="Arial"/>
                <w:b w:val="0"/>
                <w:i w:val="0"/>
                <w:sz w:val="15"/>
              </w:rPr>
              <w:t>Tuổi của trẻ, thay đổi theo thời gian, lưu trữ đồ chơi/sách/quần áo, an toàn cạnh sắc, ánh sáng học tập?</w:t>
            </w:r>
          </w:p>
        </w:tc>
      </w:tr>
      <w:tr>
        <w:tc>
          <w:tcPr>
            <w:tcW w:type="dxa" w:w="1871"/>
            <w:tcMar>
              <w:top w:w="65" w:type="dxa"/>
              <w:start w:w="60" w:type="dxa"/>
              <w:bottom w:w="65" w:type="dxa"/>
              <w:end w:w="60" w:type="dxa"/>
            </w:tcMar>
            <w:vAlign w:val="top"/>
          </w:tcPr>
          <w:p>
            <w:pPr>
              <w:spacing w:after="0" w:line="240" w:lineRule="auto"/>
            </w:pPr>
            <w:r>
              <w:rPr>
                <w:rFonts w:ascii="Arial" w:hAnsi="Arial" w:eastAsia="Arial"/>
              </w:rPr>
            </w:r>
            <w:r>
              <w:rPr>
                <w:rFonts w:ascii="Arial" w:hAnsi="Arial" w:eastAsia="Arial"/>
                <w:b w:val="0"/>
                <w:i w:val="0"/>
                <w:sz w:val="15"/>
              </w:rPr>
              <w:t>WC/phòng tắm</w:t>
            </w:r>
          </w:p>
        </w:tc>
        <w:tc>
          <w:tcPr>
            <w:tcW w:type="dxa" w:w="6917"/>
            <w:tcMar>
              <w:top w:w="65" w:type="dxa"/>
              <w:start w:w="60" w:type="dxa"/>
              <w:bottom w:w="65" w:type="dxa"/>
              <w:end w:w="60" w:type="dxa"/>
            </w:tcMar>
            <w:vAlign w:val="top"/>
          </w:tcPr>
          <w:p>
            <w:pPr>
              <w:spacing w:after="0" w:line="240" w:lineRule="auto"/>
            </w:pPr>
            <w:r>
              <w:rPr>
                <w:rFonts w:ascii="Arial" w:hAnsi="Arial" w:eastAsia="Arial"/>
              </w:rPr>
            </w:r>
            <w:r>
              <w:rPr>
                <w:rFonts w:ascii="Arial" w:hAnsi="Arial" w:eastAsia="Arial"/>
                <w:b w:val="0"/>
                <w:i w:val="0"/>
                <w:sz w:val="15"/>
              </w:rPr>
              <w:t>Ai dùng, dùng buổi sáng có đông không, có cần tách khô/ướt, tủ đồ, ổ cắm, thông gió, chống trơn?</w:t>
            </w:r>
          </w:p>
        </w:tc>
      </w:tr>
      <w:tr>
        <w:tc>
          <w:tcPr>
            <w:tcW w:type="dxa" w:w="1871"/>
            <w:tcMar>
              <w:top w:w="65" w:type="dxa"/>
              <w:start w:w="60" w:type="dxa"/>
              <w:bottom w:w="65" w:type="dxa"/>
              <w:end w:w="60" w:type="dxa"/>
            </w:tcMar>
            <w:vAlign w:val="top"/>
            <w:shd w:fill="FAF9F6"/>
          </w:tcPr>
          <w:p>
            <w:pPr>
              <w:spacing w:after="0" w:line="240" w:lineRule="auto"/>
            </w:pPr>
            <w:r>
              <w:rPr>
                <w:rFonts w:ascii="Arial" w:hAnsi="Arial" w:eastAsia="Arial"/>
              </w:rPr>
            </w:r>
            <w:r>
              <w:rPr>
                <w:rFonts w:ascii="Arial" w:hAnsi="Arial" w:eastAsia="Arial"/>
                <w:b w:val="0"/>
                <w:i w:val="0"/>
                <w:sz w:val="15"/>
              </w:rPr>
              <w:t>Giặt phơi/kho</w:t>
            </w:r>
          </w:p>
        </w:tc>
        <w:tc>
          <w:tcPr>
            <w:tcW w:type="dxa" w:w="6917"/>
            <w:tcMar>
              <w:top w:w="65" w:type="dxa"/>
              <w:start w:w="60" w:type="dxa"/>
              <w:bottom w:w="65" w:type="dxa"/>
              <w:end w:w="60" w:type="dxa"/>
            </w:tcMar>
            <w:vAlign w:val="top"/>
            <w:shd w:fill="FAF9F6"/>
          </w:tcPr>
          <w:p>
            <w:pPr>
              <w:spacing w:after="0" w:line="240" w:lineRule="auto"/>
            </w:pPr>
            <w:r>
              <w:rPr>
                <w:rFonts w:ascii="Arial" w:hAnsi="Arial" w:eastAsia="Arial"/>
              </w:rPr>
            </w:r>
            <w:r>
              <w:rPr>
                <w:rFonts w:ascii="Arial" w:hAnsi="Arial" w:eastAsia="Arial"/>
                <w:b w:val="0"/>
                <w:i w:val="0"/>
                <w:sz w:val="15"/>
              </w:rPr>
              <w:t>Máy giặt sấy ở đâu, phơi hay sấy, đồ vệ sinh/vali/đồ mùa vụ cất ở đâu?</w:t>
            </w:r>
          </w:p>
        </w:tc>
      </w:tr>
      <w:tr>
        <w:tc>
          <w:tcPr>
            <w:tcW w:type="dxa" w:w="1871"/>
            <w:tcMar>
              <w:top w:w="65" w:type="dxa"/>
              <w:start w:w="60" w:type="dxa"/>
              <w:bottom w:w="65" w:type="dxa"/>
              <w:end w:w="60" w:type="dxa"/>
            </w:tcMar>
            <w:vAlign w:val="top"/>
          </w:tcPr>
          <w:p>
            <w:pPr>
              <w:spacing w:after="0" w:line="240" w:lineRule="auto"/>
            </w:pPr>
            <w:r>
              <w:rPr>
                <w:rFonts w:ascii="Arial" w:hAnsi="Arial" w:eastAsia="Arial"/>
              </w:rPr>
            </w:r>
            <w:r>
              <w:rPr>
                <w:rFonts w:ascii="Arial" w:hAnsi="Arial" w:eastAsia="Arial"/>
                <w:b w:val="0"/>
                <w:i w:val="0"/>
                <w:sz w:val="15"/>
              </w:rPr>
              <w:t>Ban công/sân thượng</w:t>
            </w:r>
          </w:p>
        </w:tc>
        <w:tc>
          <w:tcPr>
            <w:tcW w:type="dxa" w:w="6917"/>
            <w:tcMar>
              <w:top w:w="65" w:type="dxa"/>
              <w:start w:w="60" w:type="dxa"/>
              <w:bottom w:w="65" w:type="dxa"/>
              <w:end w:w="60" w:type="dxa"/>
            </w:tcMar>
            <w:vAlign w:val="top"/>
          </w:tcPr>
          <w:p>
            <w:pPr>
              <w:spacing w:after="0" w:line="240" w:lineRule="auto"/>
            </w:pPr>
            <w:r>
              <w:rPr>
                <w:rFonts w:ascii="Arial" w:hAnsi="Arial" w:eastAsia="Arial"/>
              </w:rPr>
            </w:r>
            <w:r>
              <w:rPr>
                <w:rFonts w:ascii="Arial" w:hAnsi="Arial" w:eastAsia="Arial"/>
                <w:b w:val="0"/>
                <w:i w:val="0"/>
                <w:sz w:val="15"/>
              </w:rPr>
              <w:t>Dùng để cây, giặt phơi, uống trà, BBQ, thờ cúng, kỹ thuật hay chỉ làm cảnh? Có thấm/nắng/mưa tạt không?</w:t>
            </w:r>
          </w:p>
        </w:tc>
      </w:tr>
    </w:tbl>
    <w:p>
      <w:pPr>
        <w:pStyle w:val="Heading1"/>
        <w:spacing w:before="200" w:after="100"/>
        <w:pBdr>
          <w:bottom w:val="single" w:sz="12" w:space="4" w:color="C8A96A"/>
        </w:pBdr>
      </w:pPr>
      <w:r>
        <w:rPr>
          <w:rFonts w:ascii="Arial" w:hAnsi="Arial" w:eastAsia="Arial"/>
          <w:b/>
          <w:i w:val="0"/>
          <w:color w:val="2F3338"/>
          <w:sz w:val="31"/>
        </w:rPr>
        <w:t>39. CÁCH ARCOVA NÓI VỚI KHÁCH VỀ “ĐẸP”, “SANG”, “ĐÚNG”</w:t>
      </w:r>
    </w:p>
    <w:p>
      <w:pPr>
        <w:spacing w:before="0" w:after="80" w:line="254" w:lineRule="auto"/>
      </w:pPr>
      <w:r>
        <w:rPr>
          <w:rFonts w:ascii="Arial" w:hAnsi="Arial" w:eastAsia="Arial"/>
          <w:b w:val="0"/>
          <w:i w:val="0"/>
          <w:sz w:val="18"/>
        </w:rPr>
        <w:t>Khách hàng phổ thông thường không hiểu kiến trúc/nội thất. Nếu ARCOVA giải thích được các khái niệm này bằng ngôn ngữ đời thường, khách sẽ thấy đáng tin và dễ đặt lịch tư vấn hơn.</w:t>
      </w:r>
    </w:p>
    <w:tbl>
      <w:tblPr>
        <w:tblStyle w:val="TableGrid"/>
        <w:tblW w:type="auto" w:w="0"/>
        <w:jc w:val="center"/>
        <w:tblLook w:firstColumn="1" w:firstRow="1" w:lastColumn="0" w:lastRow="0" w:noHBand="0" w:noVBand="1" w:val="04A0"/>
        <w:tblBorders>
          <w:top w:val="single" w:sz="5" w:space="0" w:color="E7D2A5"/>
          <w:left w:val="single" w:sz="5" w:space="0" w:color="E7D2A5"/>
          <w:bottom w:val="single" w:sz="5" w:space="0" w:color="E7D2A5"/>
          <w:right w:val="single" w:sz="5" w:space="0" w:color="E7D2A5"/>
          <w:insideH w:val="single" w:sz="5" w:space="0" w:color="E7D2A5"/>
          <w:insideV w:val="single" w:sz="5" w:space="0" w:color="E7D2A5"/>
        </w:tblBorders>
      </w:tblPr>
      <w:tblGrid>
        <w:gridCol w:w="3494"/>
        <w:gridCol w:w="3494"/>
        <w:gridCol w:w="3494"/>
      </w:tblGrid>
      <w:tr>
        <w:trPr>
          <w:tblHeader w:val="true"/>
        </w:trPr>
        <w:tc>
          <w:tcPr>
            <w:tcW w:type="dxa" w:w="1361"/>
            <w:shd w:fill="C8A96A"/>
            <w:tcMar>
              <w:top w:w="75" w:type="dxa"/>
              <w:start w:w="65" w:type="dxa"/>
              <w:bottom w:w="75" w:type="dxa"/>
              <w:end w:w="65" w:type="dxa"/>
            </w:tcMar>
          </w:tcPr>
          <w:p>
            <w:pPr>
              <w:spacing w:after="0" w:line="240" w:lineRule="auto"/>
              <w:jc w:val="center"/>
            </w:pPr>
            <w:r>
              <w:rPr>
                <w:rFonts w:ascii="Arial" w:hAnsi="Arial" w:eastAsia="Arial"/>
              </w:rPr>
            </w:r>
            <w:r>
              <w:rPr>
                <w:rFonts w:ascii="Arial" w:hAnsi="Arial" w:eastAsia="Arial"/>
                <w:b/>
                <w:i w:val="0"/>
                <w:color w:val="FFFFFF"/>
                <w:sz w:val="15"/>
              </w:rPr>
              <w:t>Khái niệm</w:t>
            </w:r>
          </w:p>
        </w:tc>
        <w:tc>
          <w:tcPr>
            <w:tcW w:type="dxa" w:w="3515"/>
            <w:shd w:fill="C8A96A"/>
            <w:tcMar>
              <w:top w:w="75" w:type="dxa"/>
              <w:start w:w="65" w:type="dxa"/>
              <w:bottom w:w="75" w:type="dxa"/>
              <w:end w:w="65" w:type="dxa"/>
            </w:tcMar>
          </w:tcPr>
          <w:p>
            <w:pPr>
              <w:spacing w:after="0" w:line="240" w:lineRule="auto"/>
              <w:jc w:val="center"/>
            </w:pPr>
            <w:r>
              <w:rPr>
                <w:rFonts w:ascii="Arial" w:hAnsi="Arial" w:eastAsia="Arial"/>
              </w:rPr>
            </w:r>
            <w:r>
              <w:rPr>
                <w:rFonts w:ascii="Arial" w:hAnsi="Arial" w:eastAsia="Arial"/>
                <w:b/>
                <w:i w:val="0"/>
                <w:color w:val="FFFFFF"/>
                <w:sz w:val="15"/>
              </w:rPr>
              <w:t>Nói đơn giản với khách</w:t>
            </w:r>
          </w:p>
        </w:tc>
        <w:tc>
          <w:tcPr>
            <w:tcW w:type="dxa" w:w="3912"/>
            <w:shd w:fill="C8A96A"/>
            <w:tcMar>
              <w:top w:w="75" w:type="dxa"/>
              <w:start w:w="65" w:type="dxa"/>
              <w:bottom w:w="75" w:type="dxa"/>
              <w:end w:w="65" w:type="dxa"/>
            </w:tcMar>
          </w:tcPr>
          <w:p>
            <w:pPr>
              <w:spacing w:after="0" w:line="240" w:lineRule="auto"/>
              <w:jc w:val="center"/>
            </w:pPr>
            <w:r>
              <w:rPr>
                <w:rFonts w:ascii="Arial" w:hAnsi="Arial" w:eastAsia="Arial"/>
              </w:rPr>
            </w:r>
            <w:r>
              <w:rPr>
                <w:rFonts w:ascii="Arial" w:hAnsi="Arial" w:eastAsia="Arial"/>
                <w:b/>
                <w:i w:val="0"/>
                <w:color w:val="FFFFFF"/>
                <w:sz w:val="15"/>
              </w:rPr>
              <w:t>Ví dụ</w:t>
            </w:r>
          </w:p>
        </w:tc>
      </w:tr>
      <w:tr>
        <w:tc>
          <w:tcPr>
            <w:tcW w:type="dxa" w:w="1361"/>
            <w:tcMar>
              <w:top w:w="65" w:type="dxa"/>
              <w:start w:w="60" w:type="dxa"/>
              <w:bottom w:w="65" w:type="dxa"/>
              <w:end w:w="60" w:type="dxa"/>
            </w:tcMar>
            <w:vAlign w:val="top"/>
          </w:tcPr>
          <w:p>
            <w:pPr>
              <w:spacing w:after="0" w:line="240" w:lineRule="auto"/>
            </w:pPr>
            <w:r>
              <w:rPr>
                <w:rFonts w:ascii="Arial" w:hAnsi="Arial" w:eastAsia="Arial"/>
              </w:rPr>
            </w:r>
            <w:r>
              <w:rPr>
                <w:rFonts w:ascii="Arial" w:hAnsi="Arial" w:eastAsia="Arial"/>
                <w:b w:val="0"/>
                <w:i w:val="0"/>
                <w:sz w:val="15"/>
              </w:rPr>
              <w:t>Đẹp</w:t>
            </w:r>
          </w:p>
        </w:tc>
        <w:tc>
          <w:tcPr>
            <w:tcW w:type="dxa" w:w="3515"/>
            <w:tcMar>
              <w:top w:w="65" w:type="dxa"/>
              <w:start w:w="60" w:type="dxa"/>
              <w:bottom w:w="65" w:type="dxa"/>
              <w:end w:w="60" w:type="dxa"/>
            </w:tcMar>
            <w:vAlign w:val="top"/>
          </w:tcPr>
          <w:p>
            <w:pPr>
              <w:spacing w:after="0" w:line="240" w:lineRule="auto"/>
            </w:pPr>
            <w:r>
              <w:rPr>
                <w:rFonts w:ascii="Arial" w:hAnsi="Arial" w:eastAsia="Arial"/>
              </w:rPr>
            </w:r>
            <w:r>
              <w:rPr>
                <w:rFonts w:ascii="Arial" w:hAnsi="Arial" w:eastAsia="Arial"/>
                <w:b w:val="0"/>
                <w:i w:val="0"/>
                <w:sz w:val="15"/>
              </w:rPr>
              <w:t>Không gian hài hòa, dễ chịu, hợp người dùng và không bị lỗi mắt rõ ràng.</w:t>
            </w:r>
          </w:p>
        </w:tc>
        <w:tc>
          <w:tcPr>
            <w:tcW w:type="dxa" w:w="3912"/>
            <w:tcMar>
              <w:top w:w="65" w:type="dxa"/>
              <w:start w:w="60" w:type="dxa"/>
              <w:bottom w:w="65" w:type="dxa"/>
              <w:end w:w="60" w:type="dxa"/>
            </w:tcMar>
            <w:vAlign w:val="top"/>
          </w:tcPr>
          <w:p>
            <w:pPr>
              <w:spacing w:after="0" w:line="240" w:lineRule="auto"/>
            </w:pPr>
            <w:r>
              <w:rPr>
                <w:rFonts w:ascii="Arial" w:hAnsi="Arial" w:eastAsia="Arial"/>
              </w:rPr>
            </w:r>
            <w:r>
              <w:rPr>
                <w:rFonts w:ascii="Arial" w:hAnsi="Arial" w:eastAsia="Arial"/>
                <w:b w:val="0"/>
                <w:i w:val="0"/>
                <w:sz w:val="15"/>
              </w:rPr>
              <w:t>Nhà đẹp không nhất thiết đắt, nhưng phải đúng tỷ lệ, ánh sáng, màu và công năng.</w:t>
            </w:r>
          </w:p>
        </w:tc>
      </w:tr>
      <w:tr>
        <w:tc>
          <w:tcPr>
            <w:tcW w:type="dxa" w:w="1361"/>
            <w:tcMar>
              <w:top w:w="65" w:type="dxa"/>
              <w:start w:w="60" w:type="dxa"/>
              <w:bottom w:w="65" w:type="dxa"/>
              <w:end w:w="60" w:type="dxa"/>
            </w:tcMar>
            <w:vAlign w:val="top"/>
            <w:shd w:fill="FAF9F6"/>
          </w:tcPr>
          <w:p>
            <w:pPr>
              <w:spacing w:after="0" w:line="240" w:lineRule="auto"/>
            </w:pPr>
            <w:r>
              <w:rPr>
                <w:rFonts w:ascii="Arial" w:hAnsi="Arial" w:eastAsia="Arial"/>
              </w:rPr>
            </w:r>
            <w:r>
              <w:rPr>
                <w:rFonts w:ascii="Arial" w:hAnsi="Arial" w:eastAsia="Arial"/>
                <w:b w:val="0"/>
                <w:i w:val="0"/>
                <w:sz w:val="15"/>
              </w:rPr>
              <w:t>Tiện nghi</w:t>
            </w:r>
          </w:p>
        </w:tc>
        <w:tc>
          <w:tcPr>
            <w:tcW w:type="dxa" w:w="3515"/>
            <w:tcMar>
              <w:top w:w="65" w:type="dxa"/>
              <w:start w:w="60" w:type="dxa"/>
              <w:bottom w:w="65" w:type="dxa"/>
              <w:end w:w="60" w:type="dxa"/>
            </w:tcMar>
            <w:vAlign w:val="top"/>
            <w:shd w:fill="FAF9F6"/>
          </w:tcPr>
          <w:p>
            <w:pPr>
              <w:spacing w:after="0" w:line="240" w:lineRule="auto"/>
            </w:pPr>
            <w:r>
              <w:rPr>
                <w:rFonts w:ascii="Arial" w:hAnsi="Arial" w:eastAsia="Arial"/>
              </w:rPr>
            </w:r>
            <w:r>
              <w:rPr>
                <w:rFonts w:ascii="Arial" w:hAnsi="Arial" w:eastAsia="Arial"/>
                <w:b w:val="0"/>
                <w:i w:val="0"/>
                <w:sz w:val="15"/>
              </w:rPr>
              <w:t>Sử dụng hằng ngày thuận tiện, ít bất tiện, đồ có chỗ, đi lại dễ.</w:t>
            </w:r>
          </w:p>
        </w:tc>
        <w:tc>
          <w:tcPr>
            <w:tcW w:type="dxa" w:w="3912"/>
            <w:tcMar>
              <w:top w:w="65" w:type="dxa"/>
              <w:start w:w="60" w:type="dxa"/>
              <w:bottom w:w="65" w:type="dxa"/>
              <w:end w:w="60" w:type="dxa"/>
            </w:tcMar>
            <w:vAlign w:val="top"/>
            <w:shd w:fill="FAF9F6"/>
          </w:tcPr>
          <w:p>
            <w:pPr>
              <w:spacing w:after="0" w:line="240" w:lineRule="auto"/>
            </w:pPr>
            <w:r>
              <w:rPr>
                <w:rFonts w:ascii="Arial" w:hAnsi="Arial" w:eastAsia="Arial"/>
              </w:rPr>
            </w:r>
            <w:r>
              <w:rPr>
                <w:rFonts w:ascii="Arial" w:hAnsi="Arial" w:eastAsia="Arial"/>
                <w:b w:val="0"/>
                <w:i w:val="0"/>
                <w:sz w:val="15"/>
              </w:rPr>
              <w:t>Một bếp đẹp nhưng thiếu mặt soạn và hút mùi yếu thì chưa tiện nghi.</w:t>
            </w:r>
          </w:p>
        </w:tc>
      </w:tr>
      <w:tr>
        <w:tc>
          <w:tcPr>
            <w:tcW w:type="dxa" w:w="1361"/>
            <w:tcMar>
              <w:top w:w="65" w:type="dxa"/>
              <w:start w:w="60" w:type="dxa"/>
              <w:bottom w:w="65" w:type="dxa"/>
              <w:end w:w="60" w:type="dxa"/>
            </w:tcMar>
            <w:vAlign w:val="top"/>
          </w:tcPr>
          <w:p>
            <w:pPr>
              <w:spacing w:after="0" w:line="240" w:lineRule="auto"/>
            </w:pPr>
            <w:r>
              <w:rPr>
                <w:rFonts w:ascii="Arial" w:hAnsi="Arial" w:eastAsia="Arial"/>
              </w:rPr>
            </w:r>
            <w:r>
              <w:rPr>
                <w:rFonts w:ascii="Arial" w:hAnsi="Arial" w:eastAsia="Arial"/>
                <w:b w:val="0"/>
                <w:i w:val="0"/>
                <w:sz w:val="15"/>
              </w:rPr>
              <w:t>Tinh tế</w:t>
            </w:r>
          </w:p>
        </w:tc>
        <w:tc>
          <w:tcPr>
            <w:tcW w:type="dxa" w:w="3515"/>
            <w:tcMar>
              <w:top w:w="65" w:type="dxa"/>
              <w:start w:w="60" w:type="dxa"/>
              <w:bottom w:w="65" w:type="dxa"/>
              <w:end w:w="60" w:type="dxa"/>
            </w:tcMar>
            <w:vAlign w:val="top"/>
          </w:tcPr>
          <w:p>
            <w:pPr>
              <w:spacing w:after="0" w:line="240" w:lineRule="auto"/>
            </w:pPr>
            <w:r>
              <w:rPr>
                <w:rFonts w:ascii="Arial" w:hAnsi="Arial" w:eastAsia="Arial"/>
              </w:rPr>
            </w:r>
            <w:r>
              <w:rPr>
                <w:rFonts w:ascii="Arial" w:hAnsi="Arial" w:eastAsia="Arial"/>
                <w:b w:val="0"/>
                <w:i w:val="0"/>
                <w:sz w:val="15"/>
              </w:rPr>
              <w:t>Biết tiết chế, chi tiết không phô, vật liệu và màu sắc có lý do.</w:t>
            </w:r>
          </w:p>
        </w:tc>
        <w:tc>
          <w:tcPr>
            <w:tcW w:type="dxa" w:w="3912"/>
            <w:tcMar>
              <w:top w:w="65" w:type="dxa"/>
              <w:start w:w="60" w:type="dxa"/>
              <w:bottom w:w="65" w:type="dxa"/>
              <w:end w:w="60" w:type="dxa"/>
            </w:tcMar>
            <w:vAlign w:val="top"/>
          </w:tcPr>
          <w:p>
            <w:pPr>
              <w:spacing w:after="0" w:line="240" w:lineRule="auto"/>
            </w:pPr>
            <w:r>
              <w:rPr>
                <w:rFonts w:ascii="Arial" w:hAnsi="Arial" w:eastAsia="Arial"/>
              </w:rPr>
            </w:r>
            <w:r>
              <w:rPr>
                <w:rFonts w:ascii="Arial" w:hAnsi="Arial" w:eastAsia="Arial"/>
                <w:b w:val="0"/>
                <w:i w:val="0"/>
                <w:sz w:val="15"/>
              </w:rPr>
              <w:t>Tay nắm, khe tủ, ron gạch, ánh sáng, rèm đều làm nên cảm giác tinh tế.</w:t>
            </w:r>
          </w:p>
        </w:tc>
      </w:tr>
      <w:tr>
        <w:tc>
          <w:tcPr>
            <w:tcW w:type="dxa" w:w="1361"/>
            <w:tcMar>
              <w:top w:w="65" w:type="dxa"/>
              <w:start w:w="60" w:type="dxa"/>
              <w:bottom w:w="65" w:type="dxa"/>
              <w:end w:w="60" w:type="dxa"/>
            </w:tcMar>
            <w:vAlign w:val="top"/>
            <w:shd w:fill="FAF9F6"/>
          </w:tcPr>
          <w:p>
            <w:pPr>
              <w:spacing w:after="0" w:line="240" w:lineRule="auto"/>
            </w:pPr>
            <w:r>
              <w:rPr>
                <w:rFonts w:ascii="Arial" w:hAnsi="Arial" w:eastAsia="Arial"/>
              </w:rPr>
            </w:r>
            <w:r>
              <w:rPr>
                <w:rFonts w:ascii="Arial" w:hAnsi="Arial" w:eastAsia="Arial"/>
                <w:b w:val="0"/>
                <w:i w:val="0"/>
                <w:sz w:val="15"/>
              </w:rPr>
              <w:t>Sang</w:t>
            </w:r>
          </w:p>
        </w:tc>
        <w:tc>
          <w:tcPr>
            <w:tcW w:type="dxa" w:w="3515"/>
            <w:tcMar>
              <w:top w:w="65" w:type="dxa"/>
              <w:start w:w="60" w:type="dxa"/>
              <w:bottom w:w="65" w:type="dxa"/>
              <w:end w:w="60" w:type="dxa"/>
            </w:tcMar>
            <w:vAlign w:val="top"/>
            <w:shd w:fill="FAF9F6"/>
          </w:tcPr>
          <w:p>
            <w:pPr>
              <w:spacing w:after="0" w:line="240" w:lineRule="auto"/>
            </w:pPr>
            <w:r>
              <w:rPr>
                <w:rFonts w:ascii="Arial" w:hAnsi="Arial" w:eastAsia="Arial"/>
              </w:rPr>
            </w:r>
            <w:r>
              <w:rPr>
                <w:rFonts w:ascii="Arial" w:hAnsi="Arial" w:eastAsia="Arial"/>
                <w:b w:val="0"/>
                <w:i w:val="0"/>
                <w:sz w:val="15"/>
              </w:rPr>
              <w:t>Đồng bộ giữa không gian, vật liệu, hành vi sống và mức đầu tư.</w:t>
            </w:r>
          </w:p>
        </w:tc>
        <w:tc>
          <w:tcPr>
            <w:tcW w:type="dxa" w:w="3912"/>
            <w:tcMar>
              <w:top w:w="65" w:type="dxa"/>
              <w:start w:w="60" w:type="dxa"/>
              <w:bottom w:w="65" w:type="dxa"/>
              <w:end w:w="60" w:type="dxa"/>
            </w:tcMar>
            <w:vAlign w:val="top"/>
            <w:shd w:fill="FAF9F6"/>
          </w:tcPr>
          <w:p>
            <w:pPr>
              <w:spacing w:after="0" w:line="240" w:lineRule="auto"/>
            </w:pPr>
            <w:r>
              <w:rPr>
                <w:rFonts w:ascii="Arial" w:hAnsi="Arial" w:eastAsia="Arial"/>
              </w:rPr>
            </w:r>
            <w:r>
              <w:rPr>
                <w:rFonts w:ascii="Arial" w:hAnsi="Arial" w:eastAsia="Arial"/>
                <w:b w:val="0"/>
                <w:i w:val="0"/>
                <w:sz w:val="15"/>
              </w:rPr>
              <w:t>Sang không phải là nhiều vàng, nhiều đá, nhiều đèn; sang là đúng bối cảnh.</w:t>
            </w:r>
          </w:p>
        </w:tc>
      </w:tr>
      <w:tr>
        <w:tc>
          <w:tcPr>
            <w:tcW w:type="dxa" w:w="1361"/>
            <w:tcMar>
              <w:top w:w="65" w:type="dxa"/>
              <w:start w:w="60" w:type="dxa"/>
              <w:bottom w:w="65" w:type="dxa"/>
              <w:end w:w="60" w:type="dxa"/>
            </w:tcMar>
            <w:vAlign w:val="top"/>
          </w:tcPr>
          <w:p>
            <w:pPr>
              <w:spacing w:after="0" w:line="240" w:lineRule="auto"/>
            </w:pPr>
            <w:r>
              <w:rPr>
                <w:rFonts w:ascii="Arial" w:hAnsi="Arial" w:eastAsia="Arial"/>
              </w:rPr>
            </w:r>
            <w:r>
              <w:rPr>
                <w:rFonts w:ascii="Arial" w:hAnsi="Arial" w:eastAsia="Arial"/>
                <w:b w:val="0"/>
                <w:i w:val="0"/>
                <w:sz w:val="15"/>
              </w:rPr>
              <w:t>Đúng</w:t>
            </w:r>
          </w:p>
        </w:tc>
        <w:tc>
          <w:tcPr>
            <w:tcW w:type="dxa" w:w="3515"/>
            <w:tcMar>
              <w:top w:w="65" w:type="dxa"/>
              <w:start w:w="60" w:type="dxa"/>
              <w:bottom w:w="65" w:type="dxa"/>
              <w:end w:w="60" w:type="dxa"/>
            </w:tcMar>
            <w:vAlign w:val="top"/>
          </w:tcPr>
          <w:p>
            <w:pPr>
              <w:spacing w:after="0" w:line="240" w:lineRule="auto"/>
            </w:pPr>
            <w:r>
              <w:rPr>
                <w:rFonts w:ascii="Arial" w:hAnsi="Arial" w:eastAsia="Arial"/>
              </w:rPr>
            </w:r>
            <w:r>
              <w:rPr>
                <w:rFonts w:ascii="Arial" w:hAnsi="Arial" w:eastAsia="Arial"/>
                <w:b w:val="0"/>
                <w:i w:val="0"/>
                <w:sz w:val="15"/>
              </w:rPr>
              <w:t>Phù hợp hiện trạng, kỹ thuật, ngân sách, thói quen sống và khả năng bảo trì.</w:t>
            </w:r>
          </w:p>
        </w:tc>
        <w:tc>
          <w:tcPr>
            <w:tcW w:type="dxa" w:w="3912"/>
            <w:tcMar>
              <w:top w:w="65" w:type="dxa"/>
              <w:start w:w="60" w:type="dxa"/>
              <w:bottom w:w="65" w:type="dxa"/>
              <w:end w:w="60" w:type="dxa"/>
            </w:tcMar>
            <w:vAlign w:val="top"/>
          </w:tcPr>
          <w:p>
            <w:pPr>
              <w:spacing w:after="0" w:line="240" w:lineRule="auto"/>
            </w:pPr>
            <w:r>
              <w:rPr>
                <w:rFonts w:ascii="Arial" w:hAnsi="Arial" w:eastAsia="Arial"/>
              </w:rPr>
            </w:r>
            <w:r>
              <w:rPr>
                <w:rFonts w:ascii="Arial" w:hAnsi="Arial" w:eastAsia="Arial"/>
                <w:b w:val="0"/>
                <w:i w:val="0"/>
                <w:sz w:val="15"/>
              </w:rPr>
              <w:t>Thiết kế đúng là nền tảng; đẹp và sang phải xây trên cái đúng.</w:t>
            </w:r>
          </w:p>
        </w:tc>
      </w:tr>
      <w:tr>
        <w:tc>
          <w:tcPr>
            <w:tcW w:type="dxa" w:w="1361"/>
            <w:tcMar>
              <w:top w:w="65" w:type="dxa"/>
              <w:start w:w="60" w:type="dxa"/>
              <w:bottom w:w="65" w:type="dxa"/>
              <w:end w:w="60" w:type="dxa"/>
            </w:tcMar>
            <w:vAlign w:val="top"/>
            <w:shd w:fill="FAF9F6"/>
          </w:tcPr>
          <w:p>
            <w:pPr>
              <w:spacing w:after="0" w:line="240" w:lineRule="auto"/>
            </w:pPr>
            <w:r>
              <w:rPr>
                <w:rFonts w:ascii="Arial" w:hAnsi="Arial" w:eastAsia="Arial"/>
              </w:rPr>
            </w:r>
            <w:r>
              <w:rPr>
                <w:rFonts w:ascii="Arial" w:hAnsi="Arial" w:eastAsia="Arial"/>
                <w:b w:val="0"/>
                <w:i w:val="0"/>
                <w:sz w:val="15"/>
              </w:rPr>
              <w:t>Đắt tiền</w:t>
            </w:r>
          </w:p>
        </w:tc>
        <w:tc>
          <w:tcPr>
            <w:tcW w:type="dxa" w:w="3515"/>
            <w:tcMar>
              <w:top w:w="65" w:type="dxa"/>
              <w:start w:w="60" w:type="dxa"/>
              <w:bottom w:w="65" w:type="dxa"/>
              <w:end w:w="60" w:type="dxa"/>
            </w:tcMar>
            <w:vAlign w:val="top"/>
            <w:shd w:fill="FAF9F6"/>
          </w:tcPr>
          <w:p>
            <w:pPr>
              <w:spacing w:after="0" w:line="240" w:lineRule="auto"/>
            </w:pPr>
            <w:r>
              <w:rPr>
                <w:rFonts w:ascii="Arial" w:hAnsi="Arial" w:eastAsia="Arial"/>
              </w:rPr>
            </w:r>
            <w:r>
              <w:rPr>
                <w:rFonts w:ascii="Arial" w:hAnsi="Arial" w:eastAsia="Arial"/>
                <w:b w:val="0"/>
                <w:i w:val="0"/>
                <w:sz w:val="15"/>
              </w:rPr>
              <w:t>Chi phí cao nhưng chưa chắc phù hợp.</w:t>
            </w:r>
          </w:p>
        </w:tc>
        <w:tc>
          <w:tcPr>
            <w:tcW w:type="dxa" w:w="3912"/>
            <w:tcMar>
              <w:top w:w="65" w:type="dxa"/>
              <w:start w:w="60" w:type="dxa"/>
              <w:bottom w:w="65" w:type="dxa"/>
              <w:end w:w="60" w:type="dxa"/>
            </w:tcMar>
            <w:vAlign w:val="top"/>
            <w:shd w:fill="FAF9F6"/>
          </w:tcPr>
          <w:p>
            <w:pPr>
              <w:spacing w:after="0" w:line="240" w:lineRule="auto"/>
            </w:pPr>
            <w:r>
              <w:rPr>
                <w:rFonts w:ascii="Arial" w:hAnsi="Arial" w:eastAsia="Arial"/>
              </w:rPr>
            </w:r>
            <w:r>
              <w:rPr>
                <w:rFonts w:ascii="Arial" w:hAnsi="Arial" w:eastAsia="Arial"/>
                <w:b w:val="0"/>
                <w:i w:val="0"/>
                <w:sz w:val="15"/>
              </w:rPr>
              <w:t>Sofa rất đắt nhưng quá to, sai màu, chắn lối đi thì vẫn làm phòng xấu.</w:t>
            </w:r>
          </w:p>
        </w:tc>
      </w:tr>
    </w:tbl>
    <w:tbl>
      <w:tblPr>
        <w:tblW w:type="auto" w:w="0"/>
        <w:jc w:val="center"/>
        <w:tblLook w:firstColumn="1" w:firstRow="1" w:lastColumn="0" w:lastRow="0" w:noHBand="0" w:noVBand="1" w:val="04A0"/>
        <w:tblBorders>
          <w:top w:val="single" w:sz="5" w:space="0" w:color="E7D2A5"/>
          <w:left w:val="single" w:sz="5" w:space="0" w:color="E7D2A5"/>
          <w:bottom w:val="single" w:sz="5" w:space="0" w:color="E7D2A5"/>
          <w:right w:val="single" w:sz="5" w:space="0" w:color="E7D2A5"/>
          <w:insideH w:val="single" w:sz="5" w:space="0" w:color="E7D2A5"/>
          <w:insideV w:val="single" w:sz="5" w:space="0" w:color="E7D2A5"/>
        </w:tblBorders>
      </w:tblPr>
      <w:tblGrid>
        <w:gridCol w:w="10482"/>
      </w:tblGrid>
      <w:tr>
        <w:tc>
          <w:tcPr>
            <w:tcW w:type="dxa" w:w="10482"/>
            <w:shd w:fill="FAF9F6"/>
            <w:tcMar>
              <w:top w:w="110" w:type="dxa"/>
              <w:start w:w="140" w:type="dxa"/>
              <w:bottom w:w="110" w:type="dxa"/>
              <w:end w:w="140" w:type="dxa"/>
            </w:tcMar>
          </w:tcPr>
          <w:p>
            <w:pPr>
              <w:spacing w:after="60"/>
            </w:pPr>
            <w:r>
              <w:rPr>
                <w:rFonts w:ascii="Arial" w:hAnsi="Arial" w:eastAsia="Arial"/>
                <w:b/>
                <w:i w:val="0"/>
                <w:color w:val="2F3338"/>
                <w:sz w:val="19"/>
              </w:rPr>
              <w:t>Câu bán hàng mềm</w:t>
            </w:r>
          </w:p>
          <w:p>
            <w:pPr>
              <w:spacing w:after="0" w:line="254" w:lineRule="auto"/>
            </w:pPr>
            <w:r>
              <w:rPr>
                <w:rFonts w:ascii="Arial" w:hAnsi="Arial" w:eastAsia="Arial"/>
                <w:b w:val="0"/>
                <w:i w:val="0"/>
                <w:color w:val="222222"/>
                <w:sz w:val="18"/>
              </w:rPr>
              <w:t>“Trước khi làm đẹp, mình phải làm đúng. Khi đúng công năng, đúng tỷ lệ và đúng ngân sách, phần đẹp và sang sẽ bền hơn rất nhiều.”</w:t>
            </w:r>
          </w:p>
        </w:tc>
      </w:tr>
    </w:tbl>
    <w:p>
      <w:pPr>
        <w:pStyle w:val="Heading1"/>
        <w:spacing w:before="200" w:after="100"/>
        <w:pBdr>
          <w:bottom w:val="single" w:sz="12" w:space="4" w:color="C8A96A"/>
        </w:pBdr>
      </w:pPr>
      <w:r>
        <w:rPr>
          <w:rFonts w:ascii="Arial" w:hAnsi="Arial" w:eastAsia="Arial"/>
          <w:b/>
          <w:i w:val="0"/>
          <w:color w:val="2F3338"/>
          <w:sz w:val="31"/>
        </w:rPr>
        <w:t>40. MÔ HÌNH AI-FIRST CỦA ARCOVA</w:t>
      </w:r>
    </w:p>
    <w:p>
      <w:pPr>
        <w:spacing w:before="0" w:after="80" w:line="254" w:lineRule="auto"/>
      </w:pPr>
      <w:r>
        <w:rPr>
          <w:rFonts w:ascii="Arial" w:hAnsi="Arial" w:eastAsia="Arial"/>
          <w:b w:val="0"/>
          <w:i w:val="0"/>
          <w:sz w:val="18"/>
        </w:rPr>
        <w:t>ARCOVA có thể vận hành tinh gọn bằng AI nhưng vẫn giữ vai trò con người trong các quyết định chuyên môn. AI giúp hỏi, lưu, phân loại, tạo checklist, so sánh tài liệu và chăm sóc khách; con người chịu trách nhiệm đánh giá, kết luận, giao tiếp và quyết định chuyên môn.</w:t>
      </w:r>
    </w:p>
    <w:tbl>
      <w:tblPr>
        <w:tblStyle w:val="TableGrid"/>
        <w:tblW w:type="auto" w:w="0"/>
        <w:jc w:val="center"/>
        <w:tblLook w:firstColumn="1" w:firstRow="1" w:lastColumn="0" w:lastRow="0" w:noHBand="0" w:noVBand="1" w:val="04A0"/>
        <w:tblBorders>
          <w:top w:val="single" w:sz="5" w:space="0" w:color="E7D2A5"/>
          <w:left w:val="single" w:sz="5" w:space="0" w:color="E7D2A5"/>
          <w:bottom w:val="single" w:sz="5" w:space="0" w:color="E7D2A5"/>
          <w:right w:val="single" w:sz="5" w:space="0" w:color="E7D2A5"/>
          <w:insideH w:val="single" w:sz="5" w:space="0" w:color="E7D2A5"/>
          <w:insideV w:val="single" w:sz="5" w:space="0" w:color="E7D2A5"/>
        </w:tblBorders>
      </w:tblPr>
      <w:tblGrid>
        <w:gridCol w:w="3494"/>
        <w:gridCol w:w="3494"/>
        <w:gridCol w:w="3494"/>
      </w:tblGrid>
      <w:tr>
        <w:trPr>
          <w:tblHeader w:val="true"/>
        </w:trPr>
        <w:tc>
          <w:tcPr>
            <w:tcW w:type="dxa" w:w="1928"/>
            <w:shd w:fill="C8A96A"/>
            <w:tcMar>
              <w:top w:w="75" w:type="dxa"/>
              <w:start w:w="65" w:type="dxa"/>
              <w:bottom w:w="75" w:type="dxa"/>
              <w:end w:w="65" w:type="dxa"/>
            </w:tcMar>
          </w:tcPr>
          <w:p>
            <w:pPr>
              <w:spacing w:after="0" w:line="240" w:lineRule="auto"/>
              <w:jc w:val="center"/>
            </w:pPr>
            <w:r>
              <w:rPr>
                <w:rFonts w:ascii="Arial" w:hAnsi="Arial" w:eastAsia="Arial"/>
              </w:rPr>
            </w:r>
            <w:r>
              <w:rPr>
                <w:rFonts w:ascii="Arial" w:hAnsi="Arial" w:eastAsia="Arial"/>
                <w:b/>
                <w:i w:val="0"/>
                <w:color w:val="FFFFFF"/>
                <w:sz w:val="15"/>
              </w:rPr>
              <w:t>Thành phần AI</w:t>
            </w:r>
          </w:p>
        </w:tc>
        <w:tc>
          <w:tcPr>
            <w:tcW w:type="dxa" w:w="3402"/>
            <w:shd w:fill="C8A96A"/>
            <w:tcMar>
              <w:top w:w="75" w:type="dxa"/>
              <w:start w:w="65" w:type="dxa"/>
              <w:bottom w:w="75" w:type="dxa"/>
              <w:end w:w="65" w:type="dxa"/>
            </w:tcMar>
          </w:tcPr>
          <w:p>
            <w:pPr>
              <w:spacing w:after="0" w:line="240" w:lineRule="auto"/>
              <w:jc w:val="center"/>
            </w:pPr>
            <w:r>
              <w:rPr>
                <w:rFonts w:ascii="Arial" w:hAnsi="Arial" w:eastAsia="Arial"/>
              </w:rPr>
            </w:r>
            <w:r>
              <w:rPr>
                <w:rFonts w:ascii="Arial" w:hAnsi="Arial" w:eastAsia="Arial"/>
                <w:b/>
                <w:i w:val="0"/>
                <w:color w:val="FFFFFF"/>
                <w:sz w:val="15"/>
              </w:rPr>
              <w:t>Ứng dụng</w:t>
            </w:r>
          </w:p>
        </w:tc>
        <w:tc>
          <w:tcPr>
            <w:tcW w:type="dxa" w:w="3458"/>
            <w:shd w:fill="C8A96A"/>
            <w:tcMar>
              <w:top w:w="75" w:type="dxa"/>
              <w:start w:w="65" w:type="dxa"/>
              <w:bottom w:w="75" w:type="dxa"/>
              <w:end w:w="65" w:type="dxa"/>
            </w:tcMar>
          </w:tcPr>
          <w:p>
            <w:pPr>
              <w:spacing w:after="0" w:line="240" w:lineRule="auto"/>
              <w:jc w:val="center"/>
            </w:pPr>
            <w:r>
              <w:rPr>
                <w:rFonts w:ascii="Arial" w:hAnsi="Arial" w:eastAsia="Arial"/>
              </w:rPr>
            </w:r>
            <w:r>
              <w:rPr>
                <w:rFonts w:ascii="Arial" w:hAnsi="Arial" w:eastAsia="Arial"/>
                <w:b/>
                <w:i w:val="0"/>
                <w:color w:val="FFFFFF"/>
                <w:sz w:val="15"/>
              </w:rPr>
              <w:t>Giá trị</w:t>
            </w:r>
          </w:p>
        </w:tc>
      </w:tr>
      <w:tr>
        <w:tc>
          <w:tcPr>
            <w:tcW w:type="dxa" w:w="1928"/>
            <w:tcMar>
              <w:top w:w="65" w:type="dxa"/>
              <w:start w:w="60" w:type="dxa"/>
              <w:bottom w:w="65" w:type="dxa"/>
              <w:end w:w="60" w:type="dxa"/>
            </w:tcMar>
            <w:vAlign w:val="top"/>
          </w:tcPr>
          <w:p>
            <w:pPr>
              <w:spacing w:after="0" w:line="240" w:lineRule="auto"/>
            </w:pPr>
            <w:r>
              <w:rPr>
                <w:rFonts w:ascii="Arial" w:hAnsi="Arial" w:eastAsia="Arial"/>
              </w:rPr>
            </w:r>
            <w:r>
              <w:rPr>
                <w:rFonts w:ascii="Arial" w:hAnsi="Arial" w:eastAsia="Arial"/>
                <w:b w:val="0"/>
                <w:i w:val="0"/>
                <w:sz w:val="15"/>
              </w:rPr>
              <w:t>Chatbot website</w:t>
            </w:r>
          </w:p>
        </w:tc>
        <w:tc>
          <w:tcPr>
            <w:tcW w:type="dxa" w:w="3402"/>
            <w:tcMar>
              <w:top w:w="65" w:type="dxa"/>
              <w:start w:w="60" w:type="dxa"/>
              <w:bottom w:w="65" w:type="dxa"/>
              <w:end w:w="60" w:type="dxa"/>
            </w:tcMar>
            <w:vAlign w:val="top"/>
          </w:tcPr>
          <w:p>
            <w:pPr>
              <w:spacing w:after="0" w:line="240" w:lineRule="auto"/>
            </w:pPr>
            <w:r>
              <w:rPr>
                <w:rFonts w:ascii="Arial" w:hAnsi="Arial" w:eastAsia="Arial"/>
              </w:rPr>
            </w:r>
            <w:r>
              <w:rPr>
                <w:rFonts w:ascii="Arial" w:hAnsi="Arial" w:eastAsia="Arial"/>
                <w:b w:val="0"/>
                <w:i w:val="0"/>
                <w:sz w:val="15"/>
              </w:rPr>
              <w:t>Tiếp nhận nhu cầu, hỏi câu hỏi sàng lọc, gợi ý đặt lịch.</w:t>
            </w:r>
          </w:p>
        </w:tc>
        <w:tc>
          <w:tcPr>
            <w:tcW w:type="dxa" w:w="3458"/>
            <w:tcMar>
              <w:top w:w="65" w:type="dxa"/>
              <w:start w:w="60" w:type="dxa"/>
              <w:bottom w:w="65" w:type="dxa"/>
              <w:end w:w="60" w:type="dxa"/>
            </w:tcMar>
            <w:vAlign w:val="top"/>
          </w:tcPr>
          <w:p>
            <w:pPr>
              <w:spacing w:after="0" w:line="240" w:lineRule="auto"/>
            </w:pPr>
            <w:r>
              <w:rPr>
                <w:rFonts w:ascii="Arial" w:hAnsi="Arial" w:eastAsia="Arial"/>
              </w:rPr>
            </w:r>
            <w:r>
              <w:rPr>
                <w:rFonts w:ascii="Arial" w:hAnsi="Arial" w:eastAsia="Arial"/>
                <w:b w:val="0"/>
                <w:i w:val="0"/>
                <w:sz w:val="15"/>
              </w:rPr>
              <w:t>Khách được phản hồi nhanh, ARCOVA có lead rõ dữ liệu.</w:t>
            </w:r>
          </w:p>
        </w:tc>
      </w:tr>
      <w:tr>
        <w:tc>
          <w:tcPr>
            <w:tcW w:type="dxa" w:w="1928"/>
            <w:tcMar>
              <w:top w:w="65" w:type="dxa"/>
              <w:start w:w="60" w:type="dxa"/>
              <w:bottom w:w="65" w:type="dxa"/>
              <w:end w:w="60" w:type="dxa"/>
            </w:tcMar>
            <w:vAlign w:val="top"/>
            <w:shd w:fill="FAF9F6"/>
          </w:tcPr>
          <w:p>
            <w:pPr>
              <w:spacing w:after="0" w:line="240" w:lineRule="auto"/>
            </w:pPr>
            <w:r>
              <w:rPr>
                <w:rFonts w:ascii="Arial" w:hAnsi="Arial" w:eastAsia="Arial"/>
              </w:rPr>
            </w:r>
            <w:r>
              <w:rPr>
                <w:rFonts w:ascii="Arial" w:hAnsi="Arial" w:eastAsia="Arial"/>
                <w:b w:val="0"/>
                <w:i w:val="0"/>
                <w:sz w:val="15"/>
              </w:rPr>
              <w:t>Knowledge nội bộ</w:t>
            </w:r>
          </w:p>
        </w:tc>
        <w:tc>
          <w:tcPr>
            <w:tcW w:type="dxa" w:w="3402"/>
            <w:tcMar>
              <w:top w:w="65" w:type="dxa"/>
              <w:start w:w="60" w:type="dxa"/>
              <w:bottom w:w="65" w:type="dxa"/>
              <w:end w:w="60" w:type="dxa"/>
            </w:tcMar>
            <w:vAlign w:val="top"/>
            <w:shd w:fill="FAF9F6"/>
          </w:tcPr>
          <w:p>
            <w:pPr>
              <w:spacing w:after="0" w:line="240" w:lineRule="auto"/>
            </w:pPr>
            <w:r>
              <w:rPr>
                <w:rFonts w:ascii="Arial" w:hAnsi="Arial" w:eastAsia="Arial"/>
              </w:rPr>
            </w:r>
            <w:r>
              <w:rPr>
                <w:rFonts w:ascii="Arial" w:hAnsi="Arial" w:eastAsia="Arial"/>
                <w:b w:val="0"/>
                <w:i w:val="0"/>
                <w:sz w:val="15"/>
              </w:rPr>
              <w:t>Lưu tri thức về thiết kế, phong cách, vật liệu, lỗi thường gặp, quy trình.</w:t>
            </w:r>
          </w:p>
        </w:tc>
        <w:tc>
          <w:tcPr>
            <w:tcW w:type="dxa" w:w="3458"/>
            <w:tcMar>
              <w:top w:w="65" w:type="dxa"/>
              <w:start w:w="60" w:type="dxa"/>
              <w:bottom w:w="65" w:type="dxa"/>
              <w:end w:w="60" w:type="dxa"/>
            </w:tcMar>
            <w:vAlign w:val="top"/>
            <w:shd w:fill="FAF9F6"/>
          </w:tcPr>
          <w:p>
            <w:pPr>
              <w:spacing w:after="0" w:line="240" w:lineRule="auto"/>
            </w:pPr>
            <w:r>
              <w:rPr>
                <w:rFonts w:ascii="Arial" w:hAnsi="Arial" w:eastAsia="Arial"/>
              </w:rPr>
            </w:r>
            <w:r>
              <w:rPr>
                <w:rFonts w:ascii="Arial" w:hAnsi="Arial" w:eastAsia="Arial"/>
                <w:b w:val="0"/>
                <w:i w:val="0"/>
                <w:sz w:val="15"/>
              </w:rPr>
              <w:t>Trả lời nhất quán, không phụ thuộc trí nhớ từng nhân sự.</w:t>
            </w:r>
          </w:p>
        </w:tc>
      </w:tr>
      <w:tr>
        <w:tc>
          <w:tcPr>
            <w:tcW w:type="dxa" w:w="1928"/>
            <w:tcMar>
              <w:top w:w="65" w:type="dxa"/>
              <w:start w:w="60" w:type="dxa"/>
              <w:bottom w:w="65" w:type="dxa"/>
              <w:end w:w="60" w:type="dxa"/>
            </w:tcMar>
            <w:vAlign w:val="top"/>
          </w:tcPr>
          <w:p>
            <w:pPr>
              <w:spacing w:after="0" w:line="240" w:lineRule="auto"/>
            </w:pPr>
            <w:r>
              <w:rPr>
                <w:rFonts w:ascii="Arial" w:hAnsi="Arial" w:eastAsia="Arial"/>
              </w:rPr>
            </w:r>
            <w:r>
              <w:rPr>
                <w:rFonts w:ascii="Arial" w:hAnsi="Arial" w:eastAsia="Arial"/>
                <w:b w:val="0"/>
                <w:i w:val="0"/>
                <w:sz w:val="15"/>
              </w:rPr>
              <w:t>CRM/Lead scoring</w:t>
            </w:r>
          </w:p>
        </w:tc>
        <w:tc>
          <w:tcPr>
            <w:tcW w:type="dxa" w:w="3402"/>
            <w:tcMar>
              <w:top w:w="65" w:type="dxa"/>
              <w:start w:w="60" w:type="dxa"/>
              <w:bottom w:w="65" w:type="dxa"/>
              <w:end w:w="60" w:type="dxa"/>
            </w:tcMar>
            <w:vAlign w:val="top"/>
          </w:tcPr>
          <w:p>
            <w:pPr>
              <w:spacing w:after="0" w:line="240" w:lineRule="auto"/>
            </w:pPr>
            <w:r>
              <w:rPr>
                <w:rFonts w:ascii="Arial" w:hAnsi="Arial" w:eastAsia="Arial"/>
              </w:rPr>
            </w:r>
            <w:r>
              <w:rPr>
                <w:rFonts w:ascii="Arial" w:hAnsi="Arial" w:eastAsia="Arial"/>
                <w:b w:val="0"/>
                <w:i w:val="0"/>
                <w:sz w:val="15"/>
              </w:rPr>
              <w:t>Lưu tên, số điện thoại, loại công trình, diện tích, ngân sách, thời gian, mức nóng.</w:t>
            </w:r>
          </w:p>
        </w:tc>
        <w:tc>
          <w:tcPr>
            <w:tcW w:type="dxa" w:w="3458"/>
            <w:tcMar>
              <w:top w:w="65" w:type="dxa"/>
              <w:start w:w="60" w:type="dxa"/>
              <w:bottom w:w="65" w:type="dxa"/>
              <w:end w:w="60" w:type="dxa"/>
            </w:tcMar>
            <w:vAlign w:val="top"/>
          </w:tcPr>
          <w:p>
            <w:pPr>
              <w:spacing w:after="0" w:line="240" w:lineRule="auto"/>
            </w:pPr>
            <w:r>
              <w:rPr>
                <w:rFonts w:ascii="Arial" w:hAnsi="Arial" w:eastAsia="Arial"/>
              </w:rPr>
            </w:r>
            <w:r>
              <w:rPr>
                <w:rFonts w:ascii="Arial" w:hAnsi="Arial" w:eastAsia="Arial"/>
                <w:b w:val="0"/>
                <w:i w:val="0"/>
                <w:sz w:val="15"/>
              </w:rPr>
              <w:t>Ưu tiên khách có khả năng chuyển đổi cao.</w:t>
            </w:r>
          </w:p>
        </w:tc>
      </w:tr>
      <w:tr>
        <w:tc>
          <w:tcPr>
            <w:tcW w:type="dxa" w:w="1928"/>
            <w:tcMar>
              <w:top w:w="65" w:type="dxa"/>
              <w:start w:w="60" w:type="dxa"/>
              <w:bottom w:w="65" w:type="dxa"/>
              <w:end w:w="60" w:type="dxa"/>
            </w:tcMar>
            <w:vAlign w:val="top"/>
            <w:shd w:fill="FAF9F6"/>
          </w:tcPr>
          <w:p>
            <w:pPr>
              <w:spacing w:after="0" w:line="240" w:lineRule="auto"/>
            </w:pPr>
            <w:r>
              <w:rPr>
                <w:rFonts w:ascii="Arial" w:hAnsi="Arial" w:eastAsia="Arial"/>
              </w:rPr>
            </w:r>
            <w:r>
              <w:rPr>
                <w:rFonts w:ascii="Arial" w:hAnsi="Arial" w:eastAsia="Arial"/>
                <w:b w:val="0"/>
                <w:i w:val="0"/>
                <w:sz w:val="15"/>
              </w:rPr>
              <w:t>Checklist tự động</w:t>
            </w:r>
          </w:p>
        </w:tc>
        <w:tc>
          <w:tcPr>
            <w:tcW w:type="dxa" w:w="3402"/>
            <w:tcMar>
              <w:top w:w="65" w:type="dxa"/>
              <w:start w:w="60" w:type="dxa"/>
              <w:bottom w:w="65" w:type="dxa"/>
              <w:end w:w="60" w:type="dxa"/>
            </w:tcMar>
            <w:vAlign w:val="top"/>
            <w:shd w:fill="FAF9F6"/>
          </w:tcPr>
          <w:p>
            <w:pPr>
              <w:spacing w:after="0" w:line="240" w:lineRule="auto"/>
            </w:pPr>
            <w:r>
              <w:rPr>
                <w:rFonts w:ascii="Arial" w:hAnsi="Arial" w:eastAsia="Arial"/>
              </w:rPr>
            </w:r>
            <w:r>
              <w:rPr>
                <w:rFonts w:ascii="Arial" w:hAnsi="Arial" w:eastAsia="Arial"/>
                <w:b w:val="0"/>
                <w:i w:val="0"/>
                <w:sz w:val="15"/>
              </w:rPr>
              <w:t>Tạo checklist khảo sát, rà báo giá, nghiệm thu, hỏi vật liệu.</w:t>
            </w:r>
          </w:p>
        </w:tc>
        <w:tc>
          <w:tcPr>
            <w:tcW w:type="dxa" w:w="3458"/>
            <w:tcMar>
              <w:top w:w="65" w:type="dxa"/>
              <w:start w:w="60" w:type="dxa"/>
              <w:bottom w:w="65" w:type="dxa"/>
              <w:end w:w="60" w:type="dxa"/>
            </w:tcMar>
            <w:vAlign w:val="top"/>
            <w:shd w:fill="FAF9F6"/>
          </w:tcPr>
          <w:p>
            <w:pPr>
              <w:spacing w:after="0" w:line="240" w:lineRule="auto"/>
            </w:pPr>
            <w:r>
              <w:rPr>
                <w:rFonts w:ascii="Arial" w:hAnsi="Arial" w:eastAsia="Arial"/>
              </w:rPr>
            </w:r>
            <w:r>
              <w:rPr>
                <w:rFonts w:ascii="Arial" w:hAnsi="Arial" w:eastAsia="Arial"/>
                <w:b w:val="0"/>
                <w:i w:val="0"/>
                <w:sz w:val="15"/>
              </w:rPr>
              <w:t>Giảm bỏ sót khi làm nhiều dự án.</w:t>
            </w:r>
          </w:p>
        </w:tc>
      </w:tr>
      <w:tr>
        <w:tc>
          <w:tcPr>
            <w:tcW w:type="dxa" w:w="1928"/>
            <w:tcMar>
              <w:top w:w="65" w:type="dxa"/>
              <w:start w:w="60" w:type="dxa"/>
              <w:bottom w:w="65" w:type="dxa"/>
              <w:end w:w="60" w:type="dxa"/>
            </w:tcMar>
            <w:vAlign w:val="top"/>
          </w:tcPr>
          <w:p>
            <w:pPr>
              <w:spacing w:after="0" w:line="240" w:lineRule="auto"/>
            </w:pPr>
            <w:r>
              <w:rPr>
                <w:rFonts w:ascii="Arial" w:hAnsi="Arial" w:eastAsia="Arial"/>
              </w:rPr>
            </w:r>
            <w:r>
              <w:rPr>
                <w:rFonts w:ascii="Arial" w:hAnsi="Arial" w:eastAsia="Arial"/>
                <w:b w:val="0"/>
                <w:i w:val="0"/>
                <w:sz w:val="15"/>
              </w:rPr>
              <w:t>So sánh tài liệu</w:t>
            </w:r>
          </w:p>
        </w:tc>
        <w:tc>
          <w:tcPr>
            <w:tcW w:type="dxa" w:w="3402"/>
            <w:tcMar>
              <w:top w:w="65" w:type="dxa"/>
              <w:start w:w="60" w:type="dxa"/>
              <w:bottom w:w="65" w:type="dxa"/>
              <w:end w:w="60" w:type="dxa"/>
            </w:tcMar>
            <w:vAlign w:val="top"/>
          </w:tcPr>
          <w:p>
            <w:pPr>
              <w:spacing w:after="0" w:line="240" w:lineRule="auto"/>
            </w:pPr>
            <w:r>
              <w:rPr>
                <w:rFonts w:ascii="Arial" w:hAnsi="Arial" w:eastAsia="Arial"/>
              </w:rPr>
            </w:r>
            <w:r>
              <w:rPr>
                <w:rFonts w:ascii="Arial" w:hAnsi="Arial" w:eastAsia="Arial"/>
                <w:b w:val="0"/>
                <w:i w:val="0"/>
                <w:sz w:val="15"/>
              </w:rPr>
              <w:t>Đọc báo giá, tóm tắt phạm vi, phát hiện điểm cần hỏi lại.</w:t>
            </w:r>
          </w:p>
        </w:tc>
        <w:tc>
          <w:tcPr>
            <w:tcW w:type="dxa" w:w="3458"/>
            <w:tcMar>
              <w:top w:w="65" w:type="dxa"/>
              <w:start w:w="60" w:type="dxa"/>
              <w:bottom w:w="65" w:type="dxa"/>
              <w:end w:w="60" w:type="dxa"/>
            </w:tcMar>
            <w:vAlign w:val="top"/>
          </w:tcPr>
          <w:p>
            <w:pPr>
              <w:spacing w:after="0" w:line="240" w:lineRule="auto"/>
            </w:pPr>
            <w:r>
              <w:rPr>
                <w:rFonts w:ascii="Arial" w:hAnsi="Arial" w:eastAsia="Arial"/>
              </w:rPr>
            </w:r>
            <w:r>
              <w:rPr>
                <w:rFonts w:ascii="Arial" w:hAnsi="Arial" w:eastAsia="Arial"/>
                <w:b w:val="0"/>
                <w:i w:val="0"/>
                <w:sz w:val="15"/>
              </w:rPr>
              <w:t>Tăng tốc tư vấn, nhưng vẫn cần người kiểm tra cuối.</w:t>
            </w:r>
          </w:p>
        </w:tc>
      </w:tr>
      <w:tr>
        <w:tc>
          <w:tcPr>
            <w:tcW w:type="dxa" w:w="1928"/>
            <w:tcMar>
              <w:top w:w="65" w:type="dxa"/>
              <w:start w:w="60" w:type="dxa"/>
              <w:bottom w:w="65" w:type="dxa"/>
              <w:end w:w="60" w:type="dxa"/>
            </w:tcMar>
            <w:vAlign w:val="top"/>
            <w:shd w:fill="FAF9F6"/>
          </w:tcPr>
          <w:p>
            <w:pPr>
              <w:spacing w:after="0" w:line="240" w:lineRule="auto"/>
            </w:pPr>
            <w:r>
              <w:rPr>
                <w:rFonts w:ascii="Arial" w:hAnsi="Arial" w:eastAsia="Arial"/>
              </w:rPr>
            </w:r>
            <w:r>
              <w:rPr>
                <w:rFonts w:ascii="Arial" w:hAnsi="Arial" w:eastAsia="Arial"/>
                <w:b w:val="0"/>
                <w:i w:val="0"/>
                <w:sz w:val="15"/>
              </w:rPr>
              <w:t>Thư viện mẫu</w:t>
            </w:r>
          </w:p>
        </w:tc>
        <w:tc>
          <w:tcPr>
            <w:tcW w:type="dxa" w:w="3402"/>
            <w:tcMar>
              <w:top w:w="65" w:type="dxa"/>
              <w:start w:w="60" w:type="dxa"/>
              <w:bottom w:w="65" w:type="dxa"/>
              <w:end w:w="60" w:type="dxa"/>
            </w:tcMar>
            <w:vAlign w:val="top"/>
            <w:shd w:fill="FAF9F6"/>
          </w:tcPr>
          <w:p>
            <w:pPr>
              <w:spacing w:after="0" w:line="240" w:lineRule="auto"/>
            </w:pPr>
            <w:r>
              <w:rPr>
                <w:rFonts w:ascii="Arial" w:hAnsi="Arial" w:eastAsia="Arial"/>
              </w:rPr>
            </w:r>
            <w:r>
              <w:rPr>
                <w:rFonts w:ascii="Arial" w:hAnsi="Arial" w:eastAsia="Arial"/>
                <w:b w:val="0"/>
                <w:i w:val="0"/>
                <w:sz w:val="15"/>
              </w:rPr>
              <w:t>Mẫu brief, biên bản khảo sát, defect list, email, hợp đồng, báo cáo.</w:t>
            </w:r>
          </w:p>
        </w:tc>
        <w:tc>
          <w:tcPr>
            <w:tcW w:type="dxa" w:w="3458"/>
            <w:tcMar>
              <w:top w:w="65" w:type="dxa"/>
              <w:start w:w="60" w:type="dxa"/>
              <w:bottom w:w="65" w:type="dxa"/>
              <w:end w:w="60" w:type="dxa"/>
            </w:tcMar>
            <w:vAlign w:val="top"/>
            <w:shd w:fill="FAF9F6"/>
          </w:tcPr>
          <w:p>
            <w:pPr>
              <w:spacing w:after="0" w:line="240" w:lineRule="auto"/>
            </w:pPr>
            <w:r>
              <w:rPr>
                <w:rFonts w:ascii="Arial" w:hAnsi="Arial" w:eastAsia="Arial"/>
              </w:rPr>
            </w:r>
            <w:r>
              <w:rPr>
                <w:rFonts w:ascii="Arial" w:hAnsi="Arial" w:eastAsia="Arial"/>
                <w:b w:val="0"/>
                <w:i w:val="0"/>
                <w:sz w:val="15"/>
              </w:rPr>
              <w:t>Chuẩn hóa đầu ra có thể thu phí.</w:t>
            </w:r>
          </w:p>
        </w:tc>
      </w:tr>
    </w:tbl>
    <w:p>
      <w:pPr>
        <w:pStyle w:val="Heading1"/>
        <w:spacing w:before="200" w:after="100"/>
        <w:pBdr>
          <w:bottom w:val="single" w:sz="12" w:space="4" w:color="C8A96A"/>
        </w:pBdr>
      </w:pPr>
      <w:r>
        <w:rPr>
          <w:rFonts w:ascii="Arial" w:hAnsi="Arial" w:eastAsia="Arial"/>
          <w:b/>
          <w:i w:val="0"/>
          <w:color w:val="2F3338"/>
          <w:sz w:val="31"/>
        </w:rPr>
        <w:t>41. NGUYÊN TẮC MINH BẠCH VÀ TRÁNH XUNG ĐỘT LỢI ÍCH</w:t>
      </w:r>
    </w:p>
    <w:p>
      <w:pPr>
        <w:spacing w:before="0" w:after="80" w:line="254" w:lineRule="auto"/>
      </w:pPr>
      <w:r>
        <w:rPr>
          <w:rFonts w:ascii="Arial" w:hAnsi="Arial" w:eastAsia="Arial"/>
          <w:b w:val="0"/>
          <w:i w:val="0"/>
          <w:sz w:val="18"/>
        </w:rPr>
        <w:t>Vì ARCOVA đóng vai trò đứng về phía chủ nhà, nguyên tắc minh bạch rất quan trọng. Nếu ARCOVA có nhận hoa hồng từ nhà cung cấp hoặc nhà thầu trong tương lai, cần có cơ chế công khai phù hợp hoặc tách rõ giữa phí tư vấn của khách và lợi ích thương mại từ đối tác.</w:t>
      </w:r>
    </w:p>
    <w:tbl>
      <w:tblPr>
        <w:tblStyle w:val="TableGrid"/>
        <w:tblW w:type="auto" w:w="0"/>
        <w:jc w:val="center"/>
        <w:tblLook w:firstColumn="1" w:firstRow="1" w:lastColumn="0" w:lastRow="0" w:noHBand="0" w:noVBand="1" w:val="04A0"/>
        <w:tblBorders>
          <w:top w:val="single" w:sz="5" w:space="0" w:color="E7D2A5"/>
          <w:left w:val="single" w:sz="5" w:space="0" w:color="E7D2A5"/>
          <w:bottom w:val="single" w:sz="5" w:space="0" w:color="E7D2A5"/>
          <w:right w:val="single" w:sz="5" w:space="0" w:color="E7D2A5"/>
          <w:insideH w:val="single" w:sz="5" w:space="0" w:color="E7D2A5"/>
          <w:insideV w:val="single" w:sz="5" w:space="0" w:color="E7D2A5"/>
        </w:tblBorders>
      </w:tblPr>
      <w:tblGrid>
        <w:gridCol w:w="5241"/>
        <w:gridCol w:w="5241"/>
      </w:tblGrid>
      <w:tr>
        <w:trPr>
          <w:tblHeader w:val="true"/>
        </w:trPr>
        <w:tc>
          <w:tcPr>
            <w:tcW w:type="dxa" w:w="2381"/>
            <w:shd w:fill="C8A96A"/>
            <w:tcMar>
              <w:top w:w="75" w:type="dxa"/>
              <w:start w:w="65" w:type="dxa"/>
              <w:bottom w:w="75" w:type="dxa"/>
              <w:end w:w="65" w:type="dxa"/>
            </w:tcMar>
          </w:tcPr>
          <w:p>
            <w:pPr>
              <w:spacing w:after="0" w:line="240" w:lineRule="auto"/>
              <w:jc w:val="center"/>
            </w:pPr>
            <w:r>
              <w:rPr>
                <w:rFonts w:ascii="Arial" w:hAnsi="Arial" w:eastAsia="Arial"/>
              </w:rPr>
            </w:r>
            <w:r>
              <w:rPr>
                <w:rFonts w:ascii="Arial" w:hAnsi="Arial" w:eastAsia="Arial"/>
                <w:b/>
                <w:i w:val="0"/>
                <w:color w:val="FFFFFF"/>
                <w:sz w:val="15"/>
              </w:rPr>
              <w:t>Nguyên tắc</w:t>
            </w:r>
          </w:p>
        </w:tc>
        <w:tc>
          <w:tcPr>
            <w:tcW w:type="dxa" w:w="6406"/>
            <w:shd w:fill="C8A96A"/>
            <w:tcMar>
              <w:top w:w="75" w:type="dxa"/>
              <w:start w:w="65" w:type="dxa"/>
              <w:bottom w:w="75" w:type="dxa"/>
              <w:end w:w="65" w:type="dxa"/>
            </w:tcMar>
          </w:tcPr>
          <w:p>
            <w:pPr>
              <w:spacing w:after="0" w:line="240" w:lineRule="auto"/>
              <w:jc w:val="center"/>
            </w:pPr>
            <w:r>
              <w:rPr>
                <w:rFonts w:ascii="Arial" w:hAnsi="Arial" w:eastAsia="Arial"/>
              </w:rPr>
            </w:r>
            <w:r>
              <w:rPr>
                <w:rFonts w:ascii="Arial" w:hAnsi="Arial" w:eastAsia="Arial"/>
                <w:b/>
                <w:i w:val="0"/>
                <w:color w:val="FFFFFF"/>
                <w:sz w:val="15"/>
              </w:rPr>
              <w:t>Diễn giải</w:t>
            </w:r>
          </w:p>
        </w:tc>
      </w:tr>
      <w:tr>
        <w:tc>
          <w:tcPr>
            <w:tcW w:type="dxa" w:w="2381"/>
            <w:tcMar>
              <w:top w:w="65" w:type="dxa"/>
              <w:start w:w="60" w:type="dxa"/>
              <w:bottom w:w="65" w:type="dxa"/>
              <w:end w:w="60" w:type="dxa"/>
            </w:tcMar>
            <w:vAlign w:val="top"/>
          </w:tcPr>
          <w:p>
            <w:pPr>
              <w:spacing w:after="0" w:line="240" w:lineRule="auto"/>
            </w:pPr>
            <w:r>
              <w:rPr>
                <w:rFonts w:ascii="Arial" w:hAnsi="Arial" w:eastAsia="Arial"/>
              </w:rPr>
            </w:r>
            <w:r>
              <w:rPr>
                <w:rFonts w:ascii="Arial" w:hAnsi="Arial" w:eastAsia="Arial"/>
                <w:b w:val="0"/>
                <w:i w:val="0"/>
                <w:sz w:val="15"/>
              </w:rPr>
              <w:t>Minh bạch phạm vi</w:t>
            </w:r>
          </w:p>
        </w:tc>
        <w:tc>
          <w:tcPr>
            <w:tcW w:type="dxa" w:w="6406"/>
            <w:tcMar>
              <w:top w:w="65" w:type="dxa"/>
              <w:start w:w="60" w:type="dxa"/>
              <w:bottom w:w="65" w:type="dxa"/>
              <w:end w:w="60" w:type="dxa"/>
            </w:tcMar>
            <w:vAlign w:val="top"/>
          </w:tcPr>
          <w:p>
            <w:pPr>
              <w:spacing w:after="0" w:line="240" w:lineRule="auto"/>
            </w:pPr>
            <w:r>
              <w:rPr>
                <w:rFonts w:ascii="Arial" w:hAnsi="Arial" w:eastAsia="Arial"/>
              </w:rPr>
            </w:r>
            <w:r>
              <w:rPr>
                <w:rFonts w:ascii="Arial" w:hAnsi="Arial" w:eastAsia="Arial"/>
                <w:b w:val="0"/>
                <w:i w:val="0"/>
                <w:sz w:val="15"/>
              </w:rPr>
              <w:t>Khách biết ARCOVA làm gì, không làm gì, đầu ra nào được bàn giao.</w:t>
            </w:r>
          </w:p>
        </w:tc>
      </w:tr>
      <w:tr>
        <w:tc>
          <w:tcPr>
            <w:tcW w:type="dxa" w:w="2381"/>
            <w:tcMar>
              <w:top w:w="65" w:type="dxa"/>
              <w:start w:w="60" w:type="dxa"/>
              <w:bottom w:w="65" w:type="dxa"/>
              <w:end w:w="60" w:type="dxa"/>
            </w:tcMar>
            <w:vAlign w:val="top"/>
            <w:shd w:fill="FAF9F6"/>
          </w:tcPr>
          <w:p>
            <w:pPr>
              <w:spacing w:after="0" w:line="240" w:lineRule="auto"/>
            </w:pPr>
            <w:r>
              <w:rPr>
                <w:rFonts w:ascii="Arial" w:hAnsi="Arial" w:eastAsia="Arial"/>
              </w:rPr>
            </w:r>
            <w:r>
              <w:rPr>
                <w:rFonts w:ascii="Arial" w:hAnsi="Arial" w:eastAsia="Arial"/>
                <w:b w:val="0"/>
                <w:i w:val="0"/>
                <w:sz w:val="15"/>
              </w:rPr>
              <w:t>Minh bạch phí</w:t>
            </w:r>
          </w:p>
        </w:tc>
        <w:tc>
          <w:tcPr>
            <w:tcW w:type="dxa" w:w="6406"/>
            <w:tcMar>
              <w:top w:w="65" w:type="dxa"/>
              <w:start w:w="60" w:type="dxa"/>
              <w:bottom w:w="65" w:type="dxa"/>
              <w:end w:w="60" w:type="dxa"/>
            </w:tcMar>
            <w:vAlign w:val="top"/>
            <w:shd w:fill="FAF9F6"/>
          </w:tcPr>
          <w:p>
            <w:pPr>
              <w:spacing w:after="0" w:line="240" w:lineRule="auto"/>
            </w:pPr>
            <w:r>
              <w:rPr>
                <w:rFonts w:ascii="Arial" w:hAnsi="Arial" w:eastAsia="Arial"/>
              </w:rPr>
            </w:r>
            <w:r>
              <w:rPr>
                <w:rFonts w:ascii="Arial" w:hAnsi="Arial" w:eastAsia="Arial"/>
                <w:b w:val="0"/>
                <w:i w:val="0"/>
                <w:sz w:val="15"/>
              </w:rPr>
              <w:t>Phí tư vấn, phí đi hiện trường, phí theo giai đoạn, phí phát sinh phải nói trước.</w:t>
            </w:r>
          </w:p>
        </w:tc>
      </w:tr>
      <w:tr>
        <w:tc>
          <w:tcPr>
            <w:tcW w:type="dxa" w:w="2381"/>
            <w:tcMar>
              <w:top w:w="65" w:type="dxa"/>
              <w:start w:w="60" w:type="dxa"/>
              <w:bottom w:w="65" w:type="dxa"/>
              <w:end w:w="60" w:type="dxa"/>
            </w:tcMar>
            <w:vAlign w:val="top"/>
          </w:tcPr>
          <w:p>
            <w:pPr>
              <w:spacing w:after="0" w:line="240" w:lineRule="auto"/>
            </w:pPr>
            <w:r>
              <w:rPr>
                <w:rFonts w:ascii="Arial" w:hAnsi="Arial" w:eastAsia="Arial"/>
              </w:rPr>
            </w:r>
            <w:r>
              <w:rPr>
                <w:rFonts w:ascii="Arial" w:hAnsi="Arial" w:eastAsia="Arial"/>
                <w:b w:val="0"/>
                <w:i w:val="0"/>
                <w:sz w:val="15"/>
              </w:rPr>
              <w:t>Minh bạch lợi ích</w:t>
            </w:r>
          </w:p>
        </w:tc>
        <w:tc>
          <w:tcPr>
            <w:tcW w:type="dxa" w:w="6406"/>
            <w:tcMar>
              <w:top w:w="65" w:type="dxa"/>
              <w:start w:w="60" w:type="dxa"/>
              <w:bottom w:w="65" w:type="dxa"/>
              <w:end w:w="60" w:type="dxa"/>
            </w:tcMar>
            <w:vAlign w:val="top"/>
          </w:tcPr>
          <w:p>
            <w:pPr>
              <w:spacing w:after="0" w:line="240" w:lineRule="auto"/>
            </w:pPr>
            <w:r>
              <w:rPr>
                <w:rFonts w:ascii="Arial" w:hAnsi="Arial" w:eastAsia="Arial"/>
              </w:rPr>
            </w:r>
            <w:r>
              <w:rPr>
                <w:rFonts w:ascii="Arial" w:hAnsi="Arial" w:eastAsia="Arial"/>
                <w:b w:val="0"/>
                <w:i w:val="0"/>
                <w:sz w:val="15"/>
              </w:rPr>
              <w:t>Nếu có ưu đãi/chiết khấu/hoa hồng từ nhà cung cấp, cần có chính sách rõ để giữ niềm tin.</w:t>
            </w:r>
          </w:p>
        </w:tc>
      </w:tr>
      <w:tr>
        <w:tc>
          <w:tcPr>
            <w:tcW w:type="dxa" w:w="2381"/>
            <w:tcMar>
              <w:top w:w="65" w:type="dxa"/>
              <w:start w:w="60" w:type="dxa"/>
              <w:bottom w:w="65" w:type="dxa"/>
              <w:end w:w="60" w:type="dxa"/>
            </w:tcMar>
            <w:vAlign w:val="top"/>
            <w:shd w:fill="FAF9F6"/>
          </w:tcPr>
          <w:p>
            <w:pPr>
              <w:spacing w:after="0" w:line="240" w:lineRule="auto"/>
            </w:pPr>
            <w:r>
              <w:rPr>
                <w:rFonts w:ascii="Arial" w:hAnsi="Arial" w:eastAsia="Arial"/>
              </w:rPr>
            </w:r>
            <w:r>
              <w:rPr>
                <w:rFonts w:ascii="Arial" w:hAnsi="Arial" w:eastAsia="Arial"/>
                <w:b w:val="0"/>
                <w:i w:val="0"/>
                <w:sz w:val="15"/>
              </w:rPr>
              <w:t>Không nhận trách nhiệm vượt chuyên môn</w:t>
            </w:r>
          </w:p>
        </w:tc>
        <w:tc>
          <w:tcPr>
            <w:tcW w:type="dxa" w:w="6406"/>
            <w:tcMar>
              <w:top w:w="65" w:type="dxa"/>
              <w:start w:w="60" w:type="dxa"/>
              <w:bottom w:w="65" w:type="dxa"/>
              <w:end w:w="60" w:type="dxa"/>
            </w:tcMar>
            <w:vAlign w:val="top"/>
            <w:shd w:fill="FAF9F6"/>
          </w:tcPr>
          <w:p>
            <w:pPr>
              <w:spacing w:after="0" w:line="240" w:lineRule="auto"/>
            </w:pPr>
            <w:r>
              <w:rPr>
                <w:rFonts w:ascii="Arial" w:hAnsi="Arial" w:eastAsia="Arial"/>
              </w:rPr>
            </w:r>
            <w:r>
              <w:rPr>
                <w:rFonts w:ascii="Arial" w:hAnsi="Arial" w:eastAsia="Arial"/>
                <w:b w:val="0"/>
                <w:i w:val="0"/>
                <w:sz w:val="15"/>
              </w:rPr>
              <w:t>Kết cấu, PCCC, pháp lý, cấp phép, chống thấm phức tạp cần chuyên gia đủ năng lực.</w:t>
            </w:r>
          </w:p>
        </w:tc>
      </w:tr>
      <w:tr>
        <w:tc>
          <w:tcPr>
            <w:tcW w:type="dxa" w:w="2381"/>
            <w:tcMar>
              <w:top w:w="65" w:type="dxa"/>
              <w:start w:w="60" w:type="dxa"/>
              <w:bottom w:w="65" w:type="dxa"/>
              <w:end w:w="60" w:type="dxa"/>
            </w:tcMar>
            <w:vAlign w:val="top"/>
          </w:tcPr>
          <w:p>
            <w:pPr>
              <w:spacing w:after="0" w:line="240" w:lineRule="auto"/>
            </w:pPr>
            <w:r>
              <w:rPr>
                <w:rFonts w:ascii="Arial" w:hAnsi="Arial" w:eastAsia="Arial"/>
              </w:rPr>
            </w:r>
            <w:r>
              <w:rPr>
                <w:rFonts w:ascii="Arial" w:hAnsi="Arial" w:eastAsia="Arial"/>
                <w:b w:val="0"/>
                <w:i w:val="0"/>
                <w:sz w:val="15"/>
              </w:rPr>
              <w:t>Không hứa giá chính xác khi thiếu dữ liệu</w:t>
            </w:r>
          </w:p>
        </w:tc>
        <w:tc>
          <w:tcPr>
            <w:tcW w:type="dxa" w:w="6406"/>
            <w:tcMar>
              <w:top w:w="65" w:type="dxa"/>
              <w:start w:w="60" w:type="dxa"/>
              <w:bottom w:w="65" w:type="dxa"/>
              <w:end w:w="60" w:type="dxa"/>
            </w:tcMar>
            <w:vAlign w:val="top"/>
          </w:tcPr>
          <w:p>
            <w:pPr>
              <w:spacing w:after="0" w:line="240" w:lineRule="auto"/>
            </w:pPr>
            <w:r>
              <w:rPr>
                <w:rFonts w:ascii="Arial" w:hAnsi="Arial" w:eastAsia="Arial"/>
              </w:rPr>
            </w:r>
            <w:r>
              <w:rPr>
                <w:rFonts w:ascii="Arial" w:hAnsi="Arial" w:eastAsia="Arial"/>
                <w:b w:val="0"/>
                <w:i w:val="0"/>
                <w:sz w:val="15"/>
              </w:rPr>
              <w:t>Chỉ báo giá/ước tính theo điều kiện đã nêu; giá chính thức cần khảo sát, bản vẽ, BOQ, vật liệu.</w:t>
            </w:r>
          </w:p>
        </w:tc>
      </w:tr>
      <w:tr>
        <w:tc>
          <w:tcPr>
            <w:tcW w:type="dxa" w:w="2381"/>
            <w:tcMar>
              <w:top w:w="65" w:type="dxa"/>
              <w:start w:w="60" w:type="dxa"/>
              <w:bottom w:w="65" w:type="dxa"/>
              <w:end w:w="60" w:type="dxa"/>
            </w:tcMar>
            <w:vAlign w:val="top"/>
            <w:shd w:fill="FAF9F6"/>
          </w:tcPr>
          <w:p>
            <w:pPr>
              <w:spacing w:after="0" w:line="240" w:lineRule="auto"/>
            </w:pPr>
            <w:r>
              <w:rPr>
                <w:rFonts w:ascii="Arial" w:hAnsi="Arial" w:eastAsia="Arial"/>
              </w:rPr>
            </w:r>
            <w:r>
              <w:rPr>
                <w:rFonts w:ascii="Arial" w:hAnsi="Arial" w:eastAsia="Arial"/>
                <w:b w:val="0"/>
                <w:i w:val="0"/>
                <w:sz w:val="15"/>
              </w:rPr>
              <w:t>Không thao túng lựa chọn của khách</w:t>
            </w:r>
          </w:p>
        </w:tc>
        <w:tc>
          <w:tcPr>
            <w:tcW w:type="dxa" w:w="6406"/>
            <w:tcMar>
              <w:top w:w="65" w:type="dxa"/>
              <w:start w:w="60" w:type="dxa"/>
              <w:bottom w:w="65" w:type="dxa"/>
              <w:end w:w="60" w:type="dxa"/>
            </w:tcMar>
            <w:vAlign w:val="top"/>
            <w:shd w:fill="FAF9F6"/>
          </w:tcPr>
          <w:p>
            <w:pPr>
              <w:spacing w:after="0" w:line="240" w:lineRule="auto"/>
            </w:pPr>
            <w:r>
              <w:rPr>
                <w:rFonts w:ascii="Arial" w:hAnsi="Arial" w:eastAsia="Arial"/>
              </w:rPr>
            </w:r>
            <w:r>
              <w:rPr>
                <w:rFonts w:ascii="Arial" w:hAnsi="Arial" w:eastAsia="Arial"/>
                <w:b w:val="0"/>
                <w:i w:val="0"/>
                <w:sz w:val="15"/>
              </w:rPr>
              <w:t>ARCOVA trình bày ưu/nhược và khuyến nghị; quyền quyết định cuối cùng thuộc khách hàng.</w:t>
            </w:r>
          </w:p>
        </w:tc>
      </w:tr>
    </w:tbl>
    <w:p>
      <w:pPr>
        <w:pStyle w:val="Heading1"/>
        <w:spacing w:before="200" w:after="100"/>
        <w:pBdr>
          <w:bottom w:val="single" w:sz="12" w:space="4" w:color="C8A96A"/>
        </w:pBdr>
      </w:pPr>
      <w:r>
        <w:rPr>
          <w:rFonts w:ascii="Arial" w:hAnsi="Arial" w:eastAsia="Arial"/>
          <w:b/>
          <w:i w:val="0"/>
          <w:color w:val="2F3338"/>
          <w:sz w:val="31"/>
        </w:rPr>
        <w:t>42. CAM KẾT DỊCH VỤ VÀ GIỚI HẠN TRÁCH NHIỆM</w:t>
      </w:r>
    </w:p>
    <w:p>
      <w:pPr>
        <w:spacing w:before="0" w:after="80" w:line="254" w:lineRule="auto"/>
      </w:pPr>
      <w:r>
        <w:rPr>
          <w:rFonts w:ascii="Arial" w:hAnsi="Arial" w:eastAsia="Arial"/>
          <w:b w:val="0"/>
          <w:i w:val="0"/>
          <w:sz w:val="18"/>
        </w:rPr>
        <w:t>Một hồ sơ năng lực tốt không chỉ hứa hẹn. Nó cũng phải nói rõ giới hạn, vì sự rõ ràng làm khách tin hơn và bảo vệ công ty khi triển khai.</w:t>
      </w:r>
    </w:p>
    <w:tbl>
      <w:tblPr>
        <w:tblStyle w:val="TableGrid"/>
        <w:tblW w:type="auto" w:w="0"/>
        <w:jc w:val="center"/>
        <w:tblLook w:firstColumn="1" w:firstRow="1" w:lastColumn="0" w:lastRow="0" w:noHBand="0" w:noVBand="1" w:val="04A0"/>
        <w:tblBorders>
          <w:top w:val="single" w:sz="5" w:space="0" w:color="E7D2A5"/>
          <w:left w:val="single" w:sz="5" w:space="0" w:color="E7D2A5"/>
          <w:bottom w:val="single" w:sz="5" w:space="0" w:color="E7D2A5"/>
          <w:right w:val="single" w:sz="5" w:space="0" w:color="E7D2A5"/>
          <w:insideH w:val="single" w:sz="5" w:space="0" w:color="E7D2A5"/>
          <w:insideV w:val="single" w:sz="5" w:space="0" w:color="E7D2A5"/>
        </w:tblBorders>
      </w:tblPr>
      <w:tblGrid>
        <w:gridCol w:w="5241"/>
        <w:gridCol w:w="5241"/>
      </w:tblGrid>
      <w:tr>
        <w:trPr>
          <w:tblHeader w:val="true"/>
        </w:trPr>
        <w:tc>
          <w:tcPr>
            <w:tcW w:type="dxa" w:w="2381"/>
            <w:shd w:fill="C8A96A"/>
            <w:tcMar>
              <w:top w:w="75" w:type="dxa"/>
              <w:start w:w="65" w:type="dxa"/>
              <w:bottom w:w="75" w:type="dxa"/>
              <w:end w:w="65" w:type="dxa"/>
            </w:tcMar>
          </w:tcPr>
          <w:p>
            <w:pPr>
              <w:spacing w:after="0" w:line="240" w:lineRule="auto"/>
              <w:jc w:val="center"/>
            </w:pPr>
            <w:r>
              <w:rPr>
                <w:rFonts w:ascii="Arial" w:hAnsi="Arial" w:eastAsia="Arial"/>
              </w:rPr>
            </w:r>
            <w:r>
              <w:rPr>
                <w:rFonts w:ascii="Arial" w:hAnsi="Arial" w:eastAsia="Arial"/>
                <w:b/>
                <w:i w:val="0"/>
                <w:color w:val="FFFFFF"/>
                <w:sz w:val="15"/>
              </w:rPr>
              <w:t>Cam kết</w:t>
            </w:r>
          </w:p>
        </w:tc>
        <w:tc>
          <w:tcPr>
            <w:tcW w:type="dxa" w:w="6406"/>
            <w:shd w:fill="C8A96A"/>
            <w:tcMar>
              <w:top w:w="75" w:type="dxa"/>
              <w:start w:w="65" w:type="dxa"/>
              <w:bottom w:w="75" w:type="dxa"/>
              <w:end w:w="65" w:type="dxa"/>
            </w:tcMar>
          </w:tcPr>
          <w:p>
            <w:pPr>
              <w:spacing w:after="0" w:line="240" w:lineRule="auto"/>
              <w:jc w:val="center"/>
            </w:pPr>
            <w:r>
              <w:rPr>
                <w:rFonts w:ascii="Arial" w:hAnsi="Arial" w:eastAsia="Arial"/>
              </w:rPr>
            </w:r>
            <w:r>
              <w:rPr>
                <w:rFonts w:ascii="Arial" w:hAnsi="Arial" w:eastAsia="Arial"/>
                <w:b/>
                <w:i w:val="0"/>
                <w:color w:val="FFFFFF"/>
                <w:sz w:val="15"/>
              </w:rPr>
              <w:t>Nội dung</w:t>
            </w:r>
          </w:p>
        </w:tc>
      </w:tr>
      <w:tr>
        <w:tc>
          <w:tcPr>
            <w:tcW w:type="dxa" w:w="2381"/>
            <w:tcMar>
              <w:top w:w="65" w:type="dxa"/>
              <w:start w:w="60" w:type="dxa"/>
              <w:bottom w:w="65" w:type="dxa"/>
              <w:end w:w="60" w:type="dxa"/>
            </w:tcMar>
            <w:vAlign w:val="top"/>
          </w:tcPr>
          <w:p>
            <w:pPr>
              <w:spacing w:after="0" w:line="240" w:lineRule="auto"/>
            </w:pPr>
            <w:r>
              <w:rPr>
                <w:rFonts w:ascii="Arial" w:hAnsi="Arial" w:eastAsia="Arial"/>
              </w:rPr>
            </w:r>
            <w:r>
              <w:rPr>
                <w:rFonts w:ascii="Arial" w:hAnsi="Arial" w:eastAsia="Arial"/>
                <w:b w:val="0"/>
                <w:i w:val="0"/>
                <w:sz w:val="15"/>
              </w:rPr>
              <w:t>Cam kết lắng nghe</w:t>
            </w:r>
          </w:p>
        </w:tc>
        <w:tc>
          <w:tcPr>
            <w:tcW w:type="dxa" w:w="6406"/>
            <w:tcMar>
              <w:top w:w="65" w:type="dxa"/>
              <w:start w:w="60" w:type="dxa"/>
              <w:bottom w:w="65" w:type="dxa"/>
              <w:end w:w="60" w:type="dxa"/>
            </w:tcMar>
            <w:vAlign w:val="top"/>
          </w:tcPr>
          <w:p>
            <w:pPr>
              <w:spacing w:after="0" w:line="240" w:lineRule="auto"/>
            </w:pPr>
            <w:r>
              <w:rPr>
                <w:rFonts w:ascii="Arial" w:hAnsi="Arial" w:eastAsia="Arial"/>
              </w:rPr>
            </w:r>
            <w:r>
              <w:rPr>
                <w:rFonts w:ascii="Arial" w:hAnsi="Arial" w:eastAsia="Arial"/>
                <w:b w:val="0"/>
                <w:i w:val="0"/>
                <w:sz w:val="15"/>
              </w:rPr>
              <w:t>ARCOVA bắt đầu từ đời sống thật, không ép khách theo một phong cách có sẵn.</w:t>
            </w:r>
          </w:p>
        </w:tc>
      </w:tr>
      <w:tr>
        <w:tc>
          <w:tcPr>
            <w:tcW w:type="dxa" w:w="2381"/>
            <w:tcMar>
              <w:top w:w="65" w:type="dxa"/>
              <w:start w:w="60" w:type="dxa"/>
              <w:bottom w:w="65" w:type="dxa"/>
              <w:end w:w="60" w:type="dxa"/>
            </w:tcMar>
            <w:vAlign w:val="top"/>
            <w:shd w:fill="FAF9F6"/>
          </w:tcPr>
          <w:p>
            <w:pPr>
              <w:spacing w:after="0" w:line="240" w:lineRule="auto"/>
            </w:pPr>
            <w:r>
              <w:rPr>
                <w:rFonts w:ascii="Arial" w:hAnsi="Arial" w:eastAsia="Arial"/>
              </w:rPr>
            </w:r>
            <w:r>
              <w:rPr>
                <w:rFonts w:ascii="Arial" w:hAnsi="Arial" w:eastAsia="Arial"/>
                <w:b w:val="0"/>
                <w:i w:val="0"/>
                <w:sz w:val="15"/>
              </w:rPr>
              <w:t>Cam kết giải thích dễ hiểu</w:t>
            </w:r>
          </w:p>
        </w:tc>
        <w:tc>
          <w:tcPr>
            <w:tcW w:type="dxa" w:w="6406"/>
            <w:tcMar>
              <w:top w:w="65" w:type="dxa"/>
              <w:start w:w="60" w:type="dxa"/>
              <w:bottom w:w="65" w:type="dxa"/>
              <w:end w:w="60" w:type="dxa"/>
            </w:tcMar>
            <w:vAlign w:val="top"/>
            <w:shd w:fill="FAF9F6"/>
          </w:tcPr>
          <w:p>
            <w:pPr>
              <w:spacing w:after="0" w:line="240" w:lineRule="auto"/>
            </w:pPr>
            <w:r>
              <w:rPr>
                <w:rFonts w:ascii="Arial" w:hAnsi="Arial" w:eastAsia="Arial"/>
              </w:rPr>
            </w:r>
            <w:r>
              <w:rPr>
                <w:rFonts w:ascii="Arial" w:hAnsi="Arial" w:eastAsia="Arial"/>
                <w:b w:val="0"/>
                <w:i w:val="0"/>
                <w:sz w:val="15"/>
              </w:rPr>
              <w:t>Mọi khuyến nghị cố gắng chuyển thành ngôn ngữ phổ thông: vì sao nên, vì sao không nên, rủi ro là gì.</w:t>
            </w:r>
          </w:p>
        </w:tc>
      </w:tr>
      <w:tr>
        <w:tc>
          <w:tcPr>
            <w:tcW w:type="dxa" w:w="2381"/>
            <w:tcMar>
              <w:top w:w="65" w:type="dxa"/>
              <w:start w:w="60" w:type="dxa"/>
              <w:bottom w:w="65" w:type="dxa"/>
              <w:end w:w="60" w:type="dxa"/>
            </w:tcMar>
            <w:vAlign w:val="top"/>
          </w:tcPr>
          <w:p>
            <w:pPr>
              <w:spacing w:after="0" w:line="240" w:lineRule="auto"/>
            </w:pPr>
            <w:r>
              <w:rPr>
                <w:rFonts w:ascii="Arial" w:hAnsi="Arial" w:eastAsia="Arial"/>
              </w:rPr>
            </w:r>
            <w:r>
              <w:rPr>
                <w:rFonts w:ascii="Arial" w:hAnsi="Arial" w:eastAsia="Arial"/>
                <w:b w:val="0"/>
                <w:i w:val="0"/>
                <w:sz w:val="15"/>
              </w:rPr>
              <w:t>Cam kết ưu tiên an toàn</w:t>
            </w:r>
          </w:p>
        </w:tc>
        <w:tc>
          <w:tcPr>
            <w:tcW w:type="dxa" w:w="6406"/>
            <w:tcMar>
              <w:top w:w="65" w:type="dxa"/>
              <w:start w:w="60" w:type="dxa"/>
              <w:bottom w:w="65" w:type="dxa"/>
              <w:end w:w="60" w:type="dxa"/>
            </w:tcMar>
            <w:vAlign w:val="top"/>
          </w:tcPr>
          <w:p>
            <w:pPr>
              <w:spacing w:after="0" w:line="240" w:lineRule="auto"/>
            </w:pPr>
            <w:r>
              <w:rPr>
                <w:rFonts w:ascii="Arial" w:hAnsi="Arial" w:eastAsia="Arial"/>
              </w:rPr>
            </w:r>
            <w:r>
              <w:rPr>
                <w:rFonts w:ascii="Arial" w:hAnsi="Arial" w:eastAsia="Arial"/>
                <w:b w:val="0"/>
                <w:i w:val="0"/>
                <w:sz w:val="15"/>
              </w:rPr>
              <w:t>Không khuyến nghị can thiệp kết cấu, MEP, PCCC, chống thấm nguy hiểm khi chưa đủ cơ sở.</w:t>
            </w:r>
          </w:p>
        </w:tc>
      </w:tr>
      <w:tr>
        <w:tc>
          <w:tcPr>
            <w:tcW w:type="dxa" w:w="2381"/>
            <w:tcMar>
              <w:top w:w="65" w:type="dxa"/>
              <w:start w:w="60" w:type="dxa"/>
              <w:bottom w:w="65" w:type="dxa"/>
              <w:end w:w="60" w:type="dxa"/>
            </w:tcMar>
            <w:vAlign w:val="top"/>
            <w:shd w:fill="FAF9F6"/>
          </w:tcPr>
          <w:p>
            <w:pPr>
              <w:spacing w:after="0" w:line="240" w:lineRule="auto"/>
            </w:pPr>
            <w:r>
              <w:rPr>
                <w:rFonts w:ascii="Arial" w:hAnsi="Arial" w:eastAsia="Arial"/>
              </w:rPr>
            </w:r>
            <w:r>
              <w:rPr>
                <w:rFonts w:ascii="Arial" w:hAnsi="Arial" w:eastAsia="Arial"/>
                <w:b w:val="0"/>
                <w:i w:val="0"/>
                <w:sz w:val="15"/>
              </w:rPr>
              <w:t>Cam kết kiểm soát phạm vi</w:t>
            </w:r>
          </w:p>
        </w:tc>
        <w:tc>
          <w:tcPr>
            <w:tcW w:type="dxa" w:w="6406"/>
            <w:tcMar>
              <w:top w:w="65" w:type="dxa"/>
              <w:start w:w="60" w:type="dxa"/>
              <w:bottom w:w="65" w:type="dxa"/>
              <w:end w:w="60" w:type="dxa"/>
            </w:tcMar>
            <w:vAlign w:val="top"/>
            <w:shd w:fill="FAF9F6"/>
          </w:tcPr>
          <w:p>
            <w:pPr>
              <w:spacing w:after="0" w:line="240" w:lineRule="auto"/>
            </w:pPr>
            <w:r>
              <w:rPr>
                <w:rFonts w:ascii="Arial" w:hAnsi="Arial" w:eastAsia="Arial"/>
              </w:rPr>
            </w:r>
            <w:r>
              <w:rPr>
                <w:rFonts w:ascii="Arial" w:hAnsi="Arial" w:eastAsia="Arial"/>
                <w:b w:val="0"/>
                <w:i w:val="0"/>
                <w:sz w:val="15"/>
              </w:rPr>
              <w:t>Gói dịch vụ có đầu ra, mốc nghiệm thu và điều kiện thanh toán rõ.</w:t>
            </w:r>
          </w:p>
        </w:tc>
      </w:tr>
      <w:tr>
        <w:tc>
          <w:tcPr>
            <w:tcW w:type="dxa" w:w="2381"/>
            <w:tcMar>
              <w:top w:w="65" w:type="dxa"/>
              <w:start w:w="60" w:type="dxa"/>
              <w:bottom w:w="65" w:type="dxa"/>
              <w:end w:w="60" w:type="dxa"/>
            </w:tcMar>
            <w:vAlign w:val="top"/>
          </w:tcPr>
          <w:p>
            <w:pPr>
              <w:spacing w:after="0" w:line="240" w:lineRule="auto"/>
            </w:pPr>
            <w:r>
              <w:rPr>
                <w:rFonts w:ascii="Arial" w:hAnsi="Arial" w:eastAsia="Arial"/>
              </w:rPr>
            </w:r>
            <w:r>
              <w:rPr>
                <w:rFonts w:ascii="Arial" w:hAnsi="Arial" w:eastAsia="Arial"/>
                <w:b w:val="0"/>
                <w:i w:val="0"/>
                <w:sz w:val="15"/>
              </w:rPr>
              <w:t>Cam kết tôn trọng ngân sách</w:t>
            </w:r>
          </w:p>
        </w:tc>
        <w:tc>
          <w:tcPr>
            <w:tcW w:type="dxa" w:w="6406"/>
            <w:tcMar>
              <w:top w:w="65" w:type="dxa"/>
              <w:start w:w="60" w:type="dxa"/>
              <w:bottom w:w="65" w:type="dxa"/>
              <w:end w:w="60" w:type="dxa"/>
            </w:tcMar>
            <w:vAlign w:val="top"/>
          </w:tcPr>
          <w:p>
            <w:pPr>
              <w:spacing w:after="0" w:line="240" w:lineRule="auto"/>
            </w:pPr>
            <w:r>
              <w:rPr>
                <w:rFonts w:ascii="Arial" w:hAnsi="Arial" w:eastAsia="Arial"/>
              </w:rPr>
            </w:r>
            <w:r>
              <w:rPr>
                <w:rFonts w:ascii="Arial" w:hAnsi="Arial" w:eastAsia="Arial"/>
                <w:b w:val="0"/>
                <w:i w:val="0"/>
                <w:sz w:val="15"/>
              </w:rPr>
              <w:t>Không vẽ/lựa chọn vượt ngân sách mà không cảnh báo hệ quả.</w:t>
            </w:r>
          </w:p>
        </w:tc>
      </w:tr>
      <w:tr>
        <w:tc>
          <w:tcPr>
            <w:tcW w:type="dxa" w:w="2381"/>
            <w:tcMar>
              <w:top w:w="65" w:type="dxa"/>
              <w:start w:w="60" w:type="dxa"/>
              <w:bottom w:w="65" w:type="dxa"/>
              <w:end w:w="60" w:type="dxa"/>
            </w:tcMar>
            <w:vAlign w:val="top"/>
            <w:shd w:fill="FAF9F6"/>
          </w:tcPr>
          <w:p>
            <w:pPr>
              <w:spacing w:after="0" w:line="240" w:lineRule="auto"/>
            </w:pPr>
            <w:r>
              <w:rPr>
                <w:rFonts w:ascii="Arial" w:hAnsi="Arial" w:eastAsia="Arial"/>
              </w:rPr>
            </w:r>
            <w:r>
              <w:rPr>
                <w:rFonts w:ascii="Arial" w:hAnsi="Arial" w:eastAsia="Arial"/>
                <w:b w:val="0"/>
                <w:i w:val="0"/>
                <w:sz w:val="15"/>
              </w:rPr>
              <w:t>Cam kết đứng về phía khách</w:t>
            </w:r>
          </w:p>
        </w:tc>
        <w:tc>
          <w:tcPr>
            <w:tcW w:type="dxa" w:w="6406"/>
            <w:tcMar>
              <w:top w:w="65" w:type="dxa"/>
              <w:start w:w="60" w:type="dxa"/>
              <w:bottom w:w="65" w:type="dxa"/>
              <w:end w:w="60" w:type="dxa"/>
            </w:tcMar>
            <w:vAlign w:val="top"/>
            <w:shd w:fill="FAF9F6"/>
          </w:tcPr>
          <w:p>
            <w:pPr>
              <w:spacing w:after="0" w:line="240" w:lineRule="auto"/>
            </w:pPr>
            <w:r>
              <w:rPr>
                <w:rFonts w:ascii="Arial" w:hAnsi="Arial" w:eastAsia="Arial"/>
              </w:rPr>
            </w:r>
            <w:r>
              <w:rPr>
                <w:rFonts w:ascii="Arial" w:hAnsi="Arial" w:eastAsia="Arial"/>
                <w:b w:val="0"/>
                <w:i w:val="0"/>
                <w:sz w:val="15"/>
              </w:rPr>
              <w:t>Khuyến nghị dựa trên lợi ích dài hạn của chủ nhà, không chỉ lợi ích bán hàng ngắn hạn.</w:t>
            </w:r>
          </w:p>
        </w:tc>
      </w:tr>
    </w:tbl>
    <w:p>
      <w:pPr>
        <w:spacing w:before="0" w:after="80" w:line="254" w:lineRule="auto"/>
      </w:pPr>
      <w:r>
        <w:rPr>
          <w:rFonts w:ascii="Arial" w:hAnsi="Arial" w:eastAsia="Arial"/>
          <w:b w:val="0"/>
          <w:i/>
          <w:sz w:val="17"/>
        </w:rPr>
        <w:t>Giới hạn trách nhiệm cần nêu trong báo giá/hợp đồng:</w:t>
      </w:r>
    </w:p>
    <w:tbl>
      <w:tblPr>
        <w:tblStyle w:val="TableGrid"/>
        <w:tblW w:type="auto" w:w="0"/>
        <w:jc w:val="center"/>
        <w:tblLook w:firstColumn="1" w:firstRow="1" w:lastColumn="0" w:lastRow="0" w:noHBand="0" w:noVBand="1" w:val="04A0"/>
        <w:tblBorders>
          <w:top w:val="single" w:sz="5" w:space="0" w:color="E7D2A5"/>
          <w:left w:val="single" w:sz="5" w:space="0" w:color="E7D2A5"/>
          <w:bottom w:val="single" w:sz="5" w:space="0" w:color="E7D2A5"/>
          <w:right w:val="single" w:sz="5" w:space="0" w:color="E7D2A5"/>
          <w:insideH w:val="single" w:sz="5" w:space="0" w:color="E7D2A5"/>
          <w:insideV w:val="single" w:sz="5" w:space="0" w:color="E7D2A5"/>
        </w:tblBorders>
      </w:tblPr>
      <w:tblGrid>
        <w:gridCol w:w="5241"/>
        <w:gridCol w:w="5241"/>
      </w:tblGrid>
      <w:tr>
        <w:trPr>
          <w:tblHeader w:val="true"/>
        </w:trPr>
        <w:tc>
          <w:tcPr>
            <w:tcW w:type="dxa" w:w="2381"/>
            <w:shd w:fill="7A2E22"/>
            <w:tcMar>
              <w:top w:w="75" w:type="dxa"/>
              <w:start w:w="65" w:type="dxa"/>
              <w:bottom w:w="75" w:type="dxa"/>
              <w:end w:w="65" w:type="dxa"/>
            </w:tcMar>
          </w:tcPr>
          <w:p>
            <w:pPr>
              <w:spacing w:after="0" w:line="240" w:lineRule="auto"/>
              <w:jc w:val="center"/>
            </w:pPr>
            <w:r>
              <w:rPr>
                <w:rFonts w:ascii="Arial" w:hAnsi="Arial" w:eastAsia="Arial"/>
              </w:rPr>
            </w:r>
            <w:r>
              <w:rPr>
                <w:rFonts w:ascii="Arial" w:hAnsi="Arial" w:eastAsia="Arial"/>
                <w:b/>
                <w:i w:val="0"/>
                <w:color w:val="FFFFFF"/>
                <w:sz w:val="15"/>
              </w:rPr>
              <w:t>Giới hạn</w:t>
            </w:r>
          </w:p>
        </w:tc>
        <w:tc>
          <w:tcPr>
            <w:tcW w:type="dxa" w:w="6406"/>
            <w:shd w:fill="7A2E22"/>
            <w:tcMar>
              <w:top w:w="75" w:type="dxa"/>
              <w:start w:w="65" w:type="dxa"/>
              <w:bottom w:w="75" w:type="dxa"/>
              <w:end w:w="65" w:type="dxa"/>
            </w:tcMar>
          </w:tcPr>
          <w:p>
            <w:pPr>
              <w:spacing w:after="0" w:line="240" w:lineRule="auto"/>
              <w:jc w:val="center"/>
            </w:pPr>
            <w:r>
              <w:rPr>
                <w:rFonts w:ascii="Arial" w:hAnsi="Arial" w:eastAsia="Arial"/>
              </w:rPr>
            </w:r>
            <w:r>
              <w:rPr>
                <w:rFonts w:ascii="Arial" w:hAnsi="Arial" w:eastAsia="Arial"/>
                <w:b/>
                <w:i w:val="0"/>
                <w:color w:val="FFFFFF"/>
                <w:sz w:val="15"/>
              </w:rPr>
              <w:t>Nội dung</w:t>
            </w:r>
          </w:p>
        </w:tc>
      </w:tr>
      <w:tr>
        <w:tc>
          <w:tcPr>
            <w:tcW w:type="dxa" w:w="2381"/>
            <w:tcMar>
              <w:top w:w="65" w:type="dxa"/>
              <w:start w:w="60" w:type="dxa"/>
              <w:bottom w:w="65" w:type="dxa"/>
              <w:end w:w="60" w:type="dxa"/>
            </w:tcMar>
            <w:vAlign w:val="top"/>
          </w:tcPr>
          <w:p>
            <w:pPr>
              <w:spacing w:after="0" w:line="240" w:lineRule="auto"/>
            </w:pPr>
            <w:r>
              <w:rPr>
                <w:rFonts w:ascii="Arial" w:hAnsi="Arial" w:eastAsia="Arial"/>
              </w:rPr>
            </w:r>
            <w:r>
              <w:rPr>
                <w:rFonts w:ascii="Arial" w:hAnsi="Arial" w:eastAsia="Arial"/>
                <w:b w:val="0"/>
                <w:i w:val="0"/>
                <w:sz w:val="15"/>
              </w:rPr>
              <w:t>Không thay thế cơ quan thẩm quyền</w:t>
            </w:r>
          </w:p>
        </w:tc>
        <w:tc>
          <w:tcPr>
            <w:tcW w:type="dxa" w:w="6406"/>
            <w:tcMar>
              <w:top w:w="65" w:type="dxa"/>
              <w:start w:w="60" w:type="dxa"/>
              <w:bottom w:w="65" w:type="dxa"/>
              <w:end w:w="60" w:type="dxa"/>
            </w:tcMar>
            <w:vAlign w:val="top"/>
          </w:tcPr>
          <w:p>
            <w:pPr>
              <w:spacing w:after="0" w:line="240" w:lineRule="auto"/>
            </w:pPr>
            <w:r>
              <w:rPr>
                <w:rFonts w:ascii="Arial" w:hAnsi="Arial" w:eastAsia="Arial"/>
              </w:rPr>
            </w:r>
            <w:r>
              <w:rPr>
                <w:rFonts w:ascii="Arial" w:hAnsi="Arial" w:eastAsia="Arial"/>
                <w:b w:val="0"/>
                <w:i w:val="0"/>
                <w:sz w:val="15"/>
              </w:rPr>
              <w:t>ARCOVA không cấp phép, không thẩm duyệt và không thay quyết định của cơ quan quản lý.</w:t>
            </w:r>
          </w:p>
        </w:tc>
      </w:tr>
      <w:tr>
        <w:tc>
          <w:tcPr>
            <w:tcW w:type="dxa" w:w="2381"/>
            <w:tcMar>
              <w:top w:w="65" w:type="dxa"/>
              <w:start w:w="60" w:type="dxa"/>
              <w:bottom w:w="65" w:type="dxa"/>
              <w:end w:w="60" w:type="dxa"/>
            </w:tcMar>
            <w:vAlign w:val="top"/>
            <w:shd w:fill="FAF9F6"/>
          </w:tcPr>
          <w:p>
            <w:pPr>
              <w:spacing w:after="0" w:line="240" w:lineRule="auto"/>
            </w:pPr>
            <w:r>
              <w:rPr>
                <w:rFonts w:ascii="Arial" w:hAnsi="Arial" w:eastAsia="Arial"/>
              </w:rPr>
            </w:r>
            <w:r>
              <w:rPr>
                <w:rFonts w:ascii="Arial" w:hAnsi="Arial" w:eastAsia="Arial"/>
                <w:b w:val="0"/>
                <w:i w:val="0"/>
                <w:sz w:val="15"/>
              </w:rPr>
              <w:t>Không thay kỹ sư chuyên ngành</w:t>
            </w:r>
          </w:p>
        </w:tc>
        <w:tc>
          <w:tcPr>
            <w:tcW w:type="dxa" w:w="6406"/>
            <w:tcMar>
              <w:top w:w="65" w:type="dxa"/>
              <w:start w:w="60" w:type="dxa"/>
              <w:bottom w:w="65" w:type="dxa"/>
              <w:end w:w="60" w:type="dxa"/>
            </w:tcMar>
            <w:vAlign w:val="top"/>
            <w:shd w:fill="FAF9F6"/>
          </w:tcPr>
          <w:p>
            <w:pPr>
              <w:spacing w:after="0" w:line="240" w:lineRule="auto"/>
            </w:pPr>
            <w:r>
              <w:rPr>
                <w:rFonts w:ascii="Arial" w:hAnsi="Arial" w:eastAsia="Arial"/>
              </w:rPr>
            </w:r>
            <w:r>
              <w:rPr>
                <w:rFonts w:ascii="Arial" w:hAnsi="Arial" w:eastAsia="Arial"/>
                <w:b w:val="0"/>
                <w:i w:val="0"/>
                <w:sz w:val="15"/>
              </w:rPr>
              <w:t>Các kết luận kết cấu, PCCC, MEP phức tạp phải do chuyên gia/đơn vị đủ năng lực xác nhận.</w:t>
            </w:r>
          </w:p>
        </w:tc>
      </w:tr>
      <w:tr>
        <w:tc>
          <w:tcPr>
            <w:tcW w:type="dxa" w:w="2381"/>
            <w:tcMar>
              <w:top w:w="65" w:type="dxa"/>
              <w:start w:w="60" w:type="dxa"/>
              <w:bottom w:w="65" w:type="dxa"/>
              <w:end w:w="60" w:type="dxa"/>
            </w:tcMar>
            <w:vAlign w:val="top"/>
          </w:tcPr>
          <w:p>
            <w:pPr>
              <w:spacing w:after="0" w:line="240" w:lineRule="auto"/>
            </w:pPr>
            <w:r>
              <w:rPr>
                <w:rFonts w:ascii="Arial" w:hAnsi="Arial" w:eastAsia="Arial"/>
              </w:rPr>
            </w:r>
            <w:r>
              <w:rPr>
                <w:rFonts w:ascii="Arial" w:hAnsi="Arial" w:eastAsia="Arial"/>
                <w:b w:val="0"/>
                <w:i w:val="0"/>
                <w:sz w:val="15"/>
              </w:rPr>
              <w:t>Không bảo đảm giá cố định nếu dữ liệu thay đổi</w:t>
            </w:r>
          </w:p>
        </w:tc>
        <w:tc>
          <w:tcPr>
            <w:tcW w:type="dxa" w:w="6406"/>
            <w:tcMar>
              <w:top w:w="65" w:type="dxa"/>
              <w:start w:w="60" w:type="dxa"/>
              <w:bottom w:w="65" w:type="dxa"/>
              <w:end w:w="60" w:type="dxa"/>
            </w:tcMar>
            <w:vAlign w:val="top"/>
          </w:tcPr>
          <w:p>
            <w:pPr>
              <w:spacing w:after="0" w:line="240" w:lineRule="auto"/>
            </w:pPr>
            <w:r>
              <w:rPr>
                <w:rFonts w:ascii="Arial" w:hAnsi="Arial" w:eastAsia="Arial"/>
              </w:rPr>
            </w:r>
            <w:r>
              <w:rPr>
                <w:rFonts w:ascii="Arial" w:hAnsi="Arial" w:eastAsia="Arial"/>
                <w:b w:val="0"/>
                <w:i w:val="0"/>
                <w:sz w:val="15"/>
              </w:rPr>
              <w:t>Khi vật liệu, phạm vi, hiện trạng hoặc yêu cầu thay đổi, chi phí có thể thay đổi.</w:t>
            </w:r>
          </w:p>
        </w:tc>
      </w:tr>
      <w:tr>
        <w:tc>
          <w:tcPr>
            <w:tcW w:type="dxa" w:w="2381"/>
            <w:tcMar>
              <w:top w:w="65" w:type="dxa"/>
              <w:start w:w="60" w:type="dxa"/>
              <w:bottom w:w="65" w:type="dxa"/>
              <w:end w:w="60" w:type="dxa"/>
            </w:tcMar>
            <w:vAlign w:val="top"/>
            <w:shd w:fill="FAF9F6"/>
          </w:tcPr>
          <w:p>
            <w:pPr>
              <w:spacing w:after="0" w:line="240" w:lineRule="auto"/>
            </w:pPr>
            <w:r>
              <w:rPr>
                <w:rFonts w:ascii="Arial" w:hAnsi="Arial" w:eastAsia="Arial"/>
              </w:rPr>
            </w:r>
            <w:r>
              <w:rPr>
                <w:rFonts w:ascii="Arial" w:hAnsi="Arial" w:eastAsia="Arial"/>
                <w:b w:val="0"/>
                <w:i w:val="0"/>
                <w:sz w:val="15"/>
              </w:rPr>
              <w:t>Không chịu trách nhiệm cho phần khách tự triển khai ngoài phạm vi</w:t>
            </w:r>
          </w:p>
        </w:tc>
        <w:tc>
          <w:tcPr>
            <w:tcW w:type="dxa" w:w="6406"/>
            <w:tcMar>
              <w:top w:w="65" w:type="dxa"/>
              <w:start w:w="60" w:type="dxa"/>
              <w:bottom w:w="65" w:type="dxa"/>
              <w:end w:w="60" w:type="dxa"/>
            </w:tcMar>
            <w:vAlign w:val="top"/>
            <w:shd w:fill="FAF9F6"/>
          </w:tcPr>
          <w:p>
            <w:pPr>
              <w:spacing w:after="0" w:line="240" w:lineRule="auto"/>
            </w:pPr>
            <w:r>
              <w:rPr>
                <w:rFonts w:ascii="Arial" w:hAnsi="Arial" w:eastAsia="Arial"/>
              </w:rPr>
            </w:r>
            <w:r>
              <w:rPr>
                <w:rFonts w:ascii="Arial" w:hAnsi="Arial" w:eastAsia="Arial"/>
                <w:b w:val="0"/>
                <w:i w:val="0"/>
                <w:sz w:val="15"/>
              </w:rPr>
              <w:t>Nếu khách tự chọn nhà thầu/vật liệu mà không qua gói kiểm soát, ARCOVA chỉ chịu trách nhiệm trong phần đã tư vấn.</w:t>
            </w:r>
          </w:p>
        </w:tc>
      </w:tr>
    </w:tbl>
    <w:p>
      <w:pPr>
        <w:pStyle w:val="Heading1"/>
        <w:spacing w:before="200" w:after="100"/>
        <w:pBdr>
          <w:bottom w:val="single" w:sz="12" w:space="4" w:color="C8A96A"/>
        </w:pBdr>
      </w:pPr>
      <w:r>
        <w:rPr>
          <w:rFonts w:ascii="Arial" w:hAnsi="Arial" w:eastAsia="Arial"/>
          <w:b/>
          <w:i w:val="0"/>
          <w:color w:val="2F3338"/>
          <w:sz w:val="31"/>
        </w:rPr>
        <w:t>43. CHECKLIST KHÁCH HÀNG CẦN CHUẨN BỊ TRƯỚC BUỔI TƯ VẤN</w:t>
      </w:r>
    </w:p>
    <w:p>
      <w:pPr>
        <w:spacing w:before="0" w:after="80" w:line="254" w:lineRule="auto"/>
      </w:pPr>
      <w:r>
        <w:rPr>
          <w:rFonts w:ascii="Arial" w:hAnsi="Arial" w:eastAsia="Arial"/>
          <w:b w:val="0"/>
          <w:i w:val="0"/>
          <w:sz w:val="18"/>
        </w:rPr>
        <w:t>Phần này làm cho khách dễ hành động. Khi đọc xong hồ sơ, khách biết ngay mình cần gửi gì để ARCOVA tư vấn, nhờ đó tăng khả năng liên hệ.</w:t>
      </w:r>
    </w:p>
    <w:tbl>
      <w:tblPr>
        <w:tblStyle w:val="TableGrid"/>
        <w:tblW w:type="auto" w:w="0"/>
        <w:jc w:val="center"/>
        <w:tblLook w:firstColumn="1" w:firstRow="1" w:lastColumn="0" w:lastRow="0" w:noHBand="0" w:noVBand="1" w:val="04A0"/>
        <w:tblBorders>
          <w:top w:val="single" w:sz="5" w:space="0" w:color="E7D2A5"/>
          <w:left w:val="single" w:sz="5" w:space="0" w:color="E7D2A5"/>
          <w:bottom w:val="single" w:sz="5" w:space="0" w:color="E7D2A5"/>
          <w:right w:val="single" w:sz="5" w:space="0" w:color="E7D2A5"/>
          <w:insideH w:val="single" w:sz="5" w:space="0" w:color="E7D2A5"/>
          <w:insideV w:val="single" w:sz="5" w:space="0" w:color="E7D2A5"/>
        </w:tblBorders>
      </w:tblPr>
      <w:tblGrid>
        <w:gridCol w:w="5241"/>
        <w:gridCol w:w="5241"/>
      </w:tblGrid>
      <w:tr>
        <w:trPr>
          <w:tblHeader w:val="true"/>
        </w:trPr>
        <w:tc>
          <w:tcPr>
            <w:tcW w:type="dxa" w:w="2041"/>
            <w:shd w:fill="C8A96A"/>
            <w:tcMar>
              <w:top w:w="75" w:type="dxa"/>
              <w:start w:w="65" w:type="dxa"/>
              <w:bottom w:w="75" w:type="dxa"/>
              <w:end w:w="65" w:type="dxa"/>
            </w:tcMar>
          </w:tcPr>
          <w:p>
            <w:pPr>
              <w:spacing w:after="0" w:line="240" w:lineRule="auto"/>
              <w:jc w:val="center"/>
            </w:pPr>
            <w:r>
              <w:rPr>
                <w:rFonts w:ascii="Arial" w:hAnsi="Arial" w:eastAsia="Arial"/>
              </w:rPr>
            </w:r>
            <w:r>
              <w:rPr>
                <w:rFonts w:ascii="Arial" w:hAnsi="Arial" w:eastAsia="Arial"/>
                <w:b/>
                <w:i w:val="0"/>
                <w:color w:val="FFFFFF"/>
                <w:sz w:val="15"/>
              </w:rPr>
              <w:t>Nhóm thông tin</w:t>
            </w:r>
          </w:p>
        </w:tc>
        <w:tc>
          <w:tcPr>
            <w:tcW w:type="dxa" w:w="6746"/>
            <w:shd w:fill="C8A96A"/>
            <w:tcMar>
              <w:top w:w="75" w:type="dxa"/>
              <w:start w:w="65" w:type="dxa"/>
              <w:bottom w:w="75" w:type="dxa"/>
              <w:end w:w="65" w:type="dxa"/>
            </w:tcMar>
          </w:tcPr>
          <w:p>
            <w:pPr>
              <w:spacing w:after="0" w:line="240" w:lineRule="auto"/>
              <w:jc w:val="center"/>
            </w:pPr>
            <w:r>
              <w:rPr>
                <w:rFonts w:ascii="Arial" w:hAnsi="Arial" w:eastAsia="Arial"/>
              </w:rPr>
            </w:r>
            <w:r>
              <w:rPr>
                <w:rFonts w:ascii="Arial" w:hAnsi="Arial" w:eastAsia="Arial"/>
                <w:b/>
                <w:i w:val="0"/>
                <w:color w:val="FFFFFF"/>
                <w:sz w:val="15"/>
              </w:rPr>
              <w:t>Khách cần chuẩn bị</w:t>
            </w:r>
          </w:p>
        </w:tc>
      </w:tr>
      <w:tr>
        <w:tc>
          <w:tcPr>
            <w:tcW w:type="dxa" w:w="2041"/>
            <w:tcMar>
              <w:top w:w="65" w:type="dxa"/>
              <w:start w:w="60" w:type="dxa"/>
              <w:bottom w:w="65" w:type="dxa"/>
              <w:end w:w="60" w:type="dxa"/>
            </w:tcMar>
            <w:vAlign w:val="top"/>
          </w:tcPr>
          <w:p>
            <w:pPr>
              <w:spacing w:after="0" w:line="240" w:lineRule="auto"/>
            </w:pPr>
            <w:r>
              <w:rPr>
                <w:rFonts w:ascii="Arial" w:hAnsi="Arial" w:eastAsia="Arial"/>
              </w:rPr>
            </w:r>
            <w:r>
              <w:rPr>
                <w:rFonts w:ascii="Arial" w:hAnsi="Arial" w:eastAsia="Arial"/>
                <w:b w:val="0"/>
                <w:i w:val="0"/>
                <w:sz w:val="15"/>
              </w:rPr>
              <w:t>Thông tin cơ bản</w:t>
            </w:r>
          </w:p>
        </w:tc>
        <w:tc>
          <w:tcPr>
            <w:tcW w:type="dxa" w:w="6746"/>
            <w:tcMar>
              <w:top w:w="65" w:type="dxa"/>
              <w:start w:w="60" w:type="dxa"/>
              <w:bottom w:w="65" w:type="dxa"/>
              <w:end w:w="60" w:type="dxa"/>
            </w:tcMar>
            <w:vAlign w:val="top"/>
          </w:tcPr>
          <w:p>
            <w:pPr>
              <w:spacing w:after="0" w:line="240" w:lineRule="auto"/>
            </w:pPr>
            <w:r>
              <w:rPr>
                <w:rFonts w:ascii="Arial" w:hAnsi="Arial" w:eastAsia="Arial"/>
              </w:rPr>
            </w:r>
            <w:r>
              <w:rPr>
                <w:rFonts w:ascii="Arial" w:hAnsi="Arial" w:eastAsia="Arial"/>
                <w:b w:val="0"/>
                <w:i w:val="0"/>
                <w:sz w:val="15"/>
              </w:rPr>
              <w:t>Loại công trình, địa chỉ/khu vực, diện tích, số tầng/phòng, hiện trạng đang ở hay mới bàn giao.</w:t>
            </w:r>
          </w:p>
        </w:tc>
      </w:tr>
      <w:tr>
        <w:tc>
          <w:tcPr>
            <w:tcW w:type="dxa" w:w="2041"/>
            <w:tcMar>
              <w:top w:w="65" w:type="dxa"/>
              <w:start w:w="60" w:type="dxa"/>
              <w:bottom w:w="65" w:type="dxa"/>
              <w:end w:w="60" w:type="dxa"/>
            </w:tcMar>
            <w:vAlign w:val="top"/>
            <w:shd w:fill="FAF9F6"/>
          </w:tcPr>
          <w:p>
            <w:pPr>
              <w:spacing w:after="0" w:line="240" w:lineRule="auto"/>
            </w:pPr>
            <w:r>
              <w:rPr>
                <w:rFonts w:ascii="Arial" w:hAnsi="Arial" w:eastAsia="Arial"/>
              </w:rPr>
            </w:r>
            <w:r>
              <w:rPr>
                <w:rFonts w:ascii="Arial" w:hAnsi="Arial" w:eastAsia="Arial"/>
                <w:b w:val="0"/>
                <w:i w:val="0"/>
                <w:sz w:val="15"/>
              </w:rPr>
              <w:t>Tài liệu hiện có</w:t>
            </w:r>
          </w:p>
        </w:tc>
        <w:tc>
          <w:tcPr>
            <w:tcW w:type="dxa" w:w="6746"/>
            <w:tcMar>
              <w:top w:w="65" w:type="dxa"/>
              <w:start w:w="60" w:type="dxa"/>
              <w:bottom w:w="65" w:type="dxa"/>
              <w:end w:w="60" w:type="dxa"/>
            </w:tcMar>
            <w:vAlign w:val="top"/>
            <w:shd w:fill="FAF9F6"/>
          </w:tcPr>
          <w:p>
            <w:pPr>
              <w:spacing w:after="0" w:line="240" w:lineRule="auto"/>
            </w:pPr>
            <w:r>
              <w:rPr>
                <w:rFonts w:ascii="Arial" w:hAnsi="Arial" w:eastAsia="Arial"/>
              </w:rPr>
            </w:r>
            <w:r>
              <w:rPr>
                <w:rFonts w:ascii="Arial" w:hAnsi="Arial" w:eastAsia="Arial"/>
                <w:b w:val="0"/>
                <w:i w:val="0"/>
                <w:sz w:val="15"/>
              </w:rPr>
              <w:t>Mặt bằng, bản vẽ bàn giao, ảnh/video hiện trạng, báo giá đã nhận, hợp đồng/dự thảo nếu có.</w:t>
            </w:r>
          </w:p>
        </w:tc>
      </w:tr>
      <w:tr>
        <w:tc>
          <w:tcPr>
            <w:tcW w:type="dxa" w:w="2041"/>
            <w:tcMar>
              <w:top w:w="65" w:type="dxa"/>
              <w:start w:w="60" w:type="dxa"/>
              <w:bottom w:w="65" w:type="dxa"/>
              <w:end w:w="60" w:type="dxa"/>
            </w:tcMar>
            <w:vAlign w:val="top"/>
          </w:tcPr>
          <w:p>
            <w:pPr>
              <w:spacing w:after="0" w:line="240" w:lineRule="auto"/>
            </w:pPr>
            <w:r>
              <w:rPr>
                <w:rFonts w:ascii="Arial" w:hAnsi="Arial" w:eastAsia="Arial"/>
              </w:rPr>
            </w:r>
            <w:r>
              <w:rPr>
                <w:rFonts w:ascii="Arial" w:hAnsi="Arial" w:eastAsia="Arial"/>
                <w:b w:val="0"/>
                <w:i w:val="0"/>
                <w:sz w:val="15"/>
              </w:rPr>
              <w:t>Nhu cầu gia đình</w:t>
            </w:r>
          </w:p>
        </w:tc>
        <w:tc>
          <w:tcPr>
            <w:tcW w:type="dxa" w:w="6746"/>
            <w:tcMar>
              <w:top w:w="65" w:type="dxa"/>
              <w:start w:w="60" w:type="dxa"/>
              <w:bottom w:w="65" w:type="dxa"/>
              <w:end w:w="60" w:type="dxa"/>
            </w:tcMar>
            <w:vAlign w:val="top"/>
          </w:tcPr>
          <w:p>
            <w:pPr>
              <w:spacing w:after="0" w:line="240" w:lineRule="auto"/>
            </w:pPr>
            <w:r>
              <w:rPr>
                <w:rFonts w:ascii="Arial" w:hAnsi="Arial" w:eastAsia="Arial"/>
              </w:rPr>
            </w:r>
            <w:r>
              <w:rPr>
                <w:rFonts w:ascii="Arial" w:hAnsi="Arial" w:eastAsia="Arial"/>
                <w:b w:val="0"/>
                <w:i w:val="0"/>
                <w:sz w:val="15"/>
              </w:rPr>
              <w:t>Số người dùng, tuổi, thói quen nấu ăn, tiếp khách, làm việc ở nhà, trẻ nhỏ/người già/thú cưng.</w:t>
            </w:r>
          </w:p>
        </w:tc>
      </w:tr>
      <w:tr>
        <w:tc>
          <w:tcPr>
            <w:tcW w:type="dxa" w:w="2041"/>
            <w:tcMar>
              <w:top w:w="65" w:type="dxa"/>
              <w:start w:w="60" w:type="dxa"/>
              <w:bottom w:w="65" w:type="dxa"/>
              <w:end w:w="60" w:type="dxa"/>
            </w:tcMar>
            <w:vAlign w:val="top"/>
            <w:shd w:fill="FAF9F6"/>
          </w:tcPr>
          <w:p>
            <w:pPr>
              <w:spacing w:after="0" w:line="240" w:lineRule="auto"/>
            </w:pPr>
            <w:r>
              <w:rPr>
                <w:rFonts w:ascii="Arial" w:hAnsi="Arial" w:eastAsia="Arial"/>
              </w:rPr>
            </w:r>
            <w:r>
              <w:rPr>
                <w:rFonts w:ascii="Arial" w:hAnsi="Arial" w:eastAsia="Arial"/>
                <w:b w:val="0"/>
                <w:i w:val="0"/>
                <w:sz w:val="15"/>
              </w:rPr>
              <w:t>Gu thẩm mỹ</w:t>
            </w:r>
          </w:p>
        </w:tc>
        <w:tc>
          <w:tcPr>
            <w:tcW w:type="dxa" w:w="6746"/>
            <w:tcMar>
              <w:top w:w="65" w:type="dxa"/>
              <w:start w:w="60" w:type="dxa"/>
              <w:bottom w:w="65" w:type="dxa"/>
              <w:end w:w="60" w:type="dxa"/>
            </w:tcMar>
            <w:vAlign w:val="top"/>
            <w:shd w:fill="FAF9F6"/>
          </w:tcPr>
          <w:p>
            <w:pPr>
              <w:spacing w:after="0" w:line="240" w:lineRule="auto"/>
            </w:pPr>
            <w:r>
              <w:rPr>
                <w:rFonts w:ascii="Arial" w:hAnsi="Arial" w:eastAsia="Arial"/>
              </w:rPr>
            </w:r>
            <w:r>
              <w:rPr>
                <w:rFonts w:ascii="Arial" w:hAnsi="Arial" w:eastAsia="Arial"/>
                <w:b w:val="0"/>
                <w:i w:val="0"/>
                <w:sz w:val="15"/>
              </w:rPr>
              <w:t>Ảnh thích, ảnh không thích, màu/vật liệu thích, phong cách mong muốn, mức độ sang trọng.</w:t>
            </w:r>
          </w:p>
        </w:tc>
      </w:tr>
      <w:tr>
        <w:tc>
          <w:tcPr>
            <w:tcW w:type="dxa" w:w="2041"/>
            <w:tcMar>
              <w:top w:w="65" w:type="dxa"/>
              <w:start w:w="60" w:type="dxa"/>
              <w:bottom w:w="65" w:type="dxa"/>
              <w:end w:w="60" w:type="dxa"/>
            </w:tcMar>
            <w:vAlign w:val="top"/>
          </w:tcPr>
          <w:p>
            <w:pPr>
              <w:spacing w:after="0" w:line="240" w:lineRule="auto"/>
            </w:pPr>
            <w:r>
              <w:rPr>
                <w:rFonts w:ascii="Arial" w:hAnsi="Arial" w:eastAsia="Arial"/>
              </w:rPr>
            </w:r>
            <w:r>
              <w:rPr>
                <w:rFonts w:ascii="Arial" w:hAnsi="Arial" w:eastAsia="Arial"/>
                <w:b w:val="0"/>
                <w:i w:val="0"/>
                <w:sz w:val="15"/>
              </w:rPr>
              <w:t>Ngân sách</w:t>
            </w:r>
          </w:p>
        </w:tc>
        <w:tc>
          <w:tcPr>
            <w:tcW w:type="dxa" w:w="6746"/>
            <w:tcMar>
              <w:top w:w="65" w:type="dxa"/>
              <w:start w:w="60" w:type="dxa"/>
              <w:bottom w:w="65" w:type="dxa"/>
              <w:end w:w="60" w:type="dxa"/>
            </w:tcMar>
            <w:vAlign w:val="top"/>
          </w:tcPr>
          <w:p>
            <w:pPr>
              <w:spacing w:after="0" w:line="240" w:lineRule="auto"/>
            </w:pPr>
            <w:r>
              <w:rPr>
                <w:rFonts w:ascii="Arial" w:hAnsi="Arial" w:eastAsia="Arial"/>
              </w:rPr>
            </w:r>
            <w:r>
              <w:rPr>
                <w:rFonts w:ascii="Arial" w:hAnsi="Arial" w:eastAsia="Arial"/>
                <w:b w:val="0"/>
                <w:i w:val="0"/>
                <w:sz w:val="15"/>
              </w:rPr>
              <w:t>Khoảng ngân sách dự kiến, phần nào ưu tiên đầu tư, phần nào có thể tiết chế.</w:t>
            </w:r>
          </w:p>
        </w:tc>
      </w:tr>
      <w:tr>
        <w:tc>
          <w:tcPr>
            <w:tcW w:type="dxa" w:w="2041"/>
            <w:tcMar>
              <w:top w:w="65" w:type="dxa"/>
              <w:start w:w="60" w:type="dxa"/>
              <w:bottom w:w="65" w:type="dxa"/>
              <w:end w:w="60" w:type="dxa"/>
            </w:tcMar>
            <w:vAlign w:val="top"/>
            <w:shd w:fill="FAF9F6"/>
          </w:tcPr>
          <w:p>
            <w:pPr>
              <w:spacing w:after="0" w:line="240" w:lineRule="auto"/>
            </w:pPr>
            <w:r>
              <w:rPr>
                <w:rFonts w:ascii="Arial" w:hAnsi="Arial" w:eastAsia="Arial"/>
              </w:rPr>
            </w:r>
            <w:r>
              <w:rPr>
                <w:rFonts w:ascii="Arial" w:hAnsi="Arial" w:eastAsia="Arial"/>
                <w:b w:val="0"/>
                <w:i w:val="0"/>
                <w:sz w:val="15"/>
              </w:rPr>
              <w:t>Thời gian</w:t>
            </w:r>
          </w:p>
        </w:tc>
        <w:tc>
          <w:tcPr>
            <w:tcW w:type="dxa" w:w="6746"/>
            <w:tcMar>
              <w:top w:w="65" w:type="dxa"/>
              <w:start w:w="60" w:type="dxa"/>
              <w:bottom w:w="65" w:type="dxa"/>
              <w:end w:w="60" w:type="dxa"/>
            </w:tcMar>
            <w:vAlign w:val="top"/>
            <w:shd w:fill="FAF9F6"/>
          </w:tcPr>
          <w:p>
            <w:pPr>
              <w:spacing w:after="0" w:line="240" w:lineRule="auto"/>
            </w:pPr>
            <w:r>
              <w:rPr>
                <w:rFonts w:ascii="Arial" w:hAnsi="Arial" w:eastAsia="Arial"/>
              </w:rPr>
            </w:r>
            <w:r>
              <w:rPr>
                <w:rFonts w:ascii="Arial" w:hAnsi="Arial" w:eastAsia="Arial"/>
                <w:b w:val="0"/>
                <w:i w:val="0"/>
                <w:sz w:val="15"/>
              </w:rPr>
              <w:t>Khi nào muốn bắt đầu, khi nào cần hoàn thành, có phải vừa ở vừa thi công không.</w:t>
            </w:r>
          </w:p>
        </w:tc>
      </w:tr>
      <w:tr>
        <w:tc>
          <w:tcPr>
            <w:tcW w:type="dxa" w:w="2041"/>
            <w:tcMar>
              <w:top w:w="65" w:type="dxa"/>
              <w:start w:w="60" w:type="dxa"/>
              <w:bottom w:w="65" w:type="dxa"/>
              <w:end w:w="60" w:type="dxa"/>
            </w:tcMar>
            <w:vAlign w:val="top"/>
          </w:tcPr>
          <w:p>
            <w:pPr>
              <w:spacing w:after="0" w:line="240" w:lineRule="auto"/>
            </w:pPr>
            <w:r>
              <w:rPr>
                <w:rFonts w:ascii="Arial" w:hAnsi="Arial" w:eastAsia="Arial"/>
              </w:rPr>
            </w:r>
            <w:r>
              <w:rPr>
                <w:rFonts w:ascii="Arial" w:hAnsi="Arial" w:eastAsia="Arial"/>
                <w:b w:val="0"/>
                <w:i w:val="0"/>
                <w:sz w:val="15"/>
              </w:rPr>
              <w:t>Nỗi lo lớn nhất</w:t>
            </w:r>
          </w:p>
        </w:tc>
        <w:tc>
          <w:tcPr>
            <w:tcW w:type="dxa" w:w="6746"/>
            <w:tcMar>
              <w:top w:w="65" w:type="dxa"/>
              <w:start w:w="60" w:type="dxa"/>
              <w:bottom w:w="65" w:type="dxa"/>
              <w:end w:w="60" w:type="dxa"/>
            </w:tcMar>
            <w:vAlign w:val="top"/>
          </w:tcPr>
          <w:p>
            <w:pPr>
              <w:spacing w:after="0" w:line="240" w:lineRule="auto"/>
            </w:pPr>
            <w:r>
              <w:rPr>
                <w:rFonts w:ascii="Arial" w:hAnsi="Arial" w:eastAsia="Arial"/>
              </w:rPr>
            </w:r>
            <w:r>
              <w:rPr>
                <w:rFonts w:ascii="Arial" w:hAnsi="Arial" w:eastAsia="Arial"/>
                <w:b w:val="0"/>
                <w:i w:val="0"/>
                <w:sz w:val="15"/>
              </w:rPr>
              <w:t>Sợ phát sinh, sợ xấu, sợ nhà thầu, sợ chậm, sợ sai phong thủy, sợ kỹ thuật, sợ vượt tiền.</w:t>
            </w:r>
          </w:p>
        </w:tc>
      </w:tr>
      <w:tr>
        <w:tc>
          <w:tcPr>
            <w:tcW w:type="dxa" w:w="2041"/>
            <w:tcMar>
              <w:top w:w="65" w:type="dxa"/>
              <w:start w:w="60" w:type="dxa"/>
              <w:bottom w:w="65" w:type="dxa"/>
              <w:end w:w="60" w:type="dxa"/>
            </w:tcMar>
            <w:vAlign w:val="top"/>
            <w:shd w:fill="FAF9F6"/>
          </w:tcPr>
          <w:p>
            <w:pPr>
              <w:spacing w:after="0" w:line="240" w:lineRule="auto"/>
            </w:pPr>
            <w:r>
              <w:rPr>
                <w:rFonts w:ascii="Arial" w:hAnsi="Arial" w:eastAsia="Arial"/>
              </w:rPr>
            </w:r>
            <w:r>
              <w:rPr>
                <w:rFonts w:ascii="Arial" w:hAnsi="Arial" w:eastAsia="Arial"/>
                <w:b w:val="0"/>
                <w:i w:val="0"/>
                <w:sz w:val="15"/>
              </w:rPr>
              <w:t>Quyền quyết định</w:t>
            </w:r>
          </w:p>
        </w:tc>
        <w:tc>
          <w:tcPr>
            <w:tcW w:type="dxa" w:w="6746"/>
            <w:tcMar>
              <w:top w:w="65" w:type="dxa"/>
              <w:start w:w="60" w:type="dxa"/>
              <w:bottom w:w="65" w:type="dxa"/>
              <w:end w:w="60" w:type="dxa"/>
            </w:tcMar>
            <w:vAlign w:val="top"/>
            <w:shd w:fill="FAF9F6"/>
          </w:tcPr>
          <w:p>
            <w:pPr>
              <w:spacing w:after="0" w:line="240" w:lineRule="auto"/>
            </w:pPr>
            <w:r>
              <w:rPr>
                <w:rFonts w:ascii="Arial" w:hAnsi="Arial" w:eastAsia="Arial"/>
              </w:rPr>
            </w:r>
            <w:r>
              <w:rPr>
                <w:rFonts w:ascii="Arial" w:hAnsi="Arial" w:eastAsia="Arial"/>
                <w:b w:val="0"/>
                <w:i w:val="0"/>
                <w:sz w:val="15"/>
              </w:rPr>
              <w:t>Ai là người quyết định cuối, có cần họp cùng vợ/chồng/bố mẹ/người góp vốn không.</w:t>
            </w:r>
          </w:p>
        </w:tc>
      </w:tr>
    </w:tbl>
    <w:tbl>
      <w:tblPr>
        <w:tblW w:type="auto" w:w="0"/>
        <w:jc w:val="center"/>
        <w:tblLook w:firstColumn="1" w:firstRow="1" w:lastColumn="0" w:lastRow="0" w:noHBand="0" w:noVBand="1" w:val="04A0"/>
        <w:tblBorders>
          <w:top w:val="single" w:sz="5" w:space="0" w:color="E7D2A5"/>
          <w:left w:val="single" w:sz="5" w:space="0" w:color="E7D2A5"/>
          <w:bottom w:val="single" w:sz="5" w:space="0" w:color="E7D2A5"/>
          <w:right w:val="single" w:sz="5" w:space="0" w:color="E7D2A5"/>
          <w:insideH w:val="single" w:sz="5" w:space="0" w:color="E7D2A5"/>
          <w:insideV w:val="single" w:sz="5" w:space="0" w:color="E7D2A5"/>
        </w:tblBorders>
      </w:tblPr>
      <w:tblGrid>
        <w:gridCol w:w="10482"/>
      </w:tblGrid>
      <w:tr>
        <w:tc>
          <w:tcPr>
            <w:tcW w:type="dxa" w:w="10482"/>
            <w:shd w:fill="F2EEE7"/>
            <w:tcMar>
              <w:top w:w="110" w:type="dxa"/>
              <w:start w:w="140" w:type="dxa"/>
              <w:bottom w:w="110" w:type="dxa"/>
              <w:end w:w="140" w:type="dxa"/>
            </w:tcMar>
          </w:tcPr>
          <w:p>
            <w:pPr>
              <w:spacing w:after="60"/>
            </w:pPr>
            <w:r>
              <w:rPr>
                <w:rFonts w:ascii="Arial" w:hAnsi="Arial" w:eastAsia="Arial"/>
                <w:b/>
                <w:i w:val="0"/>
                <w:color w:val="2F3338"/>
                <w:sz w:val="19"/>
              </w:rPr>
              <w:t>Câu chốt gửi khách</w:t>
            </w:r>
          </w:p>
          <w:p>
            <w:pPr>
              <w:spacing w:after="0" w:line="254" w:lineRule="auto"/>
            </w:pPr>
            <w:r>
              <w:rPr>
                <w:rFonts w:ascii="Arial" w:hAnsi="Arial" w:eastAsia="Arial"/>
                <w:b w:val="0"/>
                <w:i w:val="0"/>
                <w:color w:val="222222"/>
                <w:sz w:val="18"/>
              </w:rPr>
              <w:t>Anh/chị chỉ cần gửi mặt bằng hoặc 5-10 ảnh hiện trạng kèm diện tích, ARCOVA có thể đọc sơ bộ và đề xuất gói tư vấn phù hợp nhất để bắt đầu.</w:t>
            </w:r>
          </w:p>
        </w:tc>
      </w:tr>
    </w:tbl>
    <w:p>
      <w:pPr>
        <w:pStyle w:val="Heading1"/>
        <w:spacing w:before="200" w:after="100"/>
        <w:pBdr>
          <w:bottom w:val="single" w:sz="12" w:space="4" w:color="C8A96A"/>
        </w:pBdr>
      </w:pPr>
      <w:r>
        <w:rPr>
          <w:rFonts w:ascii="Arial" w:hAnsi="Arial" w:eastAsia="Arial"/>
          <w:b/>
          <w:i w:val="0"/>
          <w:color w:val="2F3338"/>
          <w:sz w:val="31"/>
        </w:rPr>
        <w:t>44. FAQ - CÂU HỎI KHÁCH HÀNG THƯỜNG HỎI</w:t>
      </w:r>
    </w:p>
    <w:tbl>
      <w:tblPr>
        <w:tblStyle w:val="TableGrid"/>
        <w:tblW w:type="auto" w:w="0"/>
        <w:jc w:val="center"/>
        <w:tblLook w:firstColumn="1" w:firstRow="1" w:lastColumn="0" w:lastRow="0" w:noHBand="0" w:noVBand="1" w:val="04A0"/>
        <w:tblBorders>
          <w:top w:val="single" w:sz="5" w:space="0" w:color="E7D2A5"/>
          <w:left w:val="single" w:sz="5" w:space="0" w:color="E7D2A5"/>
          <w:bottom w:val="single" w:sz="5" w:space="0" w:color="E7D2A5"/>
          <w:right w:val="single" w:sz="5" w:space="0" w:color="E7D2A5"/>
          <w:insideH w:val="single" w:sz="5" w:space="0" w:color="E7D2A5"/>
          <w:insideV w:val="single" w:sz="5" w:space="0" w:color="E7D2A5"/>
        </w:tblBorders>
      </w:tblPr>
      <w:tblGrid>
        <w:gridCol w:w="5241"/>
        <w:gridCol w:w="5241"/>
      </w:tblGrid>
      <w:tr>
        <w:trPr>
          <w:tblHeader w:val="true"/>
        </w:trPr>
        <w:tc>
          <w:tcPr>
            <w:tcW w:type="dxa" w:w="2551"/>
            <w:shd w:fill="C8A96A"/>
            <w:tcMar>
              <w:top w:w="75" w:type="dxa"/>
              <w:start w:w="65" w:type="dxa"/>
              <w:bottom w:w="75" w:type="dxa"/>
              <w:end w:w="65" w:type="dxa"/>
            </w:tcMar>
          </w:tcPr>
          <w:p>
            <w:pPr>
              <w:spacing w:after="0" w:line="240" w:lineRule="auto"/>
              <w:jc w:val="center"/>
            </w:pPr>
            <w:r>
              <w:rPr>
                <w:rFonts w:ascii="Arial" w:hAnsi="Arial" w:eastAsia="Arial"/>
              </w:rPr>
            </w:r>
            <w:r>
              <w:rPr>
                <w:rFonts w:ascii="Arial" w:hAnsi="Arial" w:eastAsia="Arial"/>
                <w:b/>
                <w:i w:val="0"/>
                <w:color w:val="FFFFFF"/>
                <w:sz w:val="15"/>
              </w:rPr>
              <w:t>Câu hỏi</w:t>
            </w:r>
          </w:p>
        </w:tc>
        <w:tc>
          <w:tcPr>
            <w:tcW w:type="dxa" w:w="6236"/>
            <w:shd w:fill="C8A96A"/>
            <w:tcMar>
              <w:top w:w="75" w:type="dxa"/>
              <w:start w:w="65" w:type="dxa"/>
              <w:bottom w:w="75" w:type="dxa"/>
              <w:end w:w="65" w:type="dxa"/>
            </w:tcMar>
          </w:tcPr>
          <w:p>
            <w:pPr>
              <w:spacing w:after="0" w:line="240" w:lineRule="auto"/>
              <w:jc w:val="center"/>
            </w:pPr>
            <w:r>
              <w:rPr>
                <w:rFonts w:ascii="Arial" w:hAnsi="Arial" w:eastAsia="Arial"/>
              </w:rPr>
            </w:r>
            <w:r>
              <w:rPr>
                <w:rFonts w:ascii="Arial" w:hAnsi="Arial" w:eastAsia="Arial"/>
                <w:b/>
                <w:i w:val="0"/>
                <w:color w:val="FFFFFF"/>
                <w:sz w:val="15"/>
              </w:rPr>
              <w:t>Trả lời ngắn gọn</w:t>
            </w:r>
          </w:p>
        </w:tc>
      </w:tr>
      <w:tr>
        <w:tc>
          <w:tcPr>
            <w:tcW w:type="dxa" w:w="2551"/>
            <w:tcMar>
              <w:top w:w="65" w:type="dxa"/>
              <w:start w:w="60" w:type="dxa"/>
              <w:bottom w:w="65" w:type="dxa"/>
              <w:end w:w="60" w:type="dxa"/>
            </w:tcMar>
            <w:vAlign w:val="top"/>
          </w:tcPr>
          <w:p>
            <w:pPr>
              <w:spacing w:after="0" w:line="240" w:lineRule="auto"/>
            </w:pPr>
            <w:r>
              <w:rPr>
                <w:rFonts w:ascii="Arial" w:hAnsi="Arial" w:eastAsia="Arial"/>
              </w:rPr>
            </w:r>
            <w:r>
              <w:rPr>
                <w:rFonts w:ascii="Arial" w:hAnsi="Arial" w:eastAsia="Arial"/>
                <w:b w:val="0"/>
                <w:i w:val="0"/>
                <w:sz w:val="15"/>
              </w:rPr>
              <w:t>ARCOVA có trực tiếp thi công không?</w:t>
            </w:r>
          </w:p>
        </w:tc>
        <w:tc>
          <w:tcPr>
            <w:tcW w:type="dxa" w:w="6236"/>
            <w:tcMar>
              <w:top w:w="65" w:type="dxa"/>
              <w:start w:w="60" w:type="dxa"/>
              <w:bottom w:w="65" w:type="dxa"/>
              <w:end w:w="60" w:type="dxa"/>
            </w:tcMar>
            <w:vAlign w:val="top"/>
          </w:tcPr>
          <w:p>
            <w:pPr>
              <w:spacing w:after="0" w:line="240" w:lineRule="auto"/>
            </w:pPr>
            <w:r>
              <w:rPr>
                <w:rFonts w:ascii="Arial" w:hAnsi="Arial" w:eastAsia="Arial"/>
              </w:rPr>
            </w:r>
            <w:r>
              <w:rPr>
                <w:rFonts w:ascii="Arial" w:hAnsi="Arial" w:eastAsia="Arial"/>
                <w:b w:val="0"/>
                <w:i w:val="0"/>
                <w:sz w:val="15"/>
              </w:rPr>
              <w:t>ARCOVA định vị chính là đơn vị tư vấn, tổ chức dự án và đại diện khách hàng. Tùy nhu cầu, ARCOVA có thể kết nối nhà thầu/xưởng/đơn vị thi công phù hợp hoặc phối hợp với đơn vị khách đã chọn.</w:t>
            </w:r>
          </w:p>
        </w:tc>
      </w:tr>
      <w:tr>
        <w:tc>
          <w:tcPr>
            <w:tcW w:type="dxa" w:w="2551"/>
            <w:tcMar>
              <w:top w:w="65" w:type="dxa"/>
              <w:start w:w="60" w:type="dxa"/>
              <w:bottom w:w="65" w:type="dxa"/>
              <w:end w:w="60" w:type="dxa"/>
            </w:tcMar>
            <w:vAlign w:val="top"/>
            <w:shd w:fill="FAF9F6"/>
          </w:tcPr>
          <w:p>
            <w:pPr>
              <w:spacing w:after="0" w:line="240" w:lineRule="auto"/>
            </w:pPr>
            <w:r>
              <w:rPr>
                <w:rFonts w:ascii="Arial" w:hAnsi="Arial" w:eastAsia="Arial"/>
              </w:rPr>
            </w:r>
            <w:r>
              <w:rPr>
                <w:rFonts w:ascii="Arial" w:hAnsi="Arial" w:eastAsia="Arial"/>
                <w:b w:val="0"/>
                <w:i w:val="0"/>
                <w:sz w:val="15"/>
              </w:rPr>
              <w:t>Tôi đã có nhà thầu rồi, có cần ARCOVA không?</w:t>
            </w:r>
          </w:p>
        </w:tc>
        <w:tc>
          <w:tcPr>
            <w:tcW w:type="dxa" w:w="6236"/>
            <w:tcMar>
              <w:top w:w="65" w:type="dxa"/>
              <w:start w:w="60" w:type="dxa"/>
              <w:bottom w:w="65" w:type="dxa"/>
              <w:end w:w="60" w:type="dxa"/>
            </w:tcMar>
            <w:vAlign w:val="top"/>
            <w:shd w:fill="FAF9F6"/>
          </w:tcPr>
          <w:p>
            <w:pPr>
              <w:spacing w:after="0" w:line="240" w:lineRule="auto"/>
            </w:pPr>
            <w:r>
              <w:rPr>
                <w:rFonts w:ascii="Arial" w:hAnsi="Arial" w:eastAsia="Arial"/>
              </w:rPr>
            </w:r>
            <w:r>
              <w:rPr>
                <w:rFonts w:ascii="Arial" w:hAnsi="Arial" w:eastAsia="Arial"/>
                <w:b w:val="0"/>
                <w:i w:val="0"/>
                <w:sz w:val="15"/>
              </w:rPr>
              <w:t>Có thể cần. ARCOVA có thể rà báo giá, rà phạm vi, đặt câu hỏi trước khi ký, hỗ trợ nghiệm thu và giúp anh/chị hiểu nhà thầu đang làm gì.</w:t>
            </w:r>
          </w:p>
        </w:tc>
      </w:tr>
      <w:tr>
        <w:tc>
          <w:tcPr>
            <w:tcW w:type="dxa" w:w="2551"/>
            <w:tcMar>
              <w:top w:w="65" w:type="dxa"/>
              <w:start w:w="60" w:type="dxa"/>
              <w:bottom w:w="65" w:type="dxa"/>
              <w:end w:w="60" w:type="dxa"/>
            </w:tcMar>
            <w:vAlign w:val="top"/>
          </w:tcPr>
          <w:p>
            <w:pPr>
              <w:spacing w:after="0" w:line="240" w:lineRule="auto"/>
            </w:pPr>
            <w:r>
              <w:rPr>
                <w:rFonts w:ascii="Arial" w:hAnsi="Arial" w:eastAsia="Arial"/>
              </w:rPr>
            </w:r>
            <w:r>
              <w:rPr>
                <w:rFonts w:ascii="Arial" w:hAnsi="Arial" w:eastAsia="Arial"/>
                <w:b w:val="0"/>
                <w:i w:val="0"/>
                <w:sz w:val="15"/>
              </w:rPr>
              <w:t>Tôi chỉ cần hỏi nhanh có mất phí không?</w:t>
            </w:r>
          </w:p>
        </w:tc>
        <w:tc>
          <w:tcPr>
            <w:tcW w:type="dxa" w:w="6236"/>
            <w:tcMar>
              <w:top w:w="65" w:type="dxa"/>
              <w:start w:w="60" w:type="dxa"/>
              <w:bottom w:w="65" w:type="dxa"/>
              <w:end w:w="60" w:type="dxa"/>
            </w:tcMar>
            <w:vAlign w:val="top"/>
          </w:tcPr>
          <w:p>
            <w:pPr>
              <w:spacing w:after="0" w:line="240" w:lineRule="auto"/>
            </w:pPr>
            <w:r>
              <w:rPr>
                <w:rFonts w:ascii="Arial" w:hAnsi="Arial" w:eastAsia="Arial"/>
              </w:rPr>
            </w:r>
            <w:r>
              <w:rPr>
                <w:rFonts w:ascii="Arial" w:hAnsi="Arial" w:eastAsia="Arial"/>
                <w:b w:val="0"/>
                <w:i w:val="0"/>
                <w:sz w:val="15"/>
              </w:rPr>
              <w:t>Phần chào hỏi và sàng lọc ban đầu có thể miễn phí. Khi đi vào phân tích, đọc bản vẽ, rà báo giá, khảo sát, lập brief hoặc ra khuyến nghị bằng văn bản thì chuyển thành gói dịch vụ có phí.</w:t>
            </w:r>
          </w:p>
        </w:tc>
      </w:tr>
      <w:tr>
        <w:tc>
          <w:tcPr>
            <w:tcW w:type="dxa" w:w="2551"/>
            <w:tcMar>
              <w:top w:w="65" w:type="dxa"/>
              <w:start w:w="60" w:type="dxa"/>
              <w:bottom w:w="65" w:type="dxa"/>
              <w:end w:w="60" w:type="dxa"/>
            </w:tcMar>
            <w:vAlign w:val="top"/>
            <w:shd w:fill="FAF9F6"/>
          </w:tcPr>
          <w:p>
            <w:pPr>
              <w:spacing w:after="0" w:line="240" w:lineRule="auto"/>
            </w:pPr>
            <w:r>
              <w:rPr>
                <w:rFonts w:ascii="Arial" w:hAnsi="Arial" w:eastAsia="Arial"/>
              </w:rPr>
            </w:r>
            <w:r>
              <w:rPr>
                <w:rFonts w:ascii="Arial" w:hAnsi="Arial" w:eastAsia="Arial"/>
                <w:b w:val="0"/>
                <w:i w:val="0"/>
                <w:sz w:val="15"/>
              </w:rPr>
              <w:t>ARCOVA có làm trọn gói không?</w:t>
            </w:r>
          </w:p>
        </w:tc>
        <w:tc>
          <w:tcPr>
            <w:tcW w:type="dxa" w:w="6236"/>
            <w:tcMar>
              <w:top w:w="65" w:type="dxa"/>
              <w:start w:w="60" w:type="dxa"/>
              <w:bottom w:w="65" w:type="dxa"/>
              <w:end w:w="60" w:type="dxa"/>
            </w:tcMar>
            <w:vAlign w:val="top"/>
            <w:shd w:fill="FAF9F6"/>
          </w:tcPr>
          <w:p>
            <w:pPr>
              <w:spacing w:after="0" w:line="240" w:lineRule="auto"/>
            </w:pPr>
            <w:r>
              <w:rPr>
                <w:rFonts w:ascii="Arial" w:hAnsi="Arial" w:eastAsia="Arial"/>
              </w:rPr>
            </w:r>
            <w:r>
              <w:rPr>
                <w:rFonts w:ascii="Arial" w:hAnsi="Arial" w:eastAsia="Arial"/>
                <w:b w:val="0"/>
                <w:i w:val="0"/>
                <w:sz w:val="15"/>
              </w:rPr>
              <w:t>Có thể tổ chức trọn hành trình theo gói premium, nhưng bản chất vẫn là chia nhỏ giai đoạn, minh bạch đầu ra và lựa chọn đối tác phù hợp.</w:t>
            </w:r>
          </w:p>
        </w:tc>
      </w:tr>
      <w:tr>
        <w:tc>
          <w:tcPr>
            <w:tcW w:type="dxa" w:w="2551"/>
            <w:tcMar>
              <w:top w:w="65" w:type="dxa"/>
              <w:start w:w="60" w:type="dxa"/>
              <w:bottom w:w="65" w:type="dxa"/>
              <w:end w:w="60" w:type="dxa"/>
            </w:tcMar>
            <w:vAlign w:val="top"/>
          </w:tcPr>
          <w:p>
            <w:pPr>
              <w:spacing w:after="0" w:line="240" w:lineRule="auto"/>
            </w:pPr>
            <w:r>
              <w:rPr>
                <w:rFonts w:ascii="Arial" w:hAnsi="Arial" w:eastAsia="Arial"/>
              </w:rPr>
            </w:r>
            <w:r>
              <w:rPr>
                <w:rFonts w:ascii="Arial" w:hAnsi="Arial" w:eastAsia="Arial"/>
                <w:b w:val="0"/>
                <w:i w:val="0"/>
                <w:sz w:val="15"/>
              </w:rPr>
              <w:t>Làm sao biết nên chọn gói nào?</w:t>
            </w:r>
          </w:p>
        </w:tc>
        <w:tc>
          <w:tcPr>
            <w:tcW w:type="dxa" w:w="6236"/>
            <w:tcMar>
              <w:top w:w="65" w:type="dxa"/>
              <w:start w:w="60" w:type="dxa"/>
              <w:bottom w:w="65" w:type="dxa"/>
              <w:end w:w="60" w:type="dxa"/>
            </w:tcMar>
            <w:vAlign w:val="top"/>
          </w:tcPr>
          <w:p>
            <w:pPr>
              <w:spacing w:after="0" w:line="240" w:lineRule="auto"/>
            </w:pPr>
            <w:r>
              <w:rPr>
                <w:rFonts w:ascii="Arial" w:hAnsi="Arial" w:eastAsia="Arial"/>
              </w:rPr>
            </w:r>
            <w:r>
              <w:rPr>
                <w:rFonts w:ascii="Arial" w:hAnsi="Arial" w:eastAsia="Arial"/>
                <w:b w:val="0"/>
                <w:i w:val="0"/>
                <w:sz w:val="15"/>
              </w:rPr>
              <w:t>ARCOVA sẽ hỏi nhanh loại công trình, hiện trạng, vấn đề lớn nhất, tài liệu hiện có và ngân sách để đề xuất gói nhỏ nhất nhưng có ích nhất cho bước hiện tại.</w:t>
            </w:r>
          </w:p>
        </w:tc>
      </w:tr>
      <w:tr>
        <w:tc>
          <w:tcPr>
            <w:tcW w:type="dxa" w:w="2551"/>
            <w:tcMar>
              <w:top w:w="65" w:type="dxa"/>
              <w:start w:w="60" w:type="dxa"/>
              <w:bottom w:w="65" w:type="dxa"/>
              <w:end w:w="60" w:type="dxa"/>
            </w:tcMar>
            <w:vAlign w:val="top"/>
            <w:shd w:fill="FAF9F6"/>
          </w:tcPr>
          <w:p>
            <w:pPr>
              <w:spacing w:after="0" w:line="240" w:lineRule="auto"/>
            </w:pPr>
            <w:r>
              <w:rPr>
                <w:rFonts w:ascii="Arial" w:hAnsi="Arial" w:eastAsia="Arial"/>
              </w:rPr>
            </w:r>
            <w:r>
              <w:rPr>
                <w:rFonts w:ascii="Arial" w:hAnsi="Arial" w:eastAsia="Arial"/>
                <w:b w:val="0"/>
                <w:i w:val="0"/>
                <w:sz w:val="15"/>
              </w:rPr>
              <w:t>Có báo giá chính xác ngay được không?</w:t>
            </w:r>
          </w:p>
        </w:tc>
        <w:tc>
          <w:tcPr>
            <w:tcW w:type="dxa" w:w="6236"/>
            <w:tcMar>
              <w:top w:w="65" w:type="dxa"/>
              <w:start w:w="60" w:type="dxa"/>
              <w:bottom w:w="65" w:type="dxa"/>
              <w:end w:w="60" w:type="dxa"/>
            </w:tcMar>
            <w:vAlign w:val="top"/>
            <w:shd w:fill="FAF9F6"/>
          </w:tcPr>
          <w:p>
            <w:pPr>
              <w:spacing w:after="0" w:line="240" w:lineRule="auto"/>
            </w:pPr>
            <w:r>
              <w:rPr>
                <w:rFonts w:ascii="Arial" w:hAnsi="Arial" w:eastAsia="Arial"/>
              </w:rPr>
            </w:r>
            <w:r>
              <w:rPr>
                <w:rFonts w:ascii="Arial" w:hAnsi="Arial" w:eastAsia="Arial"/>
                <w:b w:val="0"/>
                <w:i w:val="0"/>
                <w:sz w:val="15"/>
              </w:rPr>
              <w:t>Không nên báo chính xác khi chưa khảo sát, chưa có phạm vi, bản vẽ, vật liệu và khối lượng. ARCOVA có thể giúp ước tính cấp độ đầu tư và chỉ ra dữ liệu cần có để báo giá chính thức.</w:t>
            </w:r>
          </w:p>
        </w:tc>
      </w:tr>
      <w:tr>
        <w:tc>
          <w:tcPr>
            <w:tcW w:type="dxa" w:w="2551"/>
            <w:tcMar>
              <w:top w:w="65" w:type="dxa"/>
              <w:start w:w="60" w:type="dxa"/>
              <w:bottom w:w="65" w:type="dxa"/>
              <w:end w:w="60" w:type="dxa"/>
            </w:tcMar>
            <w:vAlign w:val="top"/>
          </w:tcPr>
          <w:p>
            <w:pPr>
              <w:spacing w:after="0" w:line="240" w:lineRule="auto"/>
            </w:pPr>
            <w:r>
              <w:rPr>
                <w:rFonts w:ascii="Arial" w:hAnsi="Arial" w:eastAsia="Arial"/>
              </w:rPr>
            </w:r>
            <w:r>
              <w:rPr>
                <w:rFonts w:ascii="Arial" w:hAnsi="Arial" w:eastAsia="Arial"/>
                <w:b w:val="0"/>
                <w:i w:val="0"/>
                <w:sz w:val="15"/>
              </w:rPr>
              <w:t>ARCOVA có giúp chọn phong cách không?</w:t>
            </w:r>
          </w:p>
        </w:tc>
        <w:tc>
          <w:tcPr>
            <w:tcW w:type="dxa" w:w="6236"/>
            <w:tcMar>
              <w:top w:w="65" w:type="dxa"/>
              <w:start w:w="60" w:type="dxa"/>
              <w:bottom w:w="65" w:type="dxa"/>
              <w:end w:w="60" w:type="dxa"/>
            </w:tcMar>
            <w:vAlign w:val="top"/>
          </w:tcPr>
          <w:p>
            <w:pPr>
              <w:spacing w:after="0" w:line="240" w:lineRule="auto"/>
            </w:pPr>
            <w:r>
              <w:rPr>
                <w:rFonts w:ascii="Arial" w:hAnsi="Arial" w:eastAsia="Arial"/>
              </w:rPr>
            </w:r>
            <w:r>
              <w:rPr>
                <w:rFonts w:ascii="Arial" w:hAnsi="Arial" w:eastAsia="Arial"/>
                <w:b w:val="0"/>
                <w:i w:val="0"/>
                <w:sz w:val="15"/>
              </w:rPr>
              <w:t>Có. ARCOVA giúp chọn phong cách dựa trên đời sống, diện tích, ánh sáng, ngân sách, khả năng bảo trì và hình ảnh khách mong muốn, không chỉ dựa trên ảnh đẹp.</w:t>
            </w:r>
          </w:p>
        </w:tc>
      </w:tr>
      <w:tr>
        <w:tc>
          <w:tcPr>
            <w:tcW w:type="dxa" w:w="2551"/>
            <w:tcMar>
              <w:top w:w="65" w:type="dxa"/>
              <w:start w:w="60" w:type="dxa"/>
              <w:bottom w:w="65" w:type="dxa"/>
              <w:end w:w="60" w:type="dxa"/>
            </w:tcMar>
            <w:vAlign w:val="top"/>
            <w:shd w:fill="FAF9F6"/>
          </w:tcPr>
          <w:p>
            <w:pPr>
              <w:spacing w:after="0" w:line="240" w:lineRule="auto"/>
            </w:pPr>
            <w:r>
              <w:rPr>
                <w:rFonts w:ascii="Arial" w:hAnsi="Arial" w:eastAsia="Arial"/>
              </w:rPr>
            </w:r>
            <w:r>
              <w:rPr>
                <w:rFonts w:ascii="Arial" w:hAnsi="Arial" w:eastAsia="Arial"/>
                <w:b w:val="0"/>
                <w:i w:val="0"/>
                <w:sz w:val="15"/>
              </w:rPr>
              <w:t>Nếu tôi tự mua đồ thì sao?</w:t>
            </w:r>
          </w:p>
        </w:tc>
        <w:tc>
          <w:tcPr>
            <w:tcW w:type="dxa" w:w="6236"/>
            <w:tcMar>
              <w:top w:w="65" w:type="dxa"/>
              <w:start w:w="60" w:type="dxa"/>
              <w:bottom w:w="65" w:type="dxa"/>
              <w:end w:w="60" w:type="dxa"/>
            </w:tcMar>
            <w:vAlign w:val="top"/>
            <w:shd w:fill="FAF9F6"/>
          </w:tcPr>
          <w:p>
            <w:pPr>
              <w:spacing w:after="0" w:line="240" w:lineRule="auto"/>
            </w:pPr>
            <w:r>
              <w:rPr>
                <w:rFonts w:ascii="Arial" w:hAnsi="Arial" w:eastAsia="Arial"/>
              </w:rPr>
            </w:r>
            <w:r>
              <w:rPr>
                <w:rFonts w:ascii="Arial" w:hAnsi="Arial" w:eastAsia="Arial"/>
                <w:b w:val="0"/>
                <w:i w:val="0"/>
                <w:sz w:val="15"/>
              </w:rPr>
              <w:t>Hoàn toàn được. ARCOVA có thể tư vấn danh sách mua, kích thước, màu, vật liệu, thứ tự ưu tiên để khách tự mua mà vẫn không phá tổng thể.</w:t>
            </w:r>
          </w:p>
        </w:tc>
      </w:tr>
    </w:tbl>
    <w:p>
      <w:pPr>
        <w:pStyle w:val="Heading1"/>
        <w:spacing w:before="200" w:after="100"/>
        <w:pBdr>
          <w:bottom w:val="single" w:sz="12" w:space="4" w:color="C8A96A"/>
        </w:pBdr>
      </w:pPr>
      <w:r>
        <w:rPr>
          <w:rFonts w:ascii="Arial" w:hAnsi="Arial" w:eastAsia="Arial"/>
          <w:b/>
          <w:i w:val="0"/>
          <w:color w:val="2F3338"/>
          <w:sz w:val="31"/>
        </w:rPr>
        <w:t>45. MẪU THÔNG ĐIỆP KÊU GỌI LIÊN HỆ</w:t>
      </w:r>
    </w:p>
    <w:p>
      <w:pPr>
        <w:spacing w:before="0" w:after="80" w:line="254" w:lineRule="auto"/>
      </w:pPr>
      <w:r>
        <w:rPr>
          <w:rFonts w:ascii="Arial" w:hAnsi="Arial" w:eastAsia="Arial"/>
          <w:b w:val="0"/>
          <w:i w:val="0"/>
          <w:sz w:val="18"/>
        </w:rPr>
        <w:t>Các câu dưới đây có thể dùng trong hồ sơ, website, chatbot, bài đăng mạng xã hội hoặc cuối proposal.</w:t>
      </w:r>
    </w:p>
    <w:tbl>
      <w:tblPr>
        <w:tblStyle w:val="TableGrid"/>
        <w:tblW w:type="auto" w:w="0"/>
        <w:jc w:val="center"/>
        <w:tblLook w:firstColumn="1" w:firstRow="1" w:lastColumn="0" w:lastRow="0" w:noHBand="0" w:noVBand="1" w:val="04A0"/>
        <w:tblBorders>
          <w:top w:val="single" w:sz="5" w:space="0" w:color="E7D2A5"/>
          <w:left w:val="single" w:sz="5" w:space="0" w:color="E7D2A5"/>
          <w:bottom w:val="single" w:sz="5" w:space="0" w:color="E7D2A5"/>
          <w:right w:val="single" w:sz="5" w:space="0" w:color="E7D2A5"/>
          <w:insideH w:val="single" w:sz="5" w:space="0" w:color="E7D2A5"/>
          <w:insideV w:val="single" w:sz="5" w:space="0" w:color="E7D2A5"/>
        </w:tblBorders>
      </w:tblPr>
      <w:tblGrid>
        <w:gridCol w:w="5241"/>
        <w:gridCol w:w="5241"/>
      </w:tblGrid>
      <w:tr>
        <w:trPr>
          <w:tblHeader w:val="true"/>
        </w:trPr>
        <w:tc>
          <w:tcPr>
            <w:tcW w:type="dxa" w:w="2154"/>
            <w:shd w:fill="C8A96A"/>
            <w:tcMar>
              <w:top w:w="75" w:type="dxa"/>
              <w:start w:w="65" w:type="dxa"/>
              <w:bottom w:w="75" w:type="dxa"/>
              <w:end w:w="65" w:type="dxa"/>
            </w:tcMar>
          </w:tcPr>
          <w:p>
            <w:pPr>
              <w:spacing w:after="0" w:line="240" w:lineRule="auto"/>
              <w:jc w:val="center"/>
            </w:pPr>
            <w:r>
              <w:rPr>
                <w:rFonts w:ascii="Arial" w:hAnsi="Arial" w:eastAsia="Arial"/>
              </w:rPr>
            </w:r>
            <w:r>
              <w:rPr>
                <w:rFonts w:ascii="Arial" w:hAnsi="Arial" w:eastAsia="Arial"/>
                <w:b/>
                <w:i w:val="0"/>
                <w:color w:val="FFFFFF"/>
                <w:sz w:val="15"/>
              </w:rPr>
              <w:t>Loại thông điệp</w:t>
            </w:r>
          </w:p>
        </w:tc>
        <w:tc>
          <w:tcPr>
            <w:tcW w:type="dxa" w:w="6633"/>
            <w:shd w:fill="C8A96A"/>
            <w:tcMar>
              <w:top w:w="75" w:type="dxa"/>
              <w:start w:w="65" w:type="dxa"/>
              <w:bottom w:w="75" w:type="dxa"/>
              <w:end w:w="65" w:type="dxa"/>
            </w:tcMar>
          </w:tcPr>
          <w:p>
            <w:pPr>
              <w:spacing w:after="0" w:line="240" w:lineRule="auto"/>
              <w:jc w:val="center"/>
            </w:pPr>
            <w:r>
              <w:rPr>
                <w:rFonts w:ascii="Arial" w:hAnsi="Arial" w:eastAsia="Arial"/>
              </w:rPr>
            </w:r>
            <w:r>
              <w:rPr>
                <w:rFonts w:ascii="Arial" w:hAnsi="Arial" w:eastAsia="Arial"/>
                <w:b/>
                <w:i w:val="0"/>
                <w:color w:val="FFFFFF"/>
                <w:sz w:val="15"/>
              </w:rPr>
              <w:t>Nội dung</w:t>
            </w:r>
          </w:p>
        </w:tc>
      </w:tr>
      <w:tr>
        <w:tc>
          <w:tcPr>
            <w:tcW w:type="dxa" w:w="2154"/>
            <w:tcMar>
              <w:top w:w="65" w:type="dxa"/>
              <w:start w:w="60" w:type="dxa"/>
              <w:bottom w:w="65" w:type="dxa"/>
              <w:end w:w="60" w:type="dxa"/>
            </w:tcMar>
            <w:vAlign w:val="top"/>
          </w:tcPr>
          <w:p>
            <w:pPr>
              <w:spacing w:after="0" w:line="240" w:lineRule="auto"/>
            </w:pPr>
            <w:r>
              <w:rPr>
                <w:rFonts w:ascii="Arial" w:hAnsi="Arial" w:eastAsia="Arial"/>
              </w:rPr>
            </w:r>
            <w:r>
              <w:rPr>
                <w:rFonts w:ascii="Arial" w:hAnsi="Arial" w:eastAsia="Arial"/>
                <w:b w:val="0"/>
                <w:i w:val="0"/>
                <w:sz w:val="15"/>
              </w:rPr>
              <w:t>CTA 1 - nhẹ nhàng</w:t>
            </w:r>
          </w:p>
        </w:tc>
        <w:tc>
          <w:tcPr>
            <w:tcW w:type="dxa" w:w="6633"/>
            <w:tcMar>
              <w:top w:w="65" w:type="dxa"/>
              <w:start w:w="60" w:type="dxa"/>
              <w:bottom w:w="65" w:type="dxa"/>
              <w:end w:w="60" w:type="dxa"/>
            </w:tcMar>
            <w:vAlign w:val="top"/>
          </w:tcPr>
          <w:p>
            <w:pPr>
              <w:spacing w:after="0" w:line="240" w:lineRule="auto"/>
            </w:pPr>
            <w:r>
              <w:rPr>
                <w:rFonts w:ascii="Arial" w:hAnsi="Arial" w:eastAsia="Arial"/>
              </w:rPr>
            </w:r>
            <w:r>
              <w:rPr>
                <w:rFonts w:ascii="Arial" w:hAnsi="Arial" w:eastAsia="Arial"/>
                <w:b w:val="0"/>
                <w:i w:val="0"/>
                <w:sz w:val="15"/>
              </w:rPr>
              <w:t>Anh/chị đang chuẩn bị làm nhà nhưng chưa biết bắt đầu từ đâu? Hãy gửi ARCOVA mặt bằng hoặc vài ảnh hiện trạng, chúng tôi sẽ giúp anh/chị xác định bước đúng đầu tiên.</w:t>
            </w:r>
          </w:p>
        </w:tc>
      </w:tr>
      <w:tr>
        <w:tc>
          <w:tcPr>
            <w:tcW w:type="dxa" w:w="2154"/>
            <w:tcMar>
              <w:top w:w="65" w:type="dxa"/>
              <w:start w:w="60" w:type="dxa"/>
              <w:bottom w:w="65" w:type="dxa"/>
              <w:end w:w="60" w:type="dxa"/>
            </w:tcMar>
            <w:vAlign w:val="top"/>
            <w:shd w:fill="FAF9F6"/>
          </w:tcPr>
          <w:p>
            <w:pPr>
              <w:spacing w:after="0" w:line="240" w:lineRule="auto"/>
            </w:pPr>
            <w:r>
              <w:rPr>
                <w:rFonts w:ascii="Arial" w:hAnsi="Arial" w:eastAsia="Arial"/>
              </w:rPr>
            </w:r>
            <w:r>
              <w:rPr>
                <w:rFonts w:ascii="Arial" w:hAnsi="Arial" w:eastAsia="Arial"/>
                <w:b w:val="0"/>
                <w:i w:val="0"/>
                <w:sz w:val="15"/>
              </w:rPr>
              <w:t>CTA 2 - đánh vào nỗi đau</w:t>
            </w:r>
          </w:p>
        </w:tc>
        <w:tc>
          <w:tcPr>
            <w:tcW w:type="dxa" w:w="6633"/>
            <w:tcMar>
              <w:top w:w="65" w:type="dxa"/>
              <w:start w:w="60" w:type="dxa"/>
              <w:bottom w:w="65" w:type="dxa"/>
              <w:end w:w="60" w:type="dxa"/>
            </w:tcMar>
            <w:vAlign w:val="top"/>
            <w:shd w:fill="FAF9F6"/>
          </w:tcPr>
          <w:p>
            <w:pPr>
              <w:spacing w:after="0" w:line="240" w:lineRule="auto"/>
            </w:pPr>
            <w:r>
              <w:rPr>
                <w:rFonts w:ascii="Arial" w:hAnsi="Arial" w:eastAsia="Arial"/>
              </w:rPr>
            </w:r>
            <w:r>
              <w:rPr>
                <w:rFonts w:ascii="Arial" w:hAnsi="Arial" w:eastAsia="Arial"/>
                <w:b w:val="0"/>
                <w:i w:val="0"/>
                <w:sz w:val="15"/>
              </w:rPr>
              <w:t>Đừng ký báo giá thi công khi chưa rõ phạm vi, vật liệu và điều kiện nghiệm thu. ARCOVA có thể rà giúp anh/chị trước khi quyết định.</w:t>
            </w:r>
          </w:p>
        </w:tc>
      </w:tr>
      <w:tr>
        <w:tc>
          <w:tcPr>
            <w:tcW w:type="dxa" w:w="2154"/>
            <w:tcMar>
              <w:top w:w="65" w:type="dxa"/>
              <w:start w:w="60" w:type="dxa"/>
              <w:bottom w:w="65" w:type="dxa"/>
              <w:end w:w="60" w:type="dxa"/>
            </w:tcMar>
            <w:vAlign w:val="top"/>
          </w:tcPr>
          <w:p>
            <w:pPr>
              <w:spacing w:after="0" w:line="240" w:lineRule="auto"/>
            </w:pPr>
            <w:r>
              <w:rPr>
                <w:rFonts w:ascii="Arial" w:hAnsi="Arial" w:eastAsia="Arial"/>
              </w:rPr>
            </w:r>
            <w:r>
              <w:rPr>
                <w:rFonts w:ascii="Arial" w:hAnsi="Arial" w:eastAsia="Arial"/>
                <w:b w:val="0"/>
                <w:i w:val="0"/>
                <w:sz w:val="15"/>
              </w:rPr>
              <w:t>CTA 3 - cho khách bận</w:t>
            </w:r>
          </w:p>
        </w:tc>
        <w:tc>
          <w:tcPr>
            <w:tcW w:type="dxa" w:w="6633"/>
            <w:tcMar>
              <w:top w:w="65" w:type="dxa"/>
              <w:start w:w="60" w:type="dxa"/>
              <w:bottom w:w="65" w:type="dxa"/>
              <w:end w:w="60" w:type="dxa"/>
            </w:tcMar>
            <w:vAlign w:val="top"/>
          </w:tcPr>
          <w:p>
            <w:pPr>
              <w:spacing w:after="0" w:line="240" w:lineRule="auto"/>
            </w:pPr>
            <w:r>
              <w:rPr>
                <w:rFonts w:ascii="Arial" w:hAnsi="Arial" w:eastAsia="Arial"/>
              </w:rPr>
            </w:r>
            <w:r>
              <w:rPr>
                <w:rFonts w:ascii="Arial" w:hAnsi="Arial" w:eastAsia="Arial"/>
                <w:b w:val="0"/>
                <w:i w:val="0"/>
                <w:sz w:val="15"/>
              </w:rPr>
              <w:t>Nếu anh/chị bận và không muốn tự nói chuyện với quá nhiều bên, ARCOVA có thể đứng cùng anh/chị để tổ chức dự án theo từng gói rõ ràng.</w:t>
            </w:r>
          </w:p>
        </w:tc>
      </w:tr>
      <w:tr>
        <w:tc>
          <w:tcPr>
            <w:tcW w:type="dxa" w:w="2154"/>
            <w:tcMar>
              <w:top w:w="65" w:type="dxa"/>
              <w:start w:w="60" w:type="dxa"/>
              <w:bottom w:w="65" w:type="dxa"/>
              <w:end w:w="60" w:type="dxa"/>
            </w:tcMar>
            <w:vAlign w:val="top"/>
            <w:shd w:fill="FAF9F6"/>
          </w:tcPr>
          <w:p>
            <w:pPr>
              <w:spacing w:after="0" w:line="240" w:lineRule="auto"/>
            </w:pPr>
            <w:r>
              <w:rPr>
                <w:rFonts w:ascii="Arial" w:hAnsi="Arial" w:eastAsia="Arial"/>
              </w:rPr>
            </w:r>
            <w:r>
              <w:rPr>
                <w:rFonts w:ascii="Arial" w:hAnsi="Arial" w:eastAsia="Arial"/>
                <w:b w:val="0"/>
                <w:i w:val="0"/>
                <w:sz w:val="15"/>
              </w:rPr>
              <w:t>CTA 4 - nhấn mạnh gói nhỏ</w:t>
            </w:r>
          </w:p>
        </w:tc>
        <w:tc>
          <w:tcPr>
            <w:tcW w:type="dxa" w:w="6633"/>
            <w:tcMar>
              <w:top w:w="65" w:type="dxa"/>
              <w:start w:w="60" w:type="dxa"/>
              <w:bottom w:w="65" w:type="dxa"/>
              <w:end w:w="60" w:type="dxa"/>
            </w:tcMar>
            <w:vAlign w:val="top"/>
            <w:shd w:fill="FAF9F6"/>
          </w:tcPr>
          <w:p>
            <w:pPr>
              <w:spacing w:after="0" w:line="240" w:lineRule="auto"/>
            </w:pPr>
            <w:r>
              <w:rPr>
                <w:rFonts w:ascii="Arial" w:hAnsi="Arial" w:eastAsia="Arial"/>
              </w:rPr>
            </w:r>
            <w:r>
              <w:rPr>
                <w:rFonts w:ascii="Arial" w:hAnsi="Arial" w:eastAsia="Arial"/>
                <w:b w:val="0"/>
                <w:i w:val="0"/>
                <w:sz w:val="15"/>
              </w:rPr>
              <w:t>Không cần bắt đầu bằng một hợp đồng lớn. Anh/chị có thể bắt đầu bằng một buổi tư vấn, một báo cáo khảo sát hoặc một gói rà báo giá.</w:t>
            </w:r>
          </w:p>
        </w:tc>
      </w:tr>
      <w:tr>
        <w:tc>
          <w:tcPr>
            <w:tcW w:type="dxa" w:w="2154"/>
            <w:tcMar>
              <w:top w:w="65" w:type="dxa"/>
              <w:start w:w="60" w:type="dxa"/>
              <w:bottom w:w="65" w:type="dxa"/>
              <w:end w:w="60" w:type="dxa"/>
            </w:tcMar>
            <w:vAlign w:val="top"/>
          </w:tcPr>
          <w:p>
            <w:pPr>
              <w:spacing w:after="0" w:line="240" w:lineRule="auto"/>
            </w:pPr>
            <w:r>
              <w:rPr>
                <w:rFonts w:ascii="Arial" w:hAnsi="Arial" w:eastAsia="Arial"/>
              </w:rPr>
            </w:r>
            <w:r>
              <w:rPr>
                <w:rFonts w:ascii="Arial" w:hAnsi="Arial" w:eastAsia="Arial"/>
                <w:b w:val="0"/>
                <w:i w:val="0"/>
                <w:sz w:val="15"/>
              </w:rPr>
              <w:t>CTA 5 - cao cấp</w:t>
            </w:r>
          </w:p>
        </w:tc>
        <w:tc>
          <w:tcPr>
            <w:tcW w:type="dxa" w:w="6633"/>
            <w:tcMar>
              <w:top w:w="65" w:type="dxa"/>
              <w:start w:w="60" w:type="dxa"/>
              <w:bottom w:w="65" w:type="dxa"/>
              <w:end w:w="60" w:type="dxa"/>
            </w:tcMar>
            <w:vAlign w:val="top"/>
          </w:tcPr>
          <w:p>
            <w:pPr>
              <w:spacing w:after="0" w:line="240" w:lineRule="auto"/>
            </w:pPr>
            <w:r>
              <w:rPr>
                <w:rFonts w:ascii="Arial" w:hAnsi="Arial" w:eastAsia="Arial"/>
              </w:rPr>
            </w:r>
            <w:r>
              <w:rPr>
                <w:rFonts w:ascii="Arial" w:hAnsi="Arial" w:eastAsia="Arial"/>
                <w:b w:val="0"/>
                <w:i w:val="0"/>
                <w:sz w:val="15"/>
              </w:rPr>
              <w:t>Với công trình có ngân sách lớn, một quyết định sai có thể tốn nhiều hơn rất nhiều so với phí tư vấn. ARCOVA giúp anh/chị kiểm soát quyết định từ sớm.</w:t>
            </w:r>
          </w:p>
        </w:tc>
      </w:tr>
    </w:tbl>
    <w:p>
      <w:pPr>
        <w:pStyle w:val="Heading1"/>
        <w:spacing w:before="200" w:after="100"/>
        <w:pBdr>
          <w:bottom w:val="single" w:sz="12" w:space="4" w:color="C8A96A"/>
        </w:pBdr>
      </w:pPr>
      <w:r>
        <w:rPr>
          <w:rFonts w:ascii="Arial" w:hAnsi="Arial" w:eastAsia="Arial"/>
          <w:b/>
          <w:i w:val="0"/>
          <w:color w:val="2F3338"/>
          <w:sz w:val="31"/>
        </w:rPr>
        <w:t>46. BỘ TỪ KHÓA THƯƠNG HIỆU ARCOVA</w:t>
      </w:r>
    </w:p>
    <w:p>
      <w:pPr>
        <w:spacing w:before="0" w:after="80" w:line="254" w:lineRule="auto"/>
      </w:pPr>
      <w:r>
        <w:rPr>
          <w:rFonts w:ascii="Arial" w:hAnsi="Arial" w:eastAsia="Arial"/>
          <w:b w:val="0"/>
          <w:i w:val="0"/>
          <w:sz w:val="18"/>
        </w:rPr>
        <w:t>Bộ từ khóa giúp giữ giọng hồ sơ, website và chatbot nhất quán.</w:t>
      </w:r>
    </w:p>
    <w:tbl>
      <w:tblPr>
        <w:tblStyle w:val="TableGrid"/>
        <w:tblW w:type="auto" w:w="0"/>
        <w:jc w:val="center"/>
        <w:tblLook w:firstColumn="1" w:firstRow="1" w:lastColumn="0" w:lastRow="0" w:noHBand="0" w:noVBand="1" w:val="04A0"/>
        <w:tblBorders>
          <w:top w:val="single" w:sz="5" w:space="0" w:color="E7D2A5"/>
          <w:left w:val="single" w:sz="5" w:space="0" w:color="E7D2A5"/>
          <w:bottom w:val="single" w:sz="5" w:space="0" w:color="E7D2A5"/>
          <w:right w:val="single" w:sz="5" w:space="0" w:color="E7D2A5"/>
          <w:insideH w:val="single" w:sz="5" w:space="0" w:color="E7D2A5"/>
          <w:insideV w:val="single" w:sz="5" w:space="0" w:color="E7D2A5"/>
        </w:tblBorders>
      </w:tblPr>
      <w:tblGrid>
        <w:gridCol w:w="5241"/>
        <w:gridCol w:w="5241"/>
      </w:tblGrid>
      <w:tr>
        <w:trPr>
          <w:tblHeader w:val="true"/>
        </w:trPr>
        <w:tc>
          <w:tcPr>
            <w:tcW w:type="dxa" w:w="2041"/>
            <w:shd w:fill="C8A96A"/>
            <w:tcMar>
              <w:top w:w="75" w:type="dxa"/>
              <w:start w:w="65" w:type="dxa"/>
              <w:bottom w:w="75" w:type="dxa"/>
              <w:end w:w="65" w:type="dxa"/>
            </w:tcMar>
          </w:tcPr>
          <w:p>
            <w:pPr>
              <w:spacing w:after="0" w:line="240" w:lineRule="auto"/>
              <w:jc w:val="center"/>
            </w:pPr>
            <w:r>
              <w:rPr>
                <w:rFonts w:ascii="Arial" w:hAnsi="Arial" w:eastAsia="Arial"/>
              </w:rPr>
            </w:r>
            <w:r>
              <w:rPr>
                <w:rFonts w:ascii="Arial" w:hAnsi="Arial" w:eastAsia="Arial"/>
                <w:b/>
                <w:i w:val="0"/>
                <w:color w:val="FFFFFF"/>
                <w:sz w:val="15"/>
              </w:rPr>
              <w:t>Nhóm</w:t>
            </w:r>
          </w:p>
        </w:tc>
        <w:tc>
          <w:tcPr>
            <w:tcW w:type="dxa" w:w="6746"/>
            <w:shd w:fill="C8A96A"/>
            <w:tcMar>
              <w:top w:w="75" w:type="dxa"/>
              <w:start w:w="65" w:type="dxa"/>
              <w:bottom w:w="75" w:type="dxa"/>
              <w:end w:w="65" w:type="dxa"/>
            </w:tcMar>
          </w:tcPr>
          <w:p>
            <w:pPr>
              <w:spacing w:after="0" w:line="240" w:lineRule="auto"/>
              <w:jc w:val="center"/>
            </w:pPr>
            <w:r>
              <w:rPr>
                <w:rFonts w:ascii="Arial" w:hAnsi="Arial" w:eastAsia="Arial"/>
              </w:rPr>
            </w:r>
            <w:r>
              <w:rPr>
                <w:rFonts w:ascii="Arial" w:hAnsi="Arial" w:eastAsia="Arial"/>
                <w:b/>
                <w:i w:val="0"/>
                <w:color w:val="FFFFFF"/>
                <w:sz w:val="15"/>
              </w:rPr>
              <w:t>Từ khóa/nội dung</w:t>
            </w:r>
          </w:p>
        </w:tc>
      </w:tr>
      <w:tr>
        <w:tc>
          <w:tcPr>
            <w:tcW w:type="dxa" w:w="2041"/>
            <w:tcMar>
              <w:top w:w="65" w:type="dxa"/>
              <w:start w:w="60" w:type="dxa"/>
              <w:bottom w:w="65" w:type="dxa"/>
              <w:end w:w="60" w:type="dxa"/>
            </w:tcMar>
            <w:vAlign w:val="top"/>
          </w:tcPr>
          <w:p>
            <w:pPr>
              <w:spacing w:after="0" w:line="240" w:lineRule="auto"/>
            </w:pPr>
            <w:r>
              <w:rPr>
                <w:rFonts w:ascii="Arial" w:hAnsi="Arial" w:eastAsia="Arial"/>
              </w:rPr>
            </w:r>
            <w:r>
              <w:rPr>
                <w:rFonts w:ascii="Arial" w:hAnsi="Arial" w:eastAsia="Arial"/>
                <w:b w:val="0"/>
                <w:i w:val="0"/>
                <w:sz w:val="15"/>
              </w:rPr>
              <w:t>Tinh thần</w:t>
            </w:r>
          </w:p>
        </w:tc>
        <w:tc>
          <w:tcPr>
            <w:tcW w:type="dxa" w:w="6746"/>
            <w:tcMar>
              <w:top w:w="65" w:type="dxa"/>
              <w:start w:w="60" w:type="dxa"/>
              <w:bottom w:w="65" w:type="dxa"/>
              <w:end w:w="60" w:type="dxa"/>
            </w:tcMar>
            <w:vAlign w:val="top"/>
          </w:tcPr>
          <w:p>
            <w:pPr>
              <w:spacing w:after="0" w:line="240" w:lineRule="auto"/>
            </w:pPr>
            <w:r>
              <w:rPr>
                <w:rFonts w:ascii="Arial" w:hAnsi="Arial" w:eastAsia="Arial"/>
              </w:rPr>
            </w:r>
            <w:r>
              <w:rPr>
                <w:rFonts w:ascii="Arial" w:hAnsi="Arial" w:eastAsia="Arial"/>
                <w:b w:val="0"/>
                <w:i w:val="0"/>
                <w:sz w:val="15"/>
              </w:rPr>
              <w:t>Đứng về phía chủ nhà; tổ chức hành trình làm nhà; rõ phạm vi; rõ đầu ra; rõ chi phí; đúng người đúng việc.</w:t>
            </w:r>
          </w:p>
        </w:tc>
      </w:tr>
      <w:tr>
        <w:tc>
          <w:tcPr>
            <w:tcW w:type="dxa" w:w="2041"/>
            <w:tcMar>
              <w:top w:w="65" w:type="dxa"/>
              <w:start w:w="60" w:type="dxa"/>
              <w:bottom w:w="65" w:type="dxa"/>
              <w:end w:w="60" w:type="dxa"/>
            </w:tcMar>
            <w:vAlign w:val="top"/>
            <w:shd w:fill="FAF9F6"/>
          </w:tcPr>
          <w:p>
            <w:pPr>
              <w:spacing w:after="0" w:line="240" w:lineRule="auto"/>
            </w:pPr>
            <w:r>
              <w:rPr>
                <w:rFonts w:ascii="Arial" w:hAnsi="Arial" w:eastAsia="Arial"/>
              </w:rPr>
            </w:r>
            <w:r>
              <w:rPr>
                <w:rFonts w:ascii="Arial" w:hAnsi="Arial" w:eastAsia="Arial"/>
                <w:b w:val="0"/>
                <w:i w:val="0"/>
                <w:sz w:val="15"/>
              </w:rPr>
              <w:t>Không nên nói quá nhiều</w:t>
            </w:r>
          </w:p>
        </w:tc>
        <w:tc>
          <w:tcPr>
            <w:tcW w:type="dxa" w:w="6746"/>
            <w:tcMar>
              <w:top w:w="65" w:type="dxa"/>
              <w:start w:w="60" w:type="dxa"/>
              <w:bottom w:w="65" w:type="dxa"/>
              <w:end w:w="60" w:type="dxa"/>
            </w:tcMar>
            <w:vAlign w:val="top"/>
            <w:shd w:fill="FAF9F6"/>
          </w:tcPr>
          <w:p>
            <w:pPr>
              <w:spacing w:after="0" w:line="240" w:lineRule="auto"/>
            </w:pPr>
            <w:r>
              <w:rPr>
                <w:rFonts w:ascii="Arial" w:hAnsi="Arial" w:eastAsia="Arial"/>
              </w:rPr>
            </w:r>
            <w:r>
              <w:rPr>
                <w:rFonts w:ascii="Arial" w:hAnsi="Arial" w:eastAsia="Arial"/>
                <w:b w:val="0"/>
                <w:i w:val="0"/>
                <w:sz w:val="15"/>
              </w:rPr>
              <w:t>Nhà thầu số 1, rẻ nhất, làm tất cả, cam kết không phát sinh, đảm bảo đẹp tuyệt đối, thay thế mọi chuyên gia.</w:t>
            </w:r>
          </w:p>
        </w:tc>
      </w:tr>
      <w:tr>
        <w:tc>
          <w:tcPr>
            <w:tcW w:type="dxa" w:w="2041"/>
            <w:tcMar>
              <w:top w:w="65" w:type="dxa"/>
              <w:start w:w="60" w:type="dxa"/>
              <w:bottom w:w="65" w:type="dxa"/>
              <w:end w:w="60" w:type="dxa"/>
            </w:tcMar>
            <w:vAlign w:val="top"/>
          </w:tcPr>
          <w:p>
            <w:pPr>
              <w:spacing w:after="0" w:line="240" w:lineRule="auto"/>
            </w:pPr>
            <w:r>
              <w:rPr>
                <w:rFonts w:ascii="Arial" w:hAnsi="Arial" w:eastAsia="Arial"/>
              </w:rPr>
            </w:r>
            <w:r>
              <w:rPr>
                <w:rFonts w:ascii="Arial" w:hAnsi="Arial" w:eastAsia="Arial"/>
                <w:b w:val="0"/>
                <w:i w:val="0"/>
                <w:sz w:val="15"/>
              </w:rPr>
              <w:t>Nên nói</w:t>
            </w:r>
          </w:p>
        </w:tc>
        <w:tc>
          <w:tcPr>
            <w:tcW w:type="dxa" w:w="6746"/>
            <w:tcMar>
              <w:top w:w="65" w:type="dxa"/>
              <w:start w:w="60" w:type="dxa"/>
              <w:bottom w:w="65" w:type="dxa"/>
              <w:end w:w="60" w:type="dxa"/>
            </w:tcMar>
            <w:vAlign w:val="top"/>
          </w:tcPr>
          <w:p>
            <w:pPr>
              <w:spacing w:after="0" w:line="240" w:lineRule="auto"/>
            </w:pPr>
            <w:r>
              <w:rPr>
                <w:rFonts w:ascii="Arial" w:hAnsi="Arial" w:eastAsia="Arial"/>
              </w:rPr>
            </w:r>
            <w:r>
              <w:rPr>
                <w:rFonts w:ascii="Arial" w:hAnsi="Arial" w:eastAsia="Arial"/>
                <w:b w:val="0"/>
                <w:i w:val="0"/>
                <w:sz w:val="15"/>
              </w:rPr>
              <w:t>Tư vấn độc lập, điều phối, đại diện khách hàng, kiểm soát quyết định, rà báo giá, kết nối đối tác, nghiệm thu theo checklist.</w:t>
            </w:r>
          </w:p>
        </w:tc>
      </w:tr>
      <w:tr>
        <w:tc>
          <w:tcPr>
            <w:tcW w:type="dxa" w:w="2041"/>
            <w:tcMar>
              <w:top w:w="65" w:type="dxa"/>
              <w:start w:w="60" w:type="dxa"/>
              <w:bottom w:w="65" w:type="dxa"/>
              <w:end w:w="60" w:type="dxa"/>
            </w:tcMar>
            <w:vAlign w:val="top"/>
            <w:shd w:fill="FAF9F6"/>
          </w:tcPr>
          <w:p>
            <w:pPr>
              <w:spacing w:after="0" w:line="240" w:lineRule="auto"/>
            </w:pPr>
            <w:r>
              <w:rPr>
                <w:rFonts w:ascii="Arial" w:hAnsi="Arial" w:eastAsia="Arial"/>
              </w:rPr>
            </w:r>
            <w:r>
              <w:rPr>
                <w:rFonts w:ascii="Arial" w:hAnsi="Arial" w:eastAsia="Arial"/>
                <w:b w:val="0"/>
                <w:i w:val="0"/>
                <w:sz w:val="15"/>
              </w:rPr>
              <w:t>Cảm xúc thương hiệu</w:t>
            </w:r>
          </w:p>
        </w:tc>
        <w:tc>
          <w:tcPr>
            <w:tcW w:type="dxa" w:w="6746"/>
            <w:tcMar>
              <w:top w:w="65" w:type="dxa"/>
              <w:start w:w="60" w:type="dxa"/>
              <w:bottom w:w="65" w:type="dxa"/>
              <w:end w:w="60" w:type="dxa"/>
            </w:tcMar>
            <w:vAlign w:val="top"/>
            <w:shd w:fill="FAF9F6"/>
          </w:tcPr>
          <w:p>
            <w:pPr>
              <w:spacing w:after="0" w:line="240" w:lineRule="auto"/>
            </w:pPr>
            <w:r>
              <w:rPr>
                <w:rFonts w:ascii="Arial" w:hAnsi="Arial" w:eastAsia="Arial"/>
              </w:rPr>
            </w:r>
            <w:r>
              <w:rPr>
                <w:rFonts w:ascii="Arial" w:hAnsi="Arial" w:eastAsia="Arial"/>
                <w:b w:val="0"/>
                <w:i w:val="0"/>
                <w:sz w:val="15"/>
              </w:rPr>
              <w:t>Tin cậy, tinh tế, có gu, kín đáo, chuyên nghiệp, có nền tảng ngành, không phô trương.</w:t>
            </w:r>
          </w:p>
        </w:tc>
      </w:tr>
      <w:tr>
        <w:tc>
          <w:tcPr>
            <w:tcW w:type="dxa" w:w="2041"/>
            <w:tcMar>
              <w:top w:w="65" w:type="dxa"/>
              <w:start w:w="60" w:type="dxa"/>
              <w:bottom w:w="65" w:type="dxa"/>
              <w:end w:w="60" w:type="dxa"/>
            </w:tcMar>
            <w:vAlign w:val="top"/>
          </w:tcPr>
          <w:p>
            <w:pPr>
              <w:spacing w:after="0" w:line="240" w:lineRule="auto"/>
            </w:pPr>
            <w:r>
              <w:rPr>
                <w:rFonts w:ascii="Arial" w:hAnsi="Arial" w:eastAsia="Arial"/>
              </w:rPr>
            </w:r>
            <w:r>
              <w:rPr>
                <w:rFonts w:ascii="Arial" w:hAnsi="Arial" w:eastAsia="Arial"/>
                <w:b w:val="0"/>
                <w:i w:val="0"/>
                <w:sz w:val="15"/>
              </w:rPr>
              <w:t>Câu slogan hướng khách hàng</w:t>
            </w:r>
          </w:p>
        </w:tc>
        <w:tc>
          <w:tcPr>
            <w:tcW w:type="dxa" w:w="6746"/>
            <w:tcMar>
              <w:top w:w="65" w:type="dxa"/>
              <w:start w:w="60" w:type="dxa"/>
              <w:bottom w:w="65" w:type="dxa"/>
              <w:end w:w="60" w:type="dxa"/>
            </w:tcMar>
            <w:vAlign w:val="top"/>
          </w:tcPr>
          <w:p>
            <w:pPr>
              <w:spacing w:after="0" w:line="240" w:lineRule="auto"/>
            </w:pPr>
            <w:r>
              <w:rPr>
                <w:rFonts w:ascii="Arial" w:hAnsi="Arial" w:eastAsia="Arial"/>
              </w:rPr>
            </w:r>
            <w:r>
              <w:rPr>
                <w:rFonts w:ascii="Arial" w:hAnsi="Arial" w:eastAsia="Arial"/>
                <w:b w:val="0"/>
                <w:i w:val="0"/>
                <w:sz w:val="15"/>
              </w:rPr>
              <w:t>Từ ý tưởng đến căn nhà hoàn thiện - có người trong ngành đứng cùng anh/chị.</w:t>
            </w:r>
          </w:p>
        </w:tc>
      </w:tr>
      <w:tr>
        <w:tc>
          <w:tcPr>
            <w:tcW w:type="dxa" w:w="2041"/>
            <w:tcMar>
              <w:top w:w="65" w:type="dxa"/>
              <w:start w:w="60" w:type="dxa"/>
              <w:bottom w:w="65" w:type="dxa"/>
              <w:end w:w="60" w:type="dxa"/>
            </w:tcMar>
            <w:vAlign w:val="top"/>
            <w:shd w:fill="FAF9F6"/>
          </w:tcPr>
          <w:p>
            <w:pPr>
              <w:spacing w:after="0" w:line="240" w:lineRule="auto"/>
            </w:pPr>
            <w:r>
              <w:rPr>
                <w:rFonts w:ascii="Arial" w:hAnsi="Arial" w:eastAsia="Arial"/>
              </w:rPr>
            </w:r>
            <w:r>
              <w:rPr>
                <w:rFonts w:ascii="Arial" w:hAnsi="Arial" w:eastAsia="Arial"/>
                <w:b w:val="0"/>
                <w:i w:val="0"/>
                <w:sz w:val="15"/>
              </w:rPr>
              <w:t>Câu slogan hướng quy trình</w:t>
            </w:r>
          </w:p>
        </w:tc>
        <w:tc>
          <w:tcPr>
            <w:tcW w:type="dxa" w:w="6746"/>
            <w:tcMar>
              <w:top w:w="65" w:type="dxa"/>
              <w:start w:w="60" w:type="dxa"/>
              <w:bottom w:w="65" w:type="dxa"/>
              <w:end w:w="60" w:type="dxa"/>
            </w:tcMar>
            <w:vAlign w:val="top"/>
            <w:shd w:fill="FAF9F6"/>
          </w:tcPr>
          <w:p>
            <w:pPr>
              <w:spacing w:after="0" w:line="240" w:lineRule="auto"/>
            </w:pPr>
            <w:r>
              <w:rPr>
                <w:rFonts w:ascii="Arial" w:hAnsi="Arial" w:eastAsia="Arial"/>
              </w:rPr>
            </w:r>
            <w:r>
              <w:rPr>
                <w:rFonts w:ascii="Arial" w:hAnsi="Arial" w:eastAsia="Arial"/>
                <w:b w:val="0"/>
                <w:i w:val="0"/>
                <w:sz w:val="15"/>
              </w:rPr>
              <w:t>Chia nhỏ hành trình làm nhà để mỗi quyết định đều rõ ràng hơn.</w:t>
            </w:r>
          </w:p>
        </w:tc>
      </w:tr>
    </w:tbl>
    <w:p>
      <w:pPr>
        <w:pStyle w:val="Heading1"/>
        <w:spacing w:before="200" w:after="100"/>
        <w:pBdr>
          <w:bottom w:val="single" w:sz="12" w:space="4" w:color="C8A96A"/>
        </w:pBdr>
      </w:pPr>
      <w:r>
        <w:rPr>
          <w:rFonts w:ascii="Arial" w:hAnsi="Arial" w:eastAsia="Arial"/>
          <w:b/>
          <w:i w:val="0"/>
          <w:color w:val="2F3338"/>
          <w:sz w:val="31"/>
        </w:rPr>
        <w:t>47. KẾ HOẠCH CẬP NHẬT HỒ SƠ NĂNG LỰC SAU KHI CÓ DỰ ÁN THẬT</w:t>
      </w:r>
    </w:p>
    <w:p>
      <w:pPr>
        <w:spacing w:before="0" w:after="80" w:line="254" w:lineRule="auto"/>
      </w:pPr>
      <w:r>
        <w:rPr>
          <w:rFonts w:ascii="Arial" w:hAnsi="Arial" w:eastAsia="Arial"/>
          <w:b w:val="0"/>
          <w:i w:val="0"/>
          <w:sz w:val="18"/>
        </w:rPr>
        <w:t>Bản hồ sơ hiện tại là bản định vị và giới thiệu năng lực phương pháp. Sau khi ARCOVA có khách hàng và dự án thực tế, hồ sơ nên được cập nhật liên tục để tăng sức thuyết phục.</w:t>
      </w:r>
    </w:p>
    <w:tbl>
      <w:tblPr>
        <w:tblStyle w:val="TableGrid"/>
        <w:tblW w:type="auto" w:w="0"/>
        <w:jc w:val="center"/>
        <w:tblLook w:firstColumn="1" w:firstRow="1" w:lastColumn="0" w:lastRow="0" w:noHBand="0" w:noVBand="1" w:val="04A0"/>
        <w:tblBorders>
          <w:top w:val="single" w:sz="5" w:space="0" w:color="E7D2A5"/>
          <w:left w:val="single" w:sz="5" w:space="0" w:color="E7D2A5"/>
          <w:bottom w:val="single" w:sz="5" w:space="0" w:color="E7D2A5"/>
          <w:right w:val="single" w:sz="5" w:space="0" w:color="E7D2A5"/>
          <w:insideH w:val="single" w:sz="5" w:space="0" w:color="E7D2A5"/>
          <w:insideV w:val="single" w:sz="5" w:space="0" w:color="E7D2A5"/>
        </w:tblBorders>
      </w:tblPr>
      <w:tblGrid>
        <w:gridCol w:w="3494"/>
        <w:gridCol w:w="3494"/>
        <w:gridCol w:w="3494"/>
      </w:tblGrid>
      <w:tr>
        <w:trPr>
          <w:tblHeader w:val="true"/>
        </w:trPr>
        <w:tc>
          <w:tcPr>
            <w:tcW w:type="dxa" w:w="1701"/>
            <w:shd w:fill="C8A96A"/>
            <w:tcMar>
              <w:top w:w="75" w:type="dxa"/>
              <w:start w:w="65" w:type="dxa"/>
              <w:bottom w:w="75" w:type="dxa"/>
              <w:end w:w="65" w:type="dxa"/>
            </w:tcMar>
          </w:tcPr>
          <w:p>
            <w:pPr>
              <w:spacing w:after="0" w:line="240" w:lineRule="auto"/>
              <w:jc w:val="center"/>
            </w:pPr>
            <w:r>
              <w:rPr>
                <w:rFonts w:ascii="Arial" w:hAnsi="Arial" w:eastAsia="Arial"/>
              </w:rPr>
            </w:r>
            <w:r>
              <w:rPr>
                <w:rFonts w:ascii="Arial" w:hAnsi="Arial" w:eastAsia="Arial"/>
                <w:b/>
                <w:i w:val="0"/>
                <w:color w:val="FFFFFF"/>
                <w:sz w:val="15"/>
              </w:rPr>
              <w:t>Giai đoạn</w:t>
            </w:r>
          </w:p>
        </w:tc>
        <w:tc>
          <w:tcPr>
            <w:tcW w:type="dxa" w:w="4422"/>
            <w:shd w:fill="C8A96A"/>
            <w:tcMar>
              <w:top w:w="75" w:type="dxa"/>
              <w:start w:w="65" w:type="dxa"/>
              <w:bottom w:w="75" w:type="dxa"/>
              <w:end w:w="65" w:type="dxa"/>
            </w:tcMar>
          </w:tcPr>
          <w:p>
            <w:pPr>
              <w:spacing w:after="0" w:line="240" w:lineRule="auto"/>
              <w:jc w:val="center"/>
            </w:pPr>
            <w:r>
              <w:rPr>
                <w:rFonts w:ascii="Arial" w:hAnsi="Arial" w:eastAsia="Arial"/>
              </w:rPr>
            </w:r>
            <w:r>
              <w:rPr>
                <w:rFonts w:ascii="Arial" w:hAnsi="Arial" w:eastAsia="Arial"/>
                <w:b/>
                <w:i w:val="0"/>
                <w:color w:val="FFFFFF"/>
                <w:sz w:val="15"/>
              </w:rPr>
              <w:t>Việc cần làm</w:t>
            </w:r>
          </w:p>
        </w:tc>
        <w:tc>
          <w:tcPr>
            <w:tcW w:type="dxa" w:w="2665"/>
            <w:shd w:fill="C8A96A"/>
            <w:tcMar>
              <w:top w:w="75" w:type="dxa"/>
              <w:start w:w="65" w:type="dxa"/>
              <w:bottom w:w="75" w:type="dxa"/>
              <w:end w:w="65" w:type="dxa"/>
            </w:tcMar>
          </w:tcPr>
          <w:p>
            <w:pPr>
              <w:spacing w:after="0" w:line="240" w:lineRule="auto"/>
              <w:jc w:val="center"/>
            </w:pPr>
            <w:r>
              <w:rPr>
                <w:rFonts w:ascii="Arial" w:hAnsi="Arial" w:eastAsia="Arial"/>
              </w:rPr>
            </w:r>
            <w:r>
              <w:rPr>
                <w:rFonts w:ascii="Arial" w:hAnsi="Arial" w:eastAsia="Arial"/>
                <w:b/>
                <w:i w:val="0"/>
                <w:color w:val="FFFFFF"/>
                <w:sz w:val="15"/>
              </w:rPr>
              <w:t>Kết quả</w:t>
            </w:r>
          </w:p>
        </w:tc>
      </w:tr>
      <w:tr>
        <w:tc>
          <w:tcPr>
            <w:tcW w:type="dxa" w:w="1701"/>
            <w:tcMar>
              <w:top w:w="65" w:type="dxa"/>
              <w:start w:w="60" w:type="dxa"/>
              <w:bottom w:w="65" w:type="dxa"/>
              <w:end w:w="60" w:type="dxa"/>
            </w:tcMar>
            <w:vAlign w:val="top"/>
          </w:tcPr>
          <w:p>
            <w:pPr>
              <w:spacing w:after="0" w:line="240" w:lineRule="auto"/>
            </w:pPr>
            <w:r>
              <w:rPr>
                <w:rFonts w:ascii="Arial" w:hAnsi="Arial" w:eastAsia="Arial"/>
              </w:rPr>
            </w:r>
            <w:r>
              <w:rPr>
                <w:rFonts w:ascii="Arial" w:hAnsi="Arial" w:eastAsia="Arial"/>
                <w:b w:val="0"/>
                <w:i w:val="0"/>
                <w:sz w:val="15"/>
              </w:rPr>
              <w:t>Giai đoạn 1</w:t>
            </w:r>
          </w:p>
        </w:tc>
        <w:tc>
          <w:tcPr>
            <w:tcW w:type="dxa" w:w="4422"/>
            <w:tcMar>
              <w:top w:w="65" w:type="dxa"/>
              <w:start w:w="60" w:type="dxa"/>
              <w:bottom w:w="65" w:type="dxa"/>
              <w:end w:w="60" w:type="dxa"/>
            </w:tcMar>
            <w:vAlign w:val="top"/>
          </w:tcPr>
          <w:p>
            <w:pPr>
              <w:spacing w:after="0" w:line="240" w:lineRule="auto"/>
            </w:pPr>
            <w:r>
              <w:rPr>
                <w:rFonts w:ascii="Arial" w:hAnsi="Arial" w:eastAsia="Arial"/>
              </w:rPr>
            </w:r>
            <w:r>
              <w:rPr>
                <w:rFonts w:ascii="Arial" w:hAnsi="Arial" w:eastAsia="Arial"/>
                <w:b w:val="0"/>
                <w:i w:val="0"/>
                <w:sz w:val="15"/>
              </w:rPr>
              <w:t>Dùng bản hiện tại để giới thiệu, lấy lead, tư vấn thử, chốt các gói nhỏ.</w:t>
            </w:r>
          </w:p>
        </w:tc>
        <w:tc>
          <w:tcPr>
            <w:tcW w:type="dxa" w:w="2665"/>
            <w:tcMar>
              <w:top w:w="65" w:type="dxa"/>
              <w:start w:w="60" w:type="dxa"/>
              <w:bottom w:w="65" w:type="dxa"/>
              <w:end w:w="60" w:type="dxa"/>
            </w:tcMar>
            <w:vAlign w:val="top"/>
          </w:tcPr>
          <w:p>
            <w:pPr>
              <w:spacing w:after="0" w:line="240" w:lineRule="auto"/>
            </w:pPr>
            <w:r>
              <w:rPr>
                <w:rFonts w:ascii="Arial" w:hAnsi="Arial" w:eastAsia="Arial"/>
              </w:rPr>
            </w:r>
            <w:r>
              <w:rPr>
                <w:rFonts w:ascii="Arial" w:hAnsi="Arial" w:eastAsia="Arial"/>
                <w:b w:val="0"/>
                <w:i w:val="0"/>
                <w:sz w:val="15"/>
              </w:rPr>
              <w:t>Có dữ liệu câu hỏi khách hàng, nhu cầu thật, mẫu báo cáo đầu ra.</w:t>
            </w:r>
          </w:p>
        </w:tc>
      </w:tr>
      <w:tr>
        <w:tc>
          <w:tcPr>
            <w:tcW w:type="dxa" w:w="1701"/>
            <w:tcMar>
              <w:top w:w="65" w:type="dxa"/>
              <w:start w:w="60" w:type="dxa"/>
              <w:bottom w:w="65" w:type="dxa"/>
              <w:end w:w="60" w:type="dxa"/>
            </w:tcMar>
            <w:vAlign w:val="top"/>
            <w:shd w:fill="FAF9F6"/>
          </w:tcPr>
          <w:p>
            <w:pPr>
              <w:spacing w:after="0" w:line="240" w:lineRule="auto"/>
            </w:pPr>
            <w:r>
              <w:rPr>
                <w:rFonts w:ascii="Arial" w:hAnsi="Arial" w:eastAsia="Arial"/>
              </w:rPr>
            </w:r>
            <w:r>
              <w:rPr>
                <w:rFonts w:ascii="Arial" w:hAnsi="Arial" w:eastAsia="Arial"/>
                <w:b w:val="0"/>
                <w:i w:val="0"/>
                <w:sz w:val="15"/>
              </w:rPr>
              <w:t>Giai đoạn 2</w:t>
            </w:r>
          </w:p>
        </w:tc>
        <w:tc>
          <w:tcPr>
            <w:tcW w:type="dxa" w:w="4422"/>
            <w:tcMar>
              <w:top w:w="65" w:type="dxa"/>
              <w:start w:w="60" w:type="dxa"/>
              <w:bottom w:w="65" w:type="dxa"/>
              <w:end w:w="60" w:type="dxa"/>
            </w:tcMar>
            <w:vAlign w:val="top"/>
            <w:shd w:fill="FAF9F6"/>
          </w:tcPr>
          <w:p>
            <w:pPr>
              <w:spacing w:after="0" w:line="240" w:lineRule="auto"/>
            </w:pPr>
            <w:r>
              <w:rPr>
                <w:rFonts w:ascii="Arial" w:hAnsi="Arial" w:eastAsia="Arial"/>
              </w:rPr>
            </w:r>
            <w:r>
              <w:rPr>
                <w:rFonts w:ascii="Arial" w:hAnsi="Arial" w:eastAsia="Arial"/>
                <w:b w:val="0"/>
                <w:i w:val="0"/>
                <w:sz w:val="15"/>
              </w:rPr>
              <w:t>Hoàn thiện 3-5 case study đầu tiên, có ảnh trước/sau, vấn đề, giải pháp, giá trị tạo ra.</w:t>
            </w:r>
          </w:p>
        </w:tc>
        <w:tc>
          <w:tcPr>
            <w:tcW w:type="dxa" w:w="2665"/>
            <w:tcMar>
              <w:top w:w="65" w:type="dxa"/>
              <w:start w:w="60" w:type="dxa"/>
              <w:bottom w:w="65" w:type="dxa"/>
              <w:end w:w="60" w:type="dxa"/>
            </w:tcMar>
            <w:vAlign w:val="top"/>
            <w:shd w:fill="FAF9F6"/>
          </w:tcPr>
          <w:p>
            <w:pPr>
              <w:spacing w:after="0" w:line="240" w:lineRule="auto"/>
            </w:pPr>
            <w:r>
              <w:rPr>
                <w:rFonts w:ascii="Arial" w:hAnsi="Arial" w:eastAsia="Arial"/>
              </w:rPr>
            </w:r>
            <w:r>
              <w:rPr>
                <w:rFonts w:ascii="Arial" w:hAnsi="Arial" w:eastAsia="Arial"/>
                <w:b w:val="0"/>
                <w:i w:val="0"/>
                <w:sz w:val="15"/>
              </w:rPr>
              <w:t>Tăng niềm tin bán hàng.</w:t>
            </w:r>
          </w:p>
        </w:tc>
      </w:tr>
      <w:tr>
        <w:tc>
          <w:tcPr>
            <w:tcW w:type="dxa" w:w="1701"/>
            <w:tcMar>
              <w:top w:w="65" w:type="dxa"/>
              <w:start w:w="60" w:type="dxa"/>
              <w:bottom w:w="65" w:type="dxa"/>
              <w:end w:w="60" w:type="dxa"/>
            </w:tcMar>
            <w:vAlign w:val="top"/>
          </w:tcPr>
          <w:p>
            <w:pPr>
              <w:spacing w:after="0" w:line="240" w:lineRule="auto"/>
            </w:pPr>
            <w:r>
              <w:rPr>
                <w:rFonts w:ascii="Arial" w:hAnsi="Arial" w:eastAsia="Arial"/>
              </w:rPr>
            </w:r>
            <w:r>
              <w:rPr>
                <w:rFonts w:ascii="Arial" w:hAnsi="Arial" w:eastAsia="Arial"/>
                <w:b w:val="0"/>
                <w:i w:val="0"/>
                <w:sz w:val="15"/>
              </w:rPr>
              <w:t>Giai đoạn 3</w:t>
            </w:r>
          </w:p>
        </w:tc>
        <w:tc>
          <w:tcPr>
            <w:tcW w:type="dxa" w:w="4422"/>
            <w:tcMar>
              <w:top w:w="65" w:type="dxa"/>
              <w:start w:w="60" w:type="dxa"/>
              <w:bottom w:w="65" w:type="dxa"/>
              <w:end w:w="60" w:type="dxa"/>
            </w:tcMar>
            <w:vAlign w:val="top"/>
          </w:tcPr>
          <w:p>
            <w:pPr>
              <w:spacing w:after="0" w:line="240" w:lineRule="auto"/>
            </w:pPr>
            <w:r>
              <w:rPr>
                <w:rFonts w:ascii="Arial" w:hAnsi="Arial" w:eastAsia="Arial"/>
              </w:rPr>
            </w:r>
            <w:r>
              <w:rPr>
                <w:rFonts w:ascii="Arial" w:hAnsi="Arial" w:eastAsia="Arial"/>
                <w:b w:val="0"/>
                <w:i w:val="0"/>
                <w:sz w:val="15"/>
              </w:rPr>
              <w:t>Xây bộ đối tác được phân hạng: thiết kế, thầu, xưởng, vật liệu, thiết bị, đồ rời.</w:t>
            </w:r>
          </w:p>
        </w:tc>
        <w:tc>
          <w:tcPr>
            <w:tcW w:type="dxa" w:w="2665"/>
            <w:tcMar>
              <w:top w:w="65" w:type="dxa"/>
              <w:start w:w="60" w:type="dxa"/>
              <w:bottom w:w="65" w:type="dxa"/>
              <w:end w:w="60" w:type="dxa"/>
            </w:tcMar>
            <w:vAlign w:val="top"/>
          </w:tcPr>
          <w:p>
            <w:pPr>
              <w:spacing w:after="0" w:line="240" w:lineRule="auto"/>
            </w:pPr>
            <w:r>
              <w:rPr>
                <w:rFonts w:ascii="Arial" w:hAnsi="Arial" w:eastAsia="Arial"/>
              </w:rPr>
            </w:r>
            <w:r>
              <w:rPr>
                <w:rFonts w:ascii="Arial" w:hAnsi="Arial" w:eastAsia="Arial"/>
                <w:b w:val="0"/>
                <w:i w:val="0"/>
                <w:sz w:val="15"/>
              </w:rPr>
              <w:t>Tạo hệ sinh thái triển khai ổn định.</w:t>
            </w:r>
          </w:p>
        </w:tc>
      </w:tr>
      <w:tr>
        <w:tc>
          <w:tcPr>
            <w:tcW w:type="dxa" w:w="1701"/>
            <w:tcMar>
              <w:top w:w="65" w:type="dxa"/>
              <w:start w:w="60" w:type="dxa"/>
              <w:bottom w:w="65" w:type="dxa"/>
              <w:end w:w="60" w:type="dxa"/>
            </w:tcMar>
            <w:vAlign w:val="top"/>
            <w:shd w:fill="FAF9F6"/>
          </w:tcPr>
          <w:p>
            <w:pPr>
              <w:spacing w:after="0" w:line="240" w:lineRule="auto"/>
            </w:pPr>
            <w:r>
              <w:rPr>
                <w:rFonts w:ascii="Arial" w:hAnsi="Arial" w:eastAsia="Arial"/>
              </w:rPr>
            </w:r>
            <w:r>
              <w:rPr>
                <w:rFonts w:ascii="Arial" w:hAnsi="Arial" w:eastAsia="Arial"/>
                <w:b w:val="0"/>
                <w:i w:val="0"/>
                <w:sz w:val="15"/>
              </w:rPr>
              <w:t>Giai đoạn 4</w:t>
            </w:r>
          </w:p>
        </w:tc>
        <w:tc>
          <w:tcPr>
            <w:tcW w:type="dxa" w:w="4422"/>
            <w:tcMar>
              <w:top w:w="65" w:type="dxa"/>
              <w:start w:w="60" w:type="dxa"/>
              <w:bottom w:w="65" w:type="dxa"/>
              <w:end w:w="60" w:type="dxa"/>
            </w:tcMar>
            <w:vAlign w:val="top"/>
            <w:shd w:fill="FAF9F6"/>
          </w:tcPr>
          <w:p>
            <w:pPr>
              <w:spacing w:after="0" w:line="240" w:lineRule="auto"/>
            </w:pPr>
            <w:r>
              <w:rPr>
                <w:rFonts w:ascii="Arial" w:hAnsi="Arial" w:eastAsia="Arial"/>
              </w:rPr>
            </w:r>
            <w:r>
              <w:rPr>
                <w:rFonts w:ascii="Arial" w:hAnsi="Arial" w:eastAsia="Arial"/>
                <w:b w:val="0"/>
                <w:i w:val="0"/>
                <w:sz w:val="15"/>
              </w:rPr>
              <w:t>Chuẩn hóa báo giá gói A0-F5, mẫu hợp đồng, mẫu biên bản, quy trình thanh toán.</w:t>
            </w:r>
          </w:p>
        </w:tc>
        <w:tc>
          <w:tcPr>
            <w:tcW w:type="dxa" w:w="2665"/>
            <w:tcMar>
              <w:top w:w="65" w:type="dxa"/>
              <w:start w:w="60" w:type="dxa"/>
              <w:bottom w:w="65" w:type="dxa"/>
              <w:end w:w="60" w:type="dxa"/>
            </w:tcMar>
            <w:vAlign w:val="top"/>
            <w:shd w:fill="FAF9F6"/>
          </w:tcPr>
          <w:p>
            <w:pPr>
              <w:spacing w:after="0" w:line="240" w:lineRule="auto"/>
            </w:pPr>
            <w:r>
              <w:rPr>
                <w:rFonts w:ascii="Arial" w:hAnsi="Arial" w:eastAsia="Arial"/>
              </w:rPr>
            </w:r>
            <w:r>
              <w:rPr>
                <w:rFonts w:ascii="Arial" w:hAnsi="Arial" w:eastAsia="Arial"/>
                <w:b w:val="0"/>
                <w:i w:val="0"/>
                <w:sz w:val="15"/>
              </w:rPr>
              <w:t>Dễ nhân rộng và dễ thu tiền.</w:t>
            </w:r>
          </w:p>
        </w:tc>
      </w:tr>
      <w:tr>
        <w:tc>
          <w:tcPr>
            <w:tcW w:type="dxa" w:w="1701"/>
            <w:tcMar>
              <w:top w:w="65" w:type="dxa"/>
              <w:start w:w="60" w:type="dxa"/>
              <w:bottom w:w="65" w:type="dxa"/>
              <w:end w:w="60" w:type="dxa"/>
            </w:tcMar>
            <w:vAlign w:val="top"/>
          </w:tcPr>
          <w:p>
            <w:pPr>
              <w:spacing w:after="0" w:line="240" w:lineRule="auto"/>
            </w:pPr>
            <w:r>
              <w:rPr>
                <w:rFonts w:ascii="Arial" w:hAnsi="Arial" w:eastAsia="Arial"/>
              </w:rPr>
            </w:r>
            <w:r>
              <w:rPr>
                <w:rFonts w:ascii="Arial" w:hAnsi="Arial" w:eastAsia="Arial"/>
                <w:b w:val="0"/>
                <w:i w:val="0"/>
                <w:sz w:val="15"/>
              </w:rPr>
              <w:t>Giai đoạn 5</w:t>
            </w:r>
          </w:p>
        </w:tc>
        <w:tc>
          <w:tcPr>
            <w:tcW w:type="dxa" w:w="4422"/>
            <w:tcMar>
              <w:top w:w="65" w:type="dxa"/>
              <w:start w:w="60" w:type="dxa"/>
              <w:bottom w:w="65" w:type="dxa"/>
              <w:end w:w="60" w:type="dxa"/>
            </w:tcMar>
            <w:vAlign w:val="top"/>
          </w:tcPr>
          <w:p>
            <w:pPr>
              <w:spacing w:after="0" w:line="240" w:lineRule="auto"/>
            </w:pPr>
            <w:r>
              <w:rPr>
                <w:rFonts w:ascii="Arial" w:hAnsi="Arial" w:eastAsia="Arial"/>
              </w:rPr>
            </w:r>
            <w:r>
              <w:rPr>
                <w:rFonts w:ascii="Arial" w:hAnsi="Arial" w:eastAsia="Arial"/>
                <w:b w:val="0"/>
                <w:i w:val="0"/>
                <w:sz w:val="15"/>
              </w:rPr>
              <w:t>Tích hợp website, chatbot, CRM, hồ sơ năng lực PDF/Word, proposal tự động.</w:t>
            </w:r>
          </w:p>
        </w:tc>
        <w:tc>
          <w:tcPr>
            <w:tcW w:type="dxa" w:w="2665"/>
            <w:tcMar>
              <w:top w:w="65" w:type="dxa"/>
              <w:start w:w="60" w:type="dxa"/>
              <w:bottom w:w="65" w:type="dxa"/>
              <w:end w:w="60" w:type="dxa"/>
            </w:tcMar>
            <w:vAlign w:val="top"/>
          </w:tcPr>
          <w:p>
            <w:pPr>
              <w:spacing w:after="0" w:line="240" w:lineRule="auto"/>
            </w:pPr>
            <w:r>
              <w:rPr>
                <w:rFonts w:ascii="Arial" w:hAnsi="Arial" w:eastAsia="Arial"/>
              </w:rPr>
            </w:r>
            <w:r>
              <w:rPr>
                <w:rFonts w:ascii="Arial" w:hAnsi="Arial" w:eastAsia="Arial"/>
                <w:b w:val="0"/>
                <w:i w:val="0"/>
                <w:sz w:val="15"/>
              </w:rPr>
              <w:t>Vận hành theo mô hình AI-first.</w:t>
            </w:r>
          </w:p>
        </w:tc>
      </w:tr>
    </w:tbl>
    <w:p>
      <w:pPr>
        <w:pStyle w:val="Heading1"/>
        <w:spacing w:before="200" w:after="100"/>
        <w:pBdr>
          <w:bottom w:val="single" w:sz="12" w:space="4" w:color="C8A96A"/>
        </w:pBdr>
      </w:pPr>
      <w:r>
        <w:rPr>
          <w:rFonts w:ascii="Arial" w:hAnsi="Arial" w:eastAsia="Arial"/>
          <w:b/>
          <w:i w:val="0"/>
          <w:color w:val="2F3338"/>
          <w:sz w:val="31"/>
        </w:rPr>
        <w:t>48. KẾT LUẬN MỞ RỘNG</w:t>
      </w:r>
    </w:p>
    <w:p>
      <w:pPr>
        <w:spacing w:before="0" w:after="80" w:line="254" w:lineRule="auto"/>
      </w:pPr>
      <w:r>
        <w:rPr>
          <w:rFonts w:ascii="Arial" w:hAnsi="Arial" w:eastAsia="Arial"/>
          <w:b w:val="0"/>
          <w:i w:val="0"/>
          <w:sz w:val="18"/>
        </w:rPr>
        <w:t>ARCOVA nên được nhìn nhận như một “project organizer” cho hành trình làm nhà của khách hàng. Trong thị trường có quá nhiều bên bán thiết kế, bán thi công, bán vật liệu và bán đồ nội thất, ARCOVA chọn vị trí khác: đứng cùng chủ nhà để tổ chức thông tin, chia nhỏ quyết định, kiểm soát phạm vi và kết nối đúng người đúng việc.</w:t>
      </w:r>
    </w:p>
    <w:p>
      <w:pPr>
        <w:spacing w:before="0" w:after="80" w:line="254" w:lineRule="auto"/>
      </w:pPr>
      <w:r>
        <w:rPr>
          <w:rFonts w:ascii="Arial" w:hAnsi="Arial" w:eastAsia="Arial"/>
          <w:b w:val="0"/>
          <w:i w:val="0"/>
          <w:sz w:val="18"/>
        </w:rPr>
        <w:t>Định vị này đặc biệt phù hợp với giai đoạn đầu của công ty: chưa cần bộ máy nhân sự lớn, chưa cần tự ôm toàn bộ thi công, vẫn có thể tạo giá trị cao nhờ kinh nghiệm ngành, tư duy kỹ thuật, khả năng tổ chức và hệ thống AI hỗ trợ. Khi khách cần sâu hơn, ARCOVA có thể bán gói premium; khi khách chỉ cần một phần, ARCOVA bán gói nhỏ có đầu ra rõ ràng.</w:t>
      </w:r>
    </w:p>
    <w:tbl>
      <w:tblPr>
        <w:tblW w:type="auto" w:w="0"/>
        <w:jc w:val="center"/>
        <w:tblLook w:firstColumn="1" w:firstRow="1" w:lastColumn="0" w:lastRow="0" w:noHBand="0" w:noVBand="1" w:val="04A0"/>
        <w:tblBorders>
          <w:top w:val="single" w:sz="5" w:space="0" w:color="E7D2A5"/>
          <w:left w:val="single" w:sz="5" w:space="0" w:color="E7D2A5"/>
          <w:bottom w:val="single" w:sz="5" w:space="0" w:color="E7D2A5"/>
          <w:right w:val="single" w:sz="5" w:space="0" w:color="E7D2A5"/>
          <w:insideH w:val="single" w:sz="5" w:space="0" w:color="E7D2A5"/>
          <w:insideV w:val="single" w:sz="5" w:space="0" w:color="E7D2A5"/>
        </w:tblBorders>
      </w:tblPr>
      <w:tblGrid>
        <w:gridCol w:w="10482"/>
      </w:tblGrid>
      <w:tr>
        <w:tc>
          <w:tcPr>
            <w:tcW w:type="dxa" w:w="10482"/>
            <w:shd w:fill="FAF9F6"/>
            <w:tcMar>
              <w:top w:w="110" w:type="dxa"/>
              <w:start w:w="140" w:type="dxa"/>
              <w:bottom w:w="110" w:type="dxa"/>
              <w:end w:w="140" w:type="dxa"/>
            </w:tcMar>
          </w:tcPr>
          <w:p>
            <w:pPr>
              <w:spacing w:after="60"/>
            </w:pPr>
            <w:r>
              <w:rPr>
                <w:rFonts w:ascii="Arial" w:hAnsi="Arial" w:eastAsia="Arial"/>
                <w:b/>
                <w:i w:val="0"/>
                <w:color w:val="2F3338"/>
                <w:sz w:val="20"/>
              </w:rPr>
              <w:t>Lời chốt cuối hồ sơ</w:t>
            </w:r>
          </w:p>
          <w:p>
            <w:pPr>
              <w:spacing w:after="0" w:line="254" w:lineRule="auto"/>
            </w:pPr>
            <w:r>
              <w:rPr>
                <w:rFonts w:ascii="Arial" w:hAnsi="Arial" w:eastAsia="Arial"/>
                <w:b w:val="0"/>
                <w:i w:val="0"/>
                <w:color w:val="222222"/>
                <w:sz w:val="18"/>
              </w:rPr>
              <w:t>Làm nhà là một hành trình nhiều tiền, nhiều quyết định và nhiều rủi ro. ARCOVA giúp anh/chị đi hành trình đó rõ ràng hơn: bắt đầu đúng, chọn đúng người, kiểm soát đúng việc và nghiệm thu đúng cách.</w:t>
            </w:r>
          </w:p>
        </w:tc>
      </w:tr>
    </w:tbl>
    <w:p>
      <w:pPr>
        <w:spacing w:before="160"/>
        <w:jc w:val="center"/>
      </w:pPr>
      <w:r>
        <w:rPr>
          <w:rFonts w:ascii="Arial" w:hAnsi="Arial" w:eastAsia="Arial"/>
          <w:b/>
          <w:i w:val="0"/>
          <w:color w:val="2F3338"/>
          <w:sz w:val="20"/>
        </w:rPr>
        <w:t>Liên hệ ARCOVA để bắt đầu bằng một buổi tư vấn định hướng hoặc một gói rà soát nhỏ trước khi anh/chị quyết định đầu tư sâu hơn.</w:t>
      </w:r>
    </w:p>
    <w:sectPr w:rsidR="00FC693F" w:rsidRPr="0006063C" w:rsidSect="00034616">
      <w:headerReference w:type="default" r:id="rId9"/>
      <w:footerReference w:type="default" r:id="rId10"/>
      <w:pgSz w:w="12240" w:h="15840"/>
      <w:pgMar w:top="765" w:right="879" w:bottom="765" w:left="879"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pStyle w:val="Footer"/>
      <w:jc w:val="center"/>
    </w:pPr>
    <w:r/>
    <w:r>
      <w:rPr>
        <w:rFonts w:ascii="Arial" w:hAnsi="Arial" w:eastAsia="Arial"/>
        <w:b w:val="0"/>
        <w:i w:val="0"/>
        <w:color w:val="666666"/>
        <w:sz w:val="14"/>
      </w:rPr>
      <w:t xml:space="preserve">ARCOVA Capability Profile | Trang </w:t>
    </w:r>
    <w:r>
      <w:fldChar w:fldCharType="begin"/>
      <w:instrText xml:space="preserve">PAGE</w:instrText>
      <w:fldChar w:fldCharType="end"/>
    </w:r>
  </w:p>
</w:ftr>
</file>

<file path=word/header1.xml><?xml version="1.0" encoding="utf-8"?>
<w:hd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pStyle w:val="Header"/>
      <w:jc w:val="right"/>
    </w:pPr>
    <w:r/>
    <w:r>
      <w:rPr>
        <w:rFonts w:ascii="Arial" w:hAnsi="Arial" w:eastAsia="Arial"/>
        <w:b/>
        <w:i w:val="0"/>
        <w:color w:val="A77C31"/>
        <w:sz w:val="16"/>
      </w:rPr>
      <w:t>ARCOVA</w:t>
    </w:r>
    <w:r>
      <w:rPr>
        <w:rFonts w:ascii="Arial" w:hAnsi="Arial" w:eastAsia="Arial"/>
        <w:b w:val="0"/>
        <w:i w:val="0"/>
        <w:color w:val="2F3338"/>
        <w:sz w:val="15"/>
      </w:rPr>
      <w:t xml:space="preserve"> | Owner’s Representative &amp; Project Organizer</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rPr>
      <w:rFonts w:ascii="Arial" w:hAnsi="Arial" w:eastAsia="Arial"/>
      <w:color w:val="2F3338"/>
      <w:sz w:val="19"/>
    </w:rPr>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ascii="Arial" w:hAnsi="Arial" w:eastAsia="Arial"/>
      <w:b/>
      <w:bCs/>
      <w:color w:val="2F3338"/>
      <w:sz w:val="32"/>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ascii="Arial" w:hAnsi="Arial" w:eastAsia="Arial"/>
      <w:b/>
      <w:bCs/>
      <w:color w:val="A77C31"/>
      <w:sz w:val="25"/>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ascii="Arial" w:hAnsi="Arial" w:eastAsia="Arial"/>
      <w:b/>
      <w:bCs/>
      <w:color w:val="2F3338"/>
      <w:sz w:val="2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rPr>
      <w:rFonts w:ascii="Arial" w:hAnsi="Arial" w:eastAsia="Arial"/>
      <w:color w:val="2F3338"/>
      <w:sz w:val="18"/>
    </w:rPr>
  </w:style>
  <w:style w:type="paragraph" w:styleId="ListBullet2">
    <w:name w:val="List Bullet 2"/>
    <w:basedOn w:val="Normal"/>
    <w:uiPriority w:val="99"/>
    <w:unhideWhenUsed/>
    <w:rsid w:val="00326F90"/>
    <w:pPr>
      <w:numPr>
        <w:numId w:val="2"/>
      </w:numPr>
      <w:contextualSpacing/>
    </w:pPr>
    <w:rPr>
      <w:rFonts w:ascii="Arial" w:hAnsi="Arial" w:eastAsia="Arial"/>
      <w:color w:val="2F3338"/>
      <w:sz w:val="18"/>
    </w:r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rPr>
      <w:rFonts w:ascii="Arial" w:hAnsi="Arial" w:eastAsia="Arial"/>
      <w:color w:val="2F3338"/>
      <w:sz w:val="18"/>
    </w:r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header" Target="header1.xml"/><Relationship Id="rId10" Type="http://schemas.openxmlformats.org/officeDocument/2006/relationships/footer" Target="footer1.xml"/><Relationship Id="rId11" Type="http://schemas.openxmlformats.org/officeDocument/2006/relationships/image" Target="media/image1.png"/><Relationship Id="rId12" Type="http://schemas.openxmlformats.org/officeDocument/2006/relationships/image" Target="media/image2.png"/><Relationship Id="rId13" Type="http://schemas.openxmlformats.org/officeDocument/2006/relationships/image" Target="media/image3.png"/><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Hồ sơ năng lực ARCOVA - cập nhật tên công ty và thông tin liên hệ</dc:title>
  <dc:subject>Owner Representative Project Organizer</dc:subject>
  <dc:creator>ARCOVA</dc:creator>
  <cp:keywords>ARCOVA, hồ sơ năng lực, tư vấn làm nhà, tổ chức dự án, đại diện khách hàng</cp:keywords>
  <dc:description>generated by python-docx</dc:description>
  <cp:lastModifiedBy/>
  <cp:revision>1</cp:revision>
  <dcterms:created xsi:type="dcterms:W3CDTF">2013-12-23T23:15:00Z</dcterms:created>
  <dcterms:modified xsi:type="dcterms:W3CDTF">2013-12-23T23:15:00Z</dcterms:modified>
  <cp:category/>
</cp:coreProperties>
</file>